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773" w:rsidRDefault="00B96C62">
      <w:pPr>
        <w:spacing w:after="0"/>
        <w:jc w:val="center"/>
      </w:pPr>
      <w:r>
        <w:rPr>
          <w:b/>
          <w:sz w:val="18"/>
        </w:rPr>
        <w:t>T.C.</w:t>
      </w:r>
      <w:r>
        <w:rPr>
          <w:b/>
          <w:sz w:val="18"/>
        </w:rPr>
        <w:br/>
        <w:t>YOZGAT BOZOK ÜNİVERSİTESİ</w:t>
      </w:r>
    </w:p>
    <w:p w:rsidR="00405773" w:rsidRDefault="00B96C62">
      <w:pPr>
        <w:spacing w:after="60"/>
        <w:jc w:val="center"/>
      </w:pPr>
      <w:r>
        <w:rPr>
          <w:b/>
          <w:sz w:val="15"/>
        </w:rPr>
        <w:t>Lisansüstü Eğitim Enstitüsü, İleri Malzemeler ve Nanoteknoloji Disiplinlerarası Tezli Yüksek Lisans Programı</w:t>
      </w:r>
      <w:r>
        <w:rPr>
          <w:b/>
          <w:sz w:val="15"/>
        </w:rPr>
        <w:br/>
        <w:t>2026-2027 Eğitim-Öğretim Yılı Güz Yarıyılı Ders Programı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126"/>
        <w:gridCol w:w="1843"/>
        <w:gridCol w:w="1843"/>
        <w:gridCol w:w="1843"/>
        <w:gridCol w:w="1843"/>
        <w:gridCol w:w="2126"/>
        <w:gridCol w:w="2126"/>
      </w:tblGrid>
      <w:tr w:rsidR="00405773">
        <w:trPr>
          <w:trHeight w:val="540"/>
          <w:jc w:val="center"/>
        </w:trPr>
        <w:tc>
          <w:tcPr>
            <w:tcW w:w="65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D9D9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4"/>
              </w:rPr>
              <w:t>Saat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D9D9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4"/>
              </w:rPr>
              <w:t>Pazartesi</w:t>
            </w:r>
          </w:p>
        </w:tc>
        <w:tc>
          <w:tcPr>
            <w:tcW w:w="3686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D9D9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4"/>
              </w:rPr>
              <w:t>Salı</w:t>
            </w:r>
          </w:p>
        </w:tc>
        <w:tc>
          <w:tcPr>
            <w:tcW w:w="3686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D9D9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4"/>
              </w:rPr>
              <w:t>Çarşamba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D9D9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4"/>
              </w:rPr>
              <w:t>Perşembe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9D9D9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4"/>
              </w:rPr>
              <w:t>Cuma</w:t>
            </w:r>
          </w:p>
        </w:tc>
      </w:tr>
      <w:tr w:rsidR="00405773">
        <w:trPr>
          <w:trHeight w:val="540"/>
          <w:jc w:val="center"/>
        </w:trPr>
        <w:tc>
          <w:tcPr>
            <w:tcW w:w="65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3"/>
              </w:rPr>
              <w:t>08:30</w:t>
            </w:r>
            <w:r>
              <w:rPr>
                <w:b/>
                <w:sz w:val="13"/>
              </w:rPr>
              <w:br/>
              <w:t>09:15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 507 TEZ DANIŞMANLIĞI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 xml:space="preserve">         (AK**   ÖN**)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 505 UZMANLIK ALAN DERSİ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 505 UZMANLIK ALAN DERSİ</w:t>
            </w:r>
          </w:p>
          <w:p w:rsidR="00405773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 507 TEZ DANIŞMANLIĞI</w:t>
            </w:r>
            <w:r w:rsidR="00253ECF"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 xml:space="preserve"> (CA***   ÇA******)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MNYL571 EKLEMELİ İMALAT VE SÜRDÜRÜLEBİLİR POLİMER KOMPOZİTLER</w:t>
            </w:r>
          </w:p>
          <w:p w:rsidR="00405773" w:rsidRPr="000D2F35" w:rsidRDefault="0037279C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</w:t>
            </w: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</w:t>
            </w:r>
            <w:r w:rsidR="00B96C62"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brahi̇m</w:t>
            </w:r>
            <w:proofErr w:type="spellEnd"/>
            <w:r w:rsidR="00B96C62"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</w:t>
            </w: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ILIÇ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MNYL532 KOMPOZİT MALZEMELERE GİRİŞ</w:t>
            </w:r>
          </w:p>
          <w:p w:rsidR="00405773" w:rsidRPr="000D2F35" w:rsidRDefault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507 TEZ DANIŞMANLIĞI</w:t>
            </w:r>
            <w:r w:rsidR="00393DEE"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 xml:space="preserve"> (BA***   AK***)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 505 UZMANLIK ALAN DERSİ</w:t>
            </w:r>
          </w:p>
          <w:p w:rsidR="00405773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 507 TEZ DANIŞMANLIĞI (NE***   AL***)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505 UZMANLIK ALAN DERSİ</w:t>
            </w:r>
          </w:p>
          <w:p w:rsidR="00405773" w:rsidRPr="000D2F35" w:rsidRDefault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05773">
        <w:trPr>
          <w:trHeight w:val="540"/>
          <w:jc w:val="center"/>
        </w:trPr>
        <w:tc>
          <w:tcPr>
            <w:tcW w:w="65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3"/>
              </w:rPr>
              <w:t>09:30</w:t>
            </w:r>
            <w:r>
              <w:rPr>
                <w:b/>
                <w:sz w:val="13"/>
              </w:rPr>
              <w:br/>
              <w:t>10:15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MNYL503</w:t>
            </w:r>
          </w:p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  <w:t>MALZEME YAPISI VE KARAKTERİZASYONU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 505 UZMANLIK ALAN DERSİ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  <w:p w:rsidR="00E26332" w:rsidRPr="000D2F35" w:rsidRDefault="00E26332" w:rsidP="00E26332">
            <w:pPr>
              <w:spacing w:after="0"/>
              <w:rPr>
                <w:rFonts w:ascii="Calibri" w:hAnsi="Calibri" w:cs="Calibri"/>
                <w:sz w:val="12"/>
                <w:szCs w:val="12"/>
                <w:highlight w:val="cyan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MNYL519 YARI İLETKEN MALZEMELER VE ÜRETİM TEKNİKLERİ</w:t>
            </w:r>
          </w:p>
          <w:p w:rsidR="00405773" w:rsidRPr="000D2F35" w:rsidRDefault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="00B96C62"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="00B96C62"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</w:t>
            </w: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KANBUR ÇAVUŞ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MNYL530 NANOTEKNOLOJİ</w:t>
            </w:r>
          </w:p>
          <w:p w:rsidR="00405773" w:rsidRPr="000D2F35" w:rsidRDefault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MNYL571 EKLEMELİ İMALAT VE SÜRDÜRÜLEBİLİR POLİMER KOMPOZİTLER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  <w:p w:rsidR="00393DEE" w:rsidRPr="000D2F35" w:rsidRDefault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MNYL532 KOMPOZİT MALZEMELERE GİRİŞ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MNYL527 MALZEME BİLİMİ VE MÜHENDİSLİĞİNDE ANALİTİK YÖNTEMLER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magenta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magenta"/>
              </w:rPr>
              <w:t>MNYL537 PEPTİT VE PROTEİN KİMYASI-I</w:t>
            </w:r>
          </w:p>
          <w:p w:rsidR="00405773" w:rsidRPr="000D2F35" w:rsidRDefault="009B1148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Kezban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UÇAR ÇİFÇİ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507 TEZ DANIŞMANLIĞI</w:t>
            </w:r>
            <w:r w:rsidR="00393DEE"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 xml:space="preserve"> (SA**   ES****)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yellow"/>
              </w:rPr>
              <w:t>MNYL564 POLİMER VE TEKSTİL FİZİĞİ</w:t>
            </w:r>
          </w:p>
          <w:p w:rsidR="00405773" w:rsidRPr="000D2F35" w:rsidRDefault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 </w:t>
            </w:r>
            <w:r w:rsidR="0037279C"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 </w:t>
            </w:r>
            <w:r w:rsidR="00B96C62"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Abdullah </w:t>
            </w: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GÜL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magenta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magenta"/>
              </w:rPr>
              <w:t>MNYL525 ENDÜSTRİYEL BİYOTEKNOLOJİ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D</w:t>
            </w:r>
            <w:bookmarkStart w:id="0" w:name="_GoBack"/>
            <w:bookmarkEnd w:id="0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Kezban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UÇAR ÇİFÇİ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 505 UZMANLIK ALAN DERSİ</w:t>
            </w:r>
          </w:p>
          <w:p w:rsidR="00405773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MNYL512 YAKIT PİLİ TEKNOLOJİSİ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E67E61" w:rsidRPr="000D2F35" w:rsidRDefault="00E67E61" w:rsidP="00E67E61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MNYL520 MALZEMELERİN YAPISAL VE FİZİKSEL ÖZELLİKLERİ</w:t>
            </w:r>
          </w:p>
          <w:p w:rsidR="00E67E61" w:rsidRPr="000D2F35" w:rsidRDefault="00E67E61" w:rsidP="00E67E61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MNYL500 SEMİNER</w:t>
            </w:r>
          </w:p>
          <w:p w:rsidR="009B1148" w:rsidRPr="000D2F35" w:rsidRDefault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E26332" w:rsidRPr="000D2F35" w:rsidRDefault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yellow"/>
              </w:rPr>
              <w:t>MNYL565 YÜKSEK PERFORMANSLI LİFLER</w:t>
            </w:r>
          </w:p>
          <w:p w:rsidR="009B1148" w:rsidRPr="000D2F35" w:rsidRDefault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 Abdullah </w:t>
            </w: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GÜL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 xml:space="preserve">MNYL575 BİYOKÜTLEDEN SÜRDÜRÜLEBİLİR KARBON 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MALZEME GELİŞTİRME VE KULLANIM ALANLARI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 505 UZMANLIK ALAN DERSİ</w:t>
            </w:r>
          </w:p>
          <w:p w:rsidR="00405773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05773">
        <w:trPr>
          <w:trHeight w:val="540"/>
          <w:jc w:val="center"/>
        </w:trPr>
        <w:tc>
          <w:tcPr>
            <w:tcW w:w="65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3"/>
              </w:rPr>
              <w:t>10:30</w:t>
            </w:r>
            <w:r>
              <w:rPr>
                <w:b/>
                <w:sz w:val="13"/>
              </w:rPr>
              <w:br/>
              <w:t>11:15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MNYL503</w:t>
            </w:r>
          </w:p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  <w:t>MALZEME YAPISI VE KARAKTERİZASYONU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 505 UZMANLIK ALAN DERSİ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  <w:p w:rsidR="00393DEE" w:rsidRPr="000D2F35" w:rsidRDefault="00393DEE" w:rsidP="00253ECF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</w:p>
          <w:p w:rsidR="00253ECF" w:rsidRPr="000D2F35" w:rsidRDefault="00253ECF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</w:p>
          <w:p w:rsidR="00405773" w:rsidRPr="000D2F35" w:rsidRDefault="00405773">
            <w:pPr>
              <w:rPr>
                <w:rFonts w:ascii="Calibri" w:hAnsi="Calibri" w:cs="Calibri"/>
                <w:sz w:val="12"/>
                <w:szCs w:val="12"/>
                <w:highlight w:val="cyan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MNYL519 YARI İL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ETKEN MALZEMELER VE ÜRETİM TEKNİKLERİ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MNYL530 NANOTEKNOLOJİ</w:t>
            </w:r>
          </w:p>
          <w:p w:rsidR="00405773" w:rsidRPr="000D2F35" w:rsidRDefault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MNYL571 EKLEMELİ İMALAT VE SÜRDÜRÜLEBİLİR POLİMER KOMPOZİTLER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  <w:p w:rsidR="00393DEE" w:rsidRPr="000D2F35" w:rsidRDefault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MNYL532 KOMPOZİT MALZEMELERE GİRİŞ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 xml:space="preserve">MNYL527 MALZEME BİLİMİ VE 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MÜHENDİSLİĞİNDE ANALİTİK YÖNTEMLER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magenta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magenta"/>
              </w:rPr>
              <w:t>MNYL537 PEPTİT VE PROTEİN KİMYASI-I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Kezban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UÇAR ÇİFÇİ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507 TEZ DANIŞMANLIĞI</w:t>
            </w:r>
            <w:r w:rsidR="00393DEE"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 xml:space="preserve"> (MU**********   AK***)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yellow"/>
              </w:rPr>
              <w:t>MNYL564 POLİMER VE TEKSTİL FİZİĞİ</w:t>
            </w:r>
          </w:p>
          <w:p w:rsidR="009B1148" w:rsidRPr="000D2F35" w:rsidRDefault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 Abdullah</w:t>
            </w: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 GÜL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magenta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magenta"/>
              </w:rPr>
              <w:t>MNYL525 ENDÜSTRİYEL BİYOTEKNOLOJİ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Kezban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UÇAR ÇİFÇİ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 505 UZMANLIK ALAN DERSİ</w:t>
            </w:r>
          </w:p>
          <w:p w:rsidR="00405773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MNYL512 YAKIT PİLİ TEKNOLOJİSİ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E67E61" w:rsidRPr="000D2F35" w:rsidRDefault="00E67E61" w:rsidP="00E67E61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MNYL520 MALZEMELERİN YAPISAL VE FİZİKSEL ÖZELLİKLERİ</w:t>
            </w:r>
          </w:p>
          <w:p w:rsidR="00E67E61" w:rsidRPr="000D2F35" w:rsidRDefault="00E67E61" w:rsidP="00E67E61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MNYL500 SEMİNER</w:t>
            </w:r>
          </w:p>
          <w:p w:rsidR="009B1148" w:rsidRPr="000D2F35" w:rsidRDefault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E26332" w:rsidRPr="000D2F35" w:rsidRDefault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yellow"/>
              </w:rPr>
              <w:t>MNYL565 YÜKSEK PERFORMANSLI LİFLER</w:t>
            </w:r>
          </w:p>
          <w:p w:rsidR="009B1148" w:rsidRPr="000D2F35" w:rsidRDefault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 Abdullah </w:t>
            </w: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GÜL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 xml:space="preserve">MNYL575 BİYOKÜTLEDEN SÜRDÜRÜLEBİLİR KARBON MALZEME GELİŞTİRME VE KULLANIM 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ALANLARI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05773">
        <w:trPr>
          <w:trHeight w:val="540"/>
          <w:jc w:val="center"/>
        </w:trPr>
        <w:tc>
          <w:tcPr>
            <w:tcW w:w="65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3"/>
              </w:rPr>
              <w:t>11:30</w:t>
            </w:r>
            <w:r>
              <w:rPr>
                <w:b/>
                <w:sz w:val="13"/>
              </w:rPr>
              <w:br/>
              <w:t>12:15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MNYL503</w:t>
            </w:r>
          </w:p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  <w:t>MALZEME YAPISI VE KARAKTERİZASYONU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 505 UZMANLIK ALAN DERSİ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 505 UZMANLIK ALAN DERSİ</w:t>
            </w:r>
          </w:p>
          <w:p w:rsidR="00405773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 xml:space="preserve">MNYL519 YARI İLETKEN MALZEMELER VE ÜRETİM 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TEKNİKLERİ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MNYL530 NANOTEKNOLOJİ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 507 TEZ DANIŞMANLIĞI</w:t>
            </w:r>
            <w:r w:rsidR="00393DEE"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 xml:space="preserve"> (TA********   AY***)</w:t>
            </w:r>
          </w:p>
          <w:p w:rsidR="00405773" w:rsidRPr="000D2F35" w:rsidRDefault="009B1148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9B1148" w:rsidRPr="000D2F35" w:rsidRDefault="009B1148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MNYL527 MALZEME BİLİMİ VE MÜHENDİSLİĞİNDE ANALİTİK YÖNTEMLER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magenta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magenta"/>
              </w:rPr>
              <w:t>MNYL537 PEPTİT VE PROTEİN KİMYASI-I</w:t>
            </w:r>
          </w:p>
          <w:p w:rsidR="00405773" w:rsidRPr="000D2F35" w:rsidRDefault="0037279C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Kezban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UÇAR ÇİFÇİ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yellow"/>
              </w:rPr>
              <w:t>MNYL564 POLİMER VE TEKSTİL FİZİĞİ</w:t>
            </w:r>
          </w:p>
          <w:p w:rsidR="009B1148" w:rsidRPr="000D2F35" w:rsidRDefault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 Abdullah </w:t>
            </w: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GÜL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magenta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magenta"/>
              </w:rPr>
              <w:t>MNYL525 ENDÜSTRİYEL BİYOTEKNOLOJİ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>Kezban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magenta"/>
              </w:rPr>
              <w:t xml:space="preserve"> UÇAR ÇİFÇİ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 505 UZMANLIK ALAN DERSİ</w:t>
            </w:r>
          </w:p>
          <w:p w:rsidR="00405773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MNYL512 YAKIT PİLİ TEKNOLOJİSİ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E67E61" w:rsidRPr="000D2F35" w:rsidRDefault="00E67E61" w:rsidP="00E67E61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MNYL520 MALZEMELERİN YAPISAL VE FİZİKSEL ÖZELLİKLERİ</w:t>
            </w:r>
          </w:p>
          <w:p w:rsidR="00E67E61" w:rsidRPr="000D2F35" w:rsidRDefault="00E67E61" w:rsidP="00E67E61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MNYL500 SEMİNER</w:t>
            </w:r>
          </w:p>
          <w:p w:rsidR="00E26332" w:rsidRPr="000D2F35" w:rsidRDefault="0037279C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yellow"/>
              </w:rPr>
              <w:t>MNYL565 YÜKS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yellow"/>
              </w:rPr>
              <w:t>EK PERFORMANSLI LİFLER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 xml:space="preserve"> Abdullah </w:t>
            </w:r>
            <w:r w:rsidRPr="000D2F35">
              <w:rPr>
                <w:rFonts w:ascii="Calibri" w:hAnsi="Calibri" w:cs="Calibri"/>
                <w:sz w:val="12"/>
                <w:szCs w:val="12"/>
                <w:highlight w:val="yellow"/>
              </w:rPr>
              <w:t>GÜL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MNYL575 BİYOKÜTLEDEN SÜRDÜRÜLEBİLİR KARBON MALZEME GELİŞTİRME VE KULLANIM ALANLARI</w:t>
            </w:r>
          </w:p>
          <w:p w:rsidR="00405773" w:rsidRPr="000D2F35" w:rsidRDefault="0037279C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 505 U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05773">
        <w:trPr>
          <w:trHeight w:val="540"/>
          <w:jc w:val="center"/>
        </w:trPr>
        <w:tc>
          <w:tcPr>
            <w:tcW w:w="65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3"/>
              </w:rPr>
              <w:t>13:30</w:t>
            </w:r>
            <w:r>
              <w:rPr>
                <w:b/>
                <w:sz w:val="13"/>
              </w:rPr>
              <w:br/>
              <w:t>14:15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  <w:t>MNYL514</w:t>
            </w:r>
          </w:p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  <w:t>PROJE YAZMA TEKNİKLERİ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 505 UZMANLIK ALAN DERSİ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 505 UZMANLIK ALAN DERSİ</w:t>
            </w:r>
          </w:p>
          <w:p w:rsidR="00405773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MNYL553 ENSTRÜMENTAL KİMYA VE ANALİZ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MNYL574 EKSTRÜZYON KALIPLAMA VE SÜRDÜRÜLEBİLİR KOMPOZİTLER</w:t>
            </w:r>
          </w:p>
          <w:p w:rsidR="00405773" w:rsidRPr="000D2F35" w:rsidRDefault="009B1148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MNYL533 TEKSTİL MALZEMELERİ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 xml:space="preserve">MNYL 507 TEZ 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DANIŞMANLIĞI</w:t>
            </w:r>
            <w:r w:rsidR="00E67E61"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 xml:space="preserve"> (VA***   CO*********)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  <w:p w:rsidR="00393DEE" w:rsidRPr="000D2F35" w:rsidRDefault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MNYL501 BİLİMSEL ARAŞTIRMA YÖNTEMLERİ VE ETİK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MNYL555 NANOBİYOMALZEMELER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405773" w:rsidRPr="000D2F35" w:rsidRDefault="00405773" w:rsidP="000D2F35">
            <w:pPr>
              <w:spacing w:after="0" w:line="192" w:lineRule="auto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blue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blue"/>
              </w:rPr>
              <w:t>MNYL541 KOMPOZİT MALZEMELERİN MEKANİĞİ</w:t>
            </w:r>
          </w:p>
          <w:p w:rsidR="00405773" w:rsidRPr="000D2F35" w:rsidRDefault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 </w:t>
            </w:r>
            <w:r w:rsidR="00B96C62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Mehmet </w:t>
            </w:r>
            <w:proofErr w:type="spellStart"/>
            <w:r w:rsidR="00B96C62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Aki̇f</w:t>
            </w:r>
            <w:proofErr w:type="spellEnd"/>
            <w:r w:rsidR="00B96C62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 D</w:t>
            </w:r>
            <w:r w:rsidR="00E67E61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ÜNDAR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05773">
        <w:trPr>
          <w:trHeight w:val="540"/>
          <w:jc w:val="center"/>
        </w:trPr>
        <w:tc>
          <w:tcPr>
            <w:tcW w:w="65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3"/>
              </w:rPr>
              <w:t>14:30</w:t>
            </w:r>
            <w:r>
              <w:rPr>
                <w:b/>
                <w:sz w:val="13"/>
              </w:rPr>
              <w:br/>
              <w:t>1</w:t>
            </w:r>
            <w:r>
              <w:rPr>
                <w:b/>
                <w:sz w:val="13"/>
              </w:rPr>
              <w:t>5:15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  <w:t>MNYL514</w:t>
            </w:r>
          </w:p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  <w:t>PROJE YAZMA TEKNİKLERİ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 505 UZMANLIK ALAN DERSİ</w:t>
            </w:r>
          </w:p>
          <w:p w:rsidR="00253ECF" w:rsidRPr="000D2F35" w:rsidRDefault="00253ECF" w:rsidP="00393DEE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 505 UZMANLIK ALAN DERSİ</w:t>
            </w:r>
          </w:p>
          <w:p w:rsidR="00405773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MNYL553 ENSTRÜMENTAL KİMYA VE ANALİZ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MNYL574 EKSTRÜZYON KALIPLAMA VE SÜRDÜRÜLEBİLİR KOMPOZİTLER</w:t>
            </w:r>
          </w:p>
          <w:p w:rsidR="00405773" w:rsidRPr="000D2F35" w:rsidRDefault="009B1148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MNYL533 TEKSTİL MALZEMELERİ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 507 TEZ DANIŞMANLIĞI</w:t>
            </w:r>
            <w:r w:rsidR="00E67E61"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 xml:space="preserve"> (ME*************   SE****)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  <w:p w:rsidR="00393DEE" w:rsidRPr="000D2F35" w:rsidRDefault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MNYL501 BİLİMSEL</w:t>
            </w:r>
            <w:r w:rsidRPr="000D2F35">
              <w:rPr>
                <w:rFonts w:ascii="Calibri" w:hAnsi="Calibri" w:cs="Calibri"/>
                <w:b/>
                <w:sz w:val="12"/>
                <w:szCs w:val="12"/>
              </w:rPr>
              <w:t xml:space="preserve"> 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ARAŞTIRMA YÖNTEMLERİ VE ETİK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MNYL555 NANOBİYOMALZEMELER</w:t>
            </w:r>
          </w:p>
          <w:p w:rsidR="00405773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blue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blue"/>
              </w:rPr>
              <w:t>MNYL541 KOMPOZİT MALZEMELERİN MEKANİĞİ</w:t>
            </w:r>
          </w:p>
          <w:p w:rsidR="00405773" w:rsidRPr="000D2F35" w:rsidRDefault="00E26332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Ü</w:t>
            </w:r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 </w:t>
            </w:r>
            <w:r w:rsidR="00B96C62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Mehmet </w:t>
            </w:r>
            <w:proofErr w:type="spellStart"/>
            <w:r w:rsidR="00B96C62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Aki̇f</w:t>
            </w:r>
            <w:proofErr w:type="spellEnd"/>
            <w:r w:rsidR="00B96C62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 </w:t>
            </w:r>
            <w:r w:rsidR="00E67E61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DÜNDAR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 505 UZMANLIK ALAN DERSİ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</w:t>
            </w:r>
            <w:r w:rsidR="0037279C"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YILDIZ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05773">
        <w:trPr>
          <w:trHeight w:val="540"/>
          <w:jc w:val="center"/>
        </w:trPr>
        <w:tc>
          <w:tcPr>
            <w:tcW w:w="65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3"/>
              </w:rPr>
              <w:t>15:30</w:t>
            </w:r>
            <w:r>
              <w:rPr>
                <w:b/>
                <w:sz w:val="13"/>
              </w:rPr>
              <w:br/>
              <w:t>16:15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  <w:t>MNYL514</w:t>
            </w:r>
          </w:p>
          <w:p w:rsidR="00E26332" w:rsidRPr="000D2F35" w:rsidRDefault="00E26332" w:rsidP="00E26332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color w:val="000000"/>
                <w:sz w:val="12"/>
                <w:szCs w:val="12"/>
                <w:highlight w:val="cyan"/>
              </w:rPr>
              <w:t>PROJE YAZMA TEKNİKLERİ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 505 UZMANLIK ALAN DERSİ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 505 UZMANLIK ALAN DERSİ</w:t>
            </w:r>
          </w:p>
          <w:p w:rsidR="00253ECF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  <w:p w:rsidR="00405773" w:rsidRPr="000D2F35" w:rsidRDefault="00405773">
            <w:pPr>
              <w:rPr>
                <w:rFonts w:ascii="Calibri" w:hAnsi="Calibri" w:cs="Calibri"/>
                <w:sz w:val="12"/>
                <w:szCs w:val="12"/>
                <w:highlight w:val="cyan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MNYL553 ENSTRÜMENTAL KİMYA VE ANALİZ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 xml:space="preserve">MNYL574 EKSTRÜZYON KALIPLAMA VE SÜRDÜRÜLEBİLİR 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KOMPOZİTLER</w:t>
            </w:r>
          </w:p>
          <w:p w:rsidR="009B1148" w:rsidRPr="000D2F35" w:rsidRDefault="009B1148" w:rsidP="009B1148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MNYL533 TEKSTİL MALZEMELERİ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  <w:p w:rsidR="00393DEE" w:rsidRPr="000D2F35" w:rsidRDefault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MNYL501 BİLİMSEL ARAŞTIRMA YÖNTEMLERİ VE ETİK</w:t>
            </w:r>
          </w:p>
          <w:p w:rsidR="00E26332" w:rsidRPr="000D2F35" w:rsidRDefault="00E26332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MNYL555 NANOBİYOMALZEMELER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  <w:p w:rsidR="00405773" w:rsidRPr="000D2F35" w:rsidRDefault="00B96C62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blue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blue"/>
              </w:rPr>
              <w:t>MNYL541 KOMPOZİT MALZEMELERİN MEKANİĞİ</w:t>
            </w:r>
          </w:p>
          <w:p w:rsidR="00405773" w:rsidRPr="000D2F35" w:rsidRDefault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 </w:t>
            </w:r>
            <w:r w:rsidR="00B96C62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Mehmet </w:t>
            </w:r>
            <w:proofErr w:type="spellStart"/>
            <w:r w:rsidR="00B96C62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Aki̇f</w:t>
            </w:r>
            <w:proofErr w:type="spellEnd"/>
            <w:r w:rsidR="00B96C62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 xml:space="preserve"> </w:t>
            </w:r>
            <w:r w:rsidR="00E67E61" w:rsidRPr="000D2F35">
              <w:rPr>
                <w:rFonts w:ascii="Calibri" w:hAnsi="Calibri" w:cs="Calibri"/>
                <w:sz w:val="12"/>
                <w:szCs w:val="12"/>
                <w:highlight w:val="blue"/>
              </w:rPr>
              <w:t>DÜNDAR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  <w:p w:rsidR="00405773" w:rsidRPr="000D2F35" w:rsidRDefault="00405773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05773" w:rsidTr="000D2F35">
        <w:trPr>
          <w:trHeight w:val="918"/>
          <w:jc w:val="center"/>
        </w:trPr>
        <w:tc>
          <w:tcPr>
            <w:tcW w:w="65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Default="00B96C62">
            <w:pPr>
              <w:jc w:val="center"/>
            </w:pPr>
            <w:r>
              <w:rPr>
                <w:b/>
                <w:sz w:val="13"/>
              </w:rPr>
              <w:t>16:30</w:t>
            </w:r>
            <w:r>
              <w:rPr>
                <w:b/>
                <w:sz w:val="13"/>
              </w:rPr>
              <w:br/>
              <w:t>17:15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red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red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Doç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>Nesri̇n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red"/>
              </w:rPr>
              <w:t xml:space="preserve"> KORKMAZ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Yellow"/>
              </w:rPr>
              <w:t>MNYL 505 UZMANLIK ALAN DERSİ</w:t>
            </w:r>
          </w:p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Yellow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>İbrahi̇m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Yellow"/>
              </w:rPr>
              <w:t xml:space="preserve"> KILIÇ</w:t>
            </w:r>
          </w:p>
          <w:p w:rsidR="00253ECF" w:rsidRPr="000D2F35" w:rsidRDefault="00253ECF" w:rsidP="00253ECF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MNYL 507 TEZ DANIŞMANLIĞI</w:t>
            </w:r>
          </w:p>
          <w:p w:rsidR="00405773" w:rsidRPr="000D2F35" w:rsidRDefault="00253ECF" w:rsidP="000D2F35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405773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405773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393DEE" w:rsidRPr="000D2F35" w:rsidRDefault="00393DEE" w:rsidP="00393DEE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dark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darkCyan"/>
              </w:rPr>
              <w:t>MNYL 505 UZMANLIK ALAN DERSİ</w:t>
            </w:r>
          </w:p>
          <w:p w:rsidR="00405773" w:rsidRPr="000D2F35" w:rsidRDefault="00393DEE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Öğr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>Üyesi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darkCyan"/>
              </w:rPr>
              <w:t xml:space="preserve"> Mustafa ERBAKAN</w:t>
            </w:r>
          </w:p>
        </w:tc>
        <w:tc>
          <w:tcPr>
            <w:tcW w:w="18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405773" w:rsidP="00E2633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lightGray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lightGray"/>
              </w:rPr>
              <w:t>MNYL 505 UZMANLIK ALAN DERSİ</w:t>
            </w:r>
          </w:p>
          <w:p w:rsidR="00405773" w:rsidRPr="000D2F35" w:rsidRDefault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>Yekta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lightGray"/>
              </w:rPr>
              <w:t xml:space="preserve"> KARADUMAN</w:t>
            </w:r>
          </w:p>
        </w:tc>
        <w:tc>
          <w:tcPr>
            <w:tcW w:w="212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cya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  <w:highlight w:val="cyan"/>
              </w:rPr>
              <w:t>MNYL 505 UZMANLIK ALAN DERSİ</w:t>
            </w:r>
          </w:p>
          <w:p w:rsidR="0037279C" w:rsidRPr="000D2F35" w:rsidRDefault="0037279C" w:rsidP="0037279C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>Esra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cyan"/>
              </w:rPr>
              <w:t xml:space="preserve"> YILDIZ</w:t>
            </w:r>
          </w:p>
          <w:p w:rsidR="00405773" w:rsidRPr="000D2F35" w:rsidRDefault="00B96C62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  <w:highlight w:val="green"/>
              </w:rPr>
            </w:pPr>
            <w:r w:rsidRPr="000D2F35">
              <w:rPr>
                <w:rFonts w:ascii="Calibri" w:hAnsi="Calibri" w:cs="Calibri"/>
                <w:b/>
                <w:sz w:val="12"/>
                <w:szCs w:val="12"/>
              </w:rPr>
              <w:t>M</w:t>
            </w:r>
            <w:r w:rsidRPr="000D2F35">
              <w:rPr>
                <w:rFonts w:ascii="Calibri" w:hAnsi="Calibri" w:cs="Calibri"/>
                <w:b/>
                <w:sz w:val="12"/>
                <w:szCs w:val="12"/>
                <w:highlight w:val="green"/>
              </w:rPr>
              <w:t>NYL 505 UZMANLIK ALAN DERSİ</w:t>
            </w:r>
          </w:p>
          <w:p w:rsidR="00405773" w:rsidRPr="000D2F35" w:rsidRDefault="0037279C" w:rsidP="000D2F35">
            <w:pPr>
              <w:spacing w:after="0" w:line="192" w:lineRule="auto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Prof. Dr. </w:t>
            </w:r>
            <w:proofErr w:type="spellStart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>Hati̇ce</w:t>
            </w:r>
            <w:proofErr w:type="spellEnd"/>
            <w:r w:rsidRPr="000D2F35">
              <w:rPr>
                <w:rFonts w:ascii="Calibri" w:hAnsi="Calibri" w:cs="Calibri"/>
                <w:sz w:val="12"/>
                <w:szCs w:val="12"/>
                <w:highlight w:val="green"/>
              </w:rPr>
              <w:t xml:space="preserve"> KANBUR ÇAVUŞ</w:t>
            </w:r>
          </w:p>
        </w:tc>
      </w:tr>
    </w:tbl>
    <w:p w:rsidR="00B96C62" w:rsidRDefault="00B96C62"/>
    <w:sectPr w:rsidR="00B96C62" w:rsidSect="00034616">
      <w:pgSz w:w="15840" w:h="12240" w:orient="landscape"/>
      <w:pgMar w:top="255" w:right="255" w:bottom="255" w:left="25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2F35"/>
    <w:rsid w:val="0015074B"/>
    <w:rsid w:val="00253ECF"/>
    <w:rsid w:val="0029639D"/>
    <w:rsid w:val="00326F90"/>
    <w:rsid w:val="0037279C"/>
    <w:rsid w:val="00393DEE"/>
    <w:rsid w:val="00405773"/>
    <w:rsid w:val="006D4B0F"/>
    <w:rsid w:val="009B1148"/>
    <w:rsid w:val="00AA1D8D"/>
    <w:rsid w:val="00B47730"/>
    <w:rsid w:val="00B96C62"/>
    <w:rsid w:val="00CB0664"/>
    <w:rsid w:val="00CE03DB"/>
    <w:rsid w:val="00E26332"/>
    <w:rsid w:val="00E67E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946B4E7-066A-496D-B2D3-06F3CEE2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6F6303-3842-4F4E-8046-2E62828F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1217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8144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ÖZGE</cp:lastModifiedBy>
  <cp:revision>4</cp:revision>
  <dcterms:created xsi:type="dcterms:W3CDTF">2013-12-23T23:15:00Z</dcterms:created>
  <dcterms:modified xsi:type="dcterms:W3CDTF">2026-08-31T10:50:00Z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5ec17dbe-37c6-4d98-be87-1a44a8a4c272</vt:lpwstr>
  </property>
</Properties>
</file>