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70B3" w14:textId="77777777" w:rsidR="00010942" w:rsidRDefault="00000000">
      <w:pPr>
        <w:spacing w:after="40" w:line="240" w:lineRule="auto"/>
        <w:jc w:val="center"/>
      </w:pPr>
      <w:r>
        <w:rPr>
          <w:rFonts w:eastAsia="Arial"/>
          <w:b/>
          <w:color w:val="404040"/>
        </w:rPr>
        <w:t>YOZGAT BOZOK ÜNİVERSİTESİ</w:t>
      </w:r>
    </w:p>
    <w:p w14:paraId="06407153" w14:textId="46FA7A55" w:rsidR="00010942" w:rsidRDefault="00000000">
      <w:pPr>
        <w:spacing w:after="140" w:line="240" w:lineRule="auto"/>
        <w:jc w:val="center"/>
      </w:pPr>
      <w:proofErr w:type="spellStart"/>
      <w:r>
        <w:rPr>
          <w:rFonts w:eastAsia="Arial"/>
          <w:color w:val="404040"/>
          <w:sz w:val="20"/>
        </w:rPr>
        <w:t>İktisadi</w:t>
      </w:r>
      <w:proofErr w:type="spellEnd"/>
      <w:r>
        <w:rPr>
          <w:rFonts w:eastAsia="Arial"/>
          <w:color w:val="404040"/>
          <w:sz w:val="20"/>
        </w:rPr>
        <w:t xml:space="preserve"> </w:t>
      </w:r>
      <w:proofErr w:type="spellStart"/>
      <w:r>
        <w:rPr>
          <w:rFonts w:eastAsia="Arial"/>
          <w:color w:val="404040"/>
          <w:sz w:val="20"/>
        </w:rPr>
        <w:t>ve</w:t>
      </w:r>
      <w:proofErr w:type="spellEnd"/>
      <w:r>
        <w:rPr>
          <w:rFonts w:eastAsia="Arial"/>
          <w:color w:val="404040"/>
          <w:sz w:val="20"/>
        </w:rPr>
        <w:t xml:space="preserve"> </w:t>
      </w:r>
      <w:proofErr w:type="spellStart"/>
      <w:r>
        <w:rPr>
          <w:rFonts w:eastAsia="Arial"/>
          <w:color w:val="404040"/>
          <w:sz w:val="20"/>
        </w:rPr>
        <w:t>İdari</w:t>
      </w:r>
      <w:proofErr w:type="spellEnd"/>
      <w:r>
        <w:rPr>
          <w:rFonts w:eastAsia="Arial"/>
          <w:color w:val="404040"/>
          <w:sz w:val="20"/>
        </w:rPr>
        <w:t xml:space="preserve"> </w:t>
      </w:r>
      <w:proofErr w:type="spellStart"/>
      <w:r>
        <w:rPr>
          <w:rFonts w:eastAsia="Arial"/>
          <w:color w:val="404040"/>
          <w:sz w:val="20"/>
        </w:rPr>
        <w:t>Bilimler</w:t>
      </w:r>
      <w:proofErr w:type="spellEnd"/>
      <w:r>
        <w:rPr>
          <w:rFonts w:eastAsia="Arial"/>
          <w:color w:val="404040"/>
          <w:sz w:val="20"/>
        </w:rPr>
        <w:t xml:space="preserve"> </w:t>
      </w:r>
      <w:r w:rsidR="004B74E4">
        <w:rPr>
          <w:rFonts w:eastAsia="Arial"/>
          <w:color w:val="404040"/>
          <w:sz w:val="20"/>
        </w:rPr>
        <w:t xml:space="preserve">Fakültesi </w:t>
      </w:r>
      <w:proofErr w:type="gramStart"/>
      <w:r w:rsidR="004B74E4">
        <w:rPr>
          <w:rFonts w:eastAsia="Arial"/>
          <w:color w:val="404040"/>
          <w:sz w:val="20"/>
        </w:rPr>
        <w:t>|</w:t>
      </w:r>
      <w:r>
        <w:rPr>
          <w:rFonts w:eastAsia="Arial"/>
          <w:color w:val="404040"/>
          <w:sz w:val="20"/>
        </w:rPr>
        <w:t xml:space="preserve">  </w:t>
      </w:r>
      <w:proofErr w:type="spellStart"/>
      <w:r>
        <w:rPr>
          <w:rFonts w:eastAsia="Arial"/>
          <w:color w:val="404040"/>
          <w:sz w:val="20"/>
        </w:rPr>
        <w:t>İktisat</w:t>
      </w:r>
      <w:proofErr w:type="spellEnd"/>
      <w:proofErr w:type="gramEnd"/>
      <w:r>
        <w:rPr>
          <w:rFonts w:eastAsia="Arial"/>
          <w:color w:val="404040"/>
          <w:sz w:val="20"/>
        </w:rPr>
        <w:t xml:space="preserve"> </w:t>
      </w:r>
      <w:proofErr w:type="spellStart"/>
      <w:r>
        <w:rPr>
          <w:rFonts w:eastAsia="Arial"/>
          <w:color w:val="404040"/>
          <w:sz w:val="20"/>
        </w:rPr>
        <w:t>Bölümü</w:t>
      </w:r>
      <w:proofErr w:type="spellEnd"/>
    </w:p>
    <w:p w14:paraId="71483F03" w14:textId="77777777" w:rsidR="00010942" w:rsidRDefault="00000000">
      <w:pPr>
        <w:pStyle w:val="KonuBal"/>
        <w:spacing w:after="60"/>
        <w:jc w:val="center"/>
      </w:pPr>
      <w:r>
        <w:rPr>
          <w:rFonts w:ascii="Arial" w:eastAsia="Arial" w:hAnsi="Arial"/>
        </w:rPr>
        <w:t xml:space="preserve">Akademik </w:t>
      </w:r>
      <w:proofErr w:type="spellStart"/>
      <w:r>
        <w:rPr>
          <w:rFonts w:ascii="Arial" w:eastAsia="Arial" w:hAnsi="Arial"/>
        </w:rPr>
        <w:t>Danışmanlık</w:t>
      </w:r>
      <w:proofErr w:type="spellEnd"/>
      <w:r>
        <w:rPr>
          <w:rFonts w:ascii="Arial" w:eastAsia="Arial" w:hAnsi="Arial"/>
        </w:rPr>
        <w:t xml:space="preserve"> </w:t>
      </w:r>
      <w:proofErr w:type="spellStart"/>
      <w:r>
        <w:rPr>
          <w:rFonts w:ascii="Arial" w:eastAsia="Arial" w:hAnsi="Arial"/>
        </w:rPr>
        <w:t>Programı</w:t>
      </w:r>
      <w:proofErr w:type="spellEnd"/>
    </w:p>
    <w:p w14:paraId="7BA64954" w14:textId="77777777" w:rsidR="00010942" w:rsidRDefault="00000000">
      <w:pPr>
        <w:spacing w:after="220" w:line="240" w:lineRule="auto"/>
        <w:jc w:val="center"/>
      </w:pPr>
      <w:r>
        <w:rPr>
          <w:rFonts w:eastAsia="Arial"/>
          <w:color w:val="595959"/>
          <w:sz w:val="20"/>
        </w:rPr>
        <w:t xml:space="preserve">2026-2027 </w:t>
      </w:r>
      <w:proofErr w:type="spellStart"/>
      <w:r>
        <w:rPr>
          <w:rFonts w:eastAsia="Arial"/>
          <w:color w:val="595959"/>
          <w:sz w:val="20"/>
        </w:rPr>
        <w:t>Güz</w:t>
      </w:r>
      <w:proofErr w:type="spellEnd"/>
      <w:r>
        <w:rPr>
          <w:rFonts w:eastAsia="Arial"/>
          <w:color w:val="595959"/>
          <w:sz w:val="20"/>
        </w:rPr>
        <w:t xml:space="preserve"> </w:t>
      </w:r>
      <w:proofErr w:type="spellStart"/>
      <w:r>
        <w:rPr>
          <w:rFonts w:eastAsia="Arial"/>
          <w:color w:val="595959"/>
          <w:sz w:val="20"/>
        </w:rPr>
        <w:t>Dönemi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95"/>
        <w:gridCol w:w="964"/>
        <w:gridCol w:w="1871"/>
        <w:gridCol w:w="1701"/>
        <w:gridCol w:w="1871"/>
        <w:gridCol w:w="1871"/>
        <w:gridCol w:w="1701"/>
      </w:tblGrid>
      <w:tr w:rsidR="00010942" w14:paraId="2B88DAAA" w14:textId="77777777">
        <w:trPr>
          <w:tblHeader/>
          <w:jc w:val="center"/>
        </w:trPr>
        <w:tc>
          <w:tcPr>
            <w:tcW w:w="419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25" w:type="dxa"/>
              <w:left w:w="115" w:type="dxa"/>
              <w:bottom w:w="125" w:type="dxa"/>
              <w:right w:w="115" w:type="dxa"/>
            </w:tcMar>
            <w:vAlign w:val="center"/>
          </w:tcPr>
          <w:p w14:paraId="35580371" w14:textId="77777777" w:rsidR="00010942" w:rsidRDefault="00000000">
            <w:pPr>
              <w:spacing w:line="240" w:lineRule="auto"/>
            </w:pPr>
            <w:proofErr w:type="spellStart"/>
            <w:r>
              <w:rPr>
                <w:rFonts w:eastAsia="Arial"/>
                <w:b/>
                <w:color w:val="FFFFFF"/>
              </w:rPr>
              <w:t>Öğretim</w:t>
            </w:r>
            <w:proofErr w:type="spellEnd"/>
            <w:r>
              <w:rPr>
                <w:rFonts w:eastAsia="Arial"/>
                <w:b/>
                <w:color w:val="FFFFFF"/>
              </w:rPr>
              <w:t xml:space="preserve"> </w:t>
            </w:r>
            <w:proofErr w:type="spellStart"/>
            <w:r>
              <w:rPr>
                <w:rFonts w:eastAsia="Arial"/>
                <w:b/>
                <w:color w:val="FFFFFF"/>
              </w:rPr>
              <w:t>Elemanı</w:t>
            </w:r>
            <w:proofErr w:type="spellEnd"/>
          </w:p>
        </w:tc>
        <w:tc>
          <w:tcPr>
            <w:tcW w:w="9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25" w:type="dxa"/>
              <w:left w:w="115" w:type="dxa"/>
              <w:bottom w:w="125" w:type="dxa"/>
              <w:right w:w="115" w:type="dxa"/>
            </w:tcMar>
            <w:vAlign w:val="center"/>
          </w:tcPr>
          <w:p w14:paraId="0C88DD7F" w14:textId="77777777" w:rsidR="00010942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FFFFFF"/>
              </w:rPr>
              <w:t>Oda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25" w:type="dxa"/>
              <w:left w:w="115" w:type="dxa"/>
              <w:bottom w:w="125" w:type="dxa"/>
              <w:right w:w="115" w:type="dxa"/>
            </w:tcMar>
            <w:vAlign w:val="center"/>
          </w:tcPr>
          <w:p w14:paraId="79A603A3" w14:textId="77777777" w:rsidR="00010942" w:rsidRDefault="00000000">
            <w:pPr>
              <w:spacing w:line="240" w:lineRule="auto"/>
              <w:jc w:val="center"/>
            </w:pPr>
            <w:proofErr w:type="spellStart"/>
            <w:r>
              <w:rPr>
                <w:rFonts w:eastAsia="Arial"/>
                <w:b/>
                <w:color w:val="FFFFFF"/>
              </w:rPr>
              <w:t>Pazartesi</w:t>
            </w:r>
            <w:proofErr w:type="spellEnd"/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25" w:type="dxa"/>
              <w:left w:w="115" w:type="dxa"/>
              <w:bottom w:w="125" w:type="dxa"/>
              <w:right w:w="115" w:type="dxa"/>
            </w:tcMar>
            <w:vAlign w:val="center"/>
          </w:tcPr>
          <w:p w14:paraId="70E66E63" w14:textId="77777777" w:rsidR="00010942" w:rsidRDefault="00000000">
            <w:pPr>
              <w:spacing w:line="240" w:lineRule="auto"/>
              <w:jc w:val="center"/>
            </w:pPr>
            <w:proofErr w:type="spellStart"/>
            <w:r>
              <w:rPr>
                <w:rFonts w:eastAsia="Arial"/>
                <w:b/>
                <w:color w:val="FFFFFF"/>
              </w:rPr>
              <w:t>Salı</w:t>
            </w:r>
            <w:proofErr w:type="spellEnd"/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25" w:type="dxa"/>
              <w:left w:w="115" w:type="dxa"/>
              <w:bottom w:w="125" w:type="dxa"/>
              <w:right w:w="115" w:type="dxa"/>
            </w:tcMar>
            <w:vAlign w:val="center"/>
          </w:tcPr>
          <w:p w14:paraId="5325B4A4" w14:textId="77777777" w:rsidR="00010942" w:rsidRDefault="00000000">
            <w:pPr>
              <w:spacing w:line="240" w:lineRule="auto"/>
              <w:jc w:val="center"/>
            </w:pPr>
            <w:proofErr w:type="spellStart"/>
            <w:r>
              <w:rPr>
                <w:rFonts w:eastAsia="Arial"/>
                <w:b/>
                <w:color w:val="FFFFFF"/>
              </w:rPr>
              <w:t>Çarşamba</w:t>
            </w:r>
            <w:proofErr w:type="spellEnd"/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25" w:type="dxa"/>
              <w:left w:w="115" w:type="dxa"/>
              <w:bottom w:w="125" w:type="dxa"/>
              <w:right w:w="115" w:type="dxa"/>
            </w:tcMar>
            <w:vAlign w:val="center"/>
          </w:tcPr>
          <w:p w14:paraId="688FC7F9" w14:textId="77777777" w:rsidR="00010942" w:rsidRDefault="00000000">
            <w:pPr>
              <w:spacing w:line="240" w:lineRule="auto"/>
              <w:jc w:val="center"/>
            </w:pPr>
            <w:proofErr w:type="spellStart"/>
            <w:r>
              <w:rPr>
                <w:rFonts w:eastAsia="Arial"/>
                <w:b/>
                <w:color w:val="FFFFFF"/>
              </w:rPr>
              <w:t>Perşembe</w:t>
            </w:r>
            <w:proofErr w:type="spellEnd"/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1F4E78"/>
            <w:tcMar>
              <w:top w:w="125" w:type="dxa"/>
              <w:left w:w="115" w:type="dxa"/>
              <w:bottom w:w="125" w:type="dxa"/>
              <w:right w:w="115" w:type="dxa"/>
            </w:tcMar>
            <w:vAlign w:val="center"/>
          </w:tcPr>
          <w:p w14:paraId="6EF797D6" w14:textId="77777777" w:rsidR="00010942" w:rsidRDefault="00000000">
            <w:pPr>
              <w:spacing w:line="240" w:lineRule="auto"/>
              <w:jc w:val="center"/>
            </w:pPr>
            <w:r>
              <w:rPr>
                <w:rFonts w:eastAsia="Arial"/>
                <w:b/>
                <w:color w:val="FFFFFF"/>
              </w:rPr>
              <w:t>Cuma</w:t>
            </w:r>
          </w:p>
        </w:tc>
      </w:tr>
      <w:tr w:rsidR="00010942" w14:paraId="0C3ECD20" w14:textId="77777777" w:rsidTr="00C81011">
        <w:trPr>
          <w:jc w:val="center"/>
        </w:trPr>
        <w:tc>
          <w:tcPr>
            <w:tcW w:w="419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C397138" w14:textId="77777777" w:rsidR="00010942" w:rsidRDefault="00000000">
            <w:pPr>
              <w:spacing w:line="252" w:lineRule="auto"/>
            </w:pPr>
            <w:proofErr w:type="spellStart"/>
            <w:r>
              <w:rPr>
                <w:rFonts w:eastAsia="Arial"/>
                <w:b/>
                <w:color w:val="000000"/>
                <w:sz w:val="17"/>
              </w:rPr>
              <w:t>Doç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>. Dr. Fahri SEKER</w:t>
            </w:r>
          </w:p>
        </w:tc>
        <w:tc>
          <w:tcPr>
            <w:tcW w:w="9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02B9336F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A-405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5F6E4BF" w14:textId="05E7DA08" w:rsidR="00010942" w:rsidRDefault="00010942">
            <w:pPr>
              <w:spacing w:line="252" w:lineRule="auto"/>
              <w:jc w:val="center"/>
            </w:pP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BB22870" w14:textId="2AA408CC" w:rsidR="00010942" w:rsidRDefault="00010942" w:rsidP="00C81011">
            <w:pPr>
              <w:spacing w:line="252" w:lineRule="auto"/>
            </w:pP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5211A1EF" w14:textId="77777777" w:rsidR="001F1C76" w:rsidRDefault="001F1C76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  <w:r>
              <w:rPr>
                <w:rFonts w:eastAsia="Arial"/>
                <w:color w:val="000000"/>
                <w:sz w:val="17"/>
              </w:rPr>
              <w:t>14:00-</w:t>
            </w:r>
          </w:p>
          <w:p w14:paraId="3CC6323F" w14:textId="67B62761" w:rsidR="00010942" w:rsidRDefault="001F1C76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15:00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A826166" w14:textId="17105AFB" w:rsidR="00010942" w:rsidRDefault="00010942">
            <w:pPr>
              <w:spacing w:line="252" w:lineRule="auto"/>
              <w:jc w:val="center"/>
            </w:pP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6DF369C" w14:textId="71F2542C" w:rsidR="00010942" w:rsidRDefault="00010942">
            <w:pPr>
              <w:spacing w:line="252" w:lineRule="auto"/>
              <w:jc w:val="center"/>
            </w:pPr>
          </w:p>
        </w:tc>
      </w:tr>
      <w:tr w:rsidR="00C81011" w14:paraId="269CC679" w14:textId="77777777" w:rsidTr="00C81011">
        <w:trPr>
          <w:jc w:val="center"/>
        </w:trPr>
        <w:tc>
          <w:tcPr>
            <w:tcW w:w="419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64226B0" w14:textId="5278E12E" w:rsidR="00C81011" w:rsidRDefault="00C81011">
            <w:pPr>
              <w:spacing w:line="252" w:lineRule="auto"/>
              <w:rPr>
                <w:rFonts w:eastAsia="Arial"/>
                <w:b/>
                <w:color w:val="000000"/>
                <w:sz w:val="17"/>
              </w:rPr>
            </w:pPr>
            <w:proofErr w:type="spellStart"/>
            <w:r>
              <w:rPr>
                <w:rFonts w:eastAsia="Arial"/>
                <w:b/>
                <w:color w:val="000000"/>
                <w:sz w:val="17"/>
              </w:rPr>
              <w:t>Doç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. Dr.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Tacinur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 AKÇA</w:t>
            </w:r>
          </w:p>
        </w:tc>
        <w:tc>
          <w:tcPr>
            <w:tcW w:w="9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2D2FE0A" w14:textId="18A8279A" w:rsidR="00C81011" w:rsidRDefault="00C81011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  <w:r>
              <w:rPr>
                <w:rFonts w:eastAsia="Arial"/>
                <w:color w:val="000000"/>
                <w:sz w:val="17"/>
              </w:rPr>
              <w:t>A-312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3687FC8" w14:textId="77777777" w:rsidR="00C81011" w:rsidRDefault="00C81011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762E811" w14:textId="77777777" w:rsidR="00C81011" w:rsidRDefault="00C81011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  <w:r>
              <w:rPr>
                <w:rFonts w:eastAsia="Arial"/>
                <w:color w:val="000000"/>
                <w:sz w:val="17"/>
              </w:rPr>
              <w:t>11:00-</w:t>
            </w:r>
          </w:p>
          <w:p w14:paraId="2AFACD56" w14:textId="73B87184" w:rsidR="00C81011" w:rsidRDefault="00C81011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  <w:r>
              <w:rPr>
                <w:rFonts w:eastAsia="Arial"/>
                <w:color w:val="000000"/>
                <w:sz w:val="17"/>
              </w:rPr>
              <w:t>13:30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72A42020" w14:textId="77777777" w:rsidR="00C81011" w:rsidRDefault="00C81011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7F362523" w14:textId="77777777" w:rsidR="00C81011" w:rsidRDefault="00C81011">
            <w:pPr>
              <w:spacing w:line="252" w:lineRule="auto"/>
              <w:jc w:val="center"/>
            </w:pPr>
            <w:r>
              <w:t>11:00-</w:t>
            </w:r>
          </w:p>
          <w:p w14:paraId="1D715B32" w14:textId="03DA22B2" w:rsidR="00C81011" w:rsidRDefault="00C81011">
            <w:pPr>
              <w:spacing w:line="252" w:lineRule="auto"/>
              <w:jc w:val="center"/>
            </w:pPr>
            <w:r>
              <w:t>13:30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0C4527A" w14:textId="77777777" w:rsidR="00C81011" w:rsidRDefault="00C81011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</w:p>
        </w:tc>
      </w:tr>
      <w:tr w:rsidR="00010942" w14:paraId="53A2058A" w14:textId="77777777" w:rsidTr="00C81011">
        <w:trPr>
          <w:jc w:val="center"/>
        </w:trPr>
        <w:tc>
          <w:tcPr>
            <w:tcW w:w="419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604FFEEB" w14:textId="77777777" w:rsidR="00010942" w:rsidRDefault="00000000">
            <w:pPr>
              <w:spacing w:line="252" w:lineRule="auto"/>
            </w:pPr>
            <w:r>
              <w:rPr>
                <w:rFonts w:eastAsia="Arial"/>
                <w:b/>
                <w:color w:val="000000"/>
                <w:sz w:val="17"/>
              </w:rPr>
              <w:t xml:space="preserve">Dr.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Öğr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Üyesi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 Mustafa SARKIM</w:t>
            </w:r>
          </w:p>
        </w:tc>
        <w:tc>
          <w:tcPr>
            <w:tcW w:w="9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77F36358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A-406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4F372F56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1DD1DED" w14:textId="77777777" w:rsidR="00010942" w:rsidRDefault="00DD4A1E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  <w:r>
              <w:rPr>
                <w:rFonts w:eastAsia="Arial"/>
                <w:color w:val="000000"/>
                <w:sz w:val="17"/>
              </w:rPr>
              <w:t>11:15-</w:t>
            </w:r>
          </w:p>
          <w:p w14:paraId="131FE690" w14:textId="5DB9C156" w:rsidR="00DD4A1E" w:rsidRDefault="00DD4A1E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12:15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49DCE081" w14:textId="6D7A2F7E" w:rsidR="00010942" w:rsidRDefault="00010942">
            <w:pPr>
              <w:spacing w:line="252" w:lineRule="auto"/>
              <w:jc w:val="center"/>
            </w:pP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99D8590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6B19B0D7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</w:tr>
      <w:tr w:rsidR="00010942" w14:paraId="16CFC836" w14:textId="77777777" w:rsidTr="00C81011">
        <w:trPr>
          <w:jc w:val="center"/>
        </w:trPr>
        <w:tc>
          <w:tcPr>
            <w:tcW w:w="419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09BB6C75" w14:textId="77777777" w:rsidR="00010942" w:rsidRDefault="00000000">
            <w:pPr>
              <w:spacing w:line="252" w:lineRule="auto"/>
            </w:pPr>
            <w:r>
              <w:rPr>
                <w:rFonts w:eastAsia="Arial"/>
                <w:b/>
                <w:color w:val="000000"/>
                <w:sz w:val="17"/>
              </w:rPr>
              <w:t xml:space="preserve">Dr.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Öğr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Üyesi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 Fatih ÇİFTCİ</w:t>
            </w:r>
          </w:p>
        </w:tc>
        <w:tc>
          <w:tcPr>
            <w:tcW w:w="9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763C7880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A-412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08E7C8F4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3CD153E" w14:textId="77777777" w:rsidR="00C81011" w:rsidRDefault="00C81011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  <w:r>
              <w:rPr>
                <w:rFonts w:eastAsia="Arial"/>
                <w:color w:val="000000"/>
                <w:sz w:val="17"/>
              </w:rPr>
              <w:t>13:30-</w:t>
            </w:r>
          </w:p>
          <w:p w14:paraId="3F14F542" w14:textId="3C9B104C" w:rsidR="00010942" w:rsidRDefault="00C81011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14:30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211BCCB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D848D18" w14:textId="037CDE6D" w:rsidR="00010942" w:rsidRDefault="00010942">
            <w:pPr>
              <w:spacing w:line="252" w:lineRule="auto"/>
              <w:jc w:val="center"/>
            </w:pP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012580EE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</w:tr>
      <w:tr w:rsidR="00010942" w14:paraId="3A5FE028" w14:textId="77777777" w:rsidTr="00C81011">
        <w:trPr>
          <w:jc w:val="center"/>
        </w:trPr>
        <w:tc>
          <w:tcPr>
            <w:tcW w:w="419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C40775E" w14:textId="77777777" w:rsidR="00010942" w:rsidRDefault="00000000">
            <w:pPr>
              <w:spacing w:line="252" w:lineRule="auto"/>
            </w:pPr>
            <w:r>
              <w:rPr>
                <w:rFonts w:eastAsia="Arial"/>
                <w:b/>
                <w:color w:val="000000"/>
                <w:sz w:val="17"/>
              </w:rPr>
              <w:t xml:space="preserve">Dr.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Öğr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Üyesi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 Figen TOMBAK</w:t>
            </w:r>
          </w:p>
        </w:tc>
        <w:tc>
          <w:tcPr>
            <w:tcW w:w="9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0301586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A-401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6C84E8D" w14:textId="77777777" w:rsidR="00B23A1C" w:rsidRDefault="00000000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  <w:r>
              <w:rPr>
                <w:rFonts w:eastAsia="Arial"/>
                <w:color w:val="000000"/>
                <w:sz w:val="17"/>
              </w:rPr>
              <w:t>13:00-</w:t>
            </w:r>
          </w:p>
          <w:p w14:paraId="1FB672AC" w14:textId="7069D2C9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14:00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55A04C8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59762D65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5B85322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B5A1838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</w:tr>
      <w:tr w:rsidR="00010942" w14:paraId="7607E607" w14:textId="77777777" w:rsidTr="00C81011">
        <w:trPr>
          <w:jc w:val="center"/>
        </w:trPr>
        <w:tc>
          <w:tcPr>
            <w:tcW w:w="419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0B2720C5" w14:textId="77777777" w:rsidR="00010942" w:rsidRDefault="00000000">
            <w:pPr>
              <w:spacing w:line="252" w:lineRule="auto"/>
            </w:pPr>
            <w:r>
              <w:rPr>
                <w:rFonts w:eastAsia="Arial"/>
                <w:b/>
                <w:color w:val="000000"/>
                <w:sz w:val="17"/>
              </w:rPr>
              <w:t xml:space="preserve">Dr.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Öğr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Üyesi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 Süleyman GÜRBÜZ</w:t>
            </w:r>
          </w:p>
        </w:tc>
        <w:tc>
          <w:tcPr>
            <w:tcW w:w="9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7720EEEB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A-402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4C127602" w14:textId="77777777" w:rsidR="00010942" w:rsidRDefault="008A564C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  <w:r>
              <w:rPr>
                <w:rFonts w:eastAsia="Arial"/>
                <w:color w:val="000000"/>
                <w:sz w:val="17"/>
              </w:rPr>
              <w:t>11:30-</w:t>
            </w:r>
          </w:p>
          <w:p w14:paraId="457AA6E8" w14:textId="1DD3479B" w:rsidR="008A564C" w:rsidRDefault="008A564C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12:30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0D61DDBD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7E844BC3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45B6935" w14:textId="686DB391" w:rsidR="00010942" w:rsidRDefault="00010942">
            <w:pPr>
              <w:spacing w:line="252" w:lineRule="auto"/>
              <w:jc w:val="center"/>
            </w:pP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1DFE95A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</w:tr>
      <w:tr w:rsidR="00010942" w14:paraId="1D27FDF8" w14:textId="77777777" w:rsidTr="00C81011">
        <w:trPr>
          <w:jc w:val="center"/>
        </w:trPr>
        <w:tc>
          <w:tcPr>
            <w:tcW w:w="419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8108D8F" w14:textId="77777777" w:rsidR="00010942" w:rsidRDefault="00000000">
            <w:pPr>
              <w:spacing w:line="252" w:lineRule="auto"/>
            </w:pPr>
            <w:r>
              <w:rPr>
                <w:rFonts w:eastAsia="Arial"/>
                <w:b/>
                <w:color w:val="000000"/>
                <w:sz w:val="17"/>
              </w:rPr>
              <w:t xml:space="preserve">Dr.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Öğr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Üyesi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 İbrahim CEVİZLİ</w:t>
            </w:r>
          </w:p>
        </w:tc>
        <w:tc>
          <w:tcPr>
            <w:tcW w:w="9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E1379E6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A-407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6C3822F3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40A1BF89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83DBCF8" w14:textId="3B1EB85B" w:rsidR="00010942" w:rsidRDefault="00010942">
            <w:pPr>
              <w:spacing w:line="252" w:lineRule="auto"/>
              <w:jc w:val="center"/>
            </w:pP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7D836E0" w14:textId="77777777" w:rsidR="00C81011" w:rsidRDefault="00C81011">
            <w:pPr>
              <w:spacing w:line="252" w:lineRule="auto"/>
              <w:jc w:val="center"/>
            </w:pPr>
            <w:r>
              <w:t>13:30-</w:t>
            </w:r>
          </w:p>
          <w:p w14:paraId="1387338A" w14:textId="6711FB07" w:rsidR="00010942" w:rsidRDefault="00C81011">
            <w:pPr>
              <w:spacing w:line="252" w:lineRule="auto"/>
              <w:jc w:val="center"/>
            </w:pPr>
            <w:r>
              <w:t>16:00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44D0E683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</w:tr>
      <w:tr w:rsidR="00010942" w14:paraId="15E62B8A" w14:textId="77777777" w:rsidTr="00C81011">
        <w:trPr>
          <w:jc w:val="center"/>
        </w:trPr>
        <w:tc>
          <w:tcPr>
            <w:tcW w:w="419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246C66C" w14:textId="77777777" w:rsidR="00010942" w:rsidRDefault="00000000">
            <w:pPr>
              <w:spacing w:line="252" w:lineRule="auto"/>
            </w:pPr>
            <w:r>
              <w:rPr>
                <w:rFonts w:eastAsia="Arial"/>
                <w:b/>
                <w:color w:val="000000"/>
                <w:sz w:val="17"/>
              </w:rPr>
              <w:t xml:space="preserve">Dr.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Öğr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Üyesi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 Zeynep ÖZTÜRK YAPRAK</w:t>
            </w:r>
          </w:p>
        </w:tc>
        <w:tc>
          <w:tcPr>
            <w:tcW w:w="9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036E0F9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A-404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4616BBA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486E8C0C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4B58D46B" w14:textId="77777777" w:rsidR="00C81011" w:rsidRDefault="00C81011">
            <w:pPr>
              <w:spacing w:line="252" w:lineRule="auto"/>
              <w:jc w:val="center"/>
            </w:pPr>
            <w:r>
              <w:t>13:00-</w:t>
            </w:r>
          </w:p>
          <w:p w14:paraId="53FF7B27" w14:textId="37A83728" w:rsidR="00010942" w:rsidRDefault="00C81011">
            <w:pPr>
              <w:spacing w:line="252" w:lineRule="auto"/>
              <w:jc w:val="center"/>
            </w:pPr>
            <w:r>
              <w:t>14:00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0B247C5C" w14:textId="33C704D8" w:rsidR="00010942" w:rsidRDefault="00010942">
            <w:pPr>
              <w:spacing w:line="252" w:lineRule="auto"/>
              <w:jc w:val="center"/>
            </w:pP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1C38C33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</w:tr>
      <w:tr w:rsidR="00010942" w14:paraId="6209E1E6" w14:textId="77777777" w:rsidTr="00C81011">
        <w:trPr>
          <w:jc w:val="center"/>
        </w:trPr>
        <w:tc>
          <w:tcPr>
            <w:tcW w:w="419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A210AA6" w14:textId="77777777" w:rsidR="00010942" w:rsidRDefault="00000000">
            <w:pPr>
              <w:spacing w:line="252" w:lineRule="auto"/>
            </w:pPr>
            <w:r>
              <w:rPr>
                <w:rFonts w:eastAsia="Arial"/>
                <w:b/>
                <w:color w:val="000000"/>
                <w:sz w:val="17"/>
              </w:rPr>
              <w:t xml:space="preserve">Dr.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Öğr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Üyesi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 Bayram AYDIN</w:t>
            </w:r>
          </w:p>
        </w:tc>
        <w:tc>
          <w:tcPr>
            <w:tcW w:w="9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0A26104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A-413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070A0B6" w14:textId="24E1DB3C" w:rsidR="00010942" w:rsidRDefault="00010942">
            <w:pPr>
              <w:spacing w:line="252" w:lineRule="auto"/>
              <w:jc w:val="center"/>
            </w:pP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4BD219D1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56354D80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EC06AD2" w14:textId="77777777" w:rsidR="00010942" w:rsidRDefault="00DD4A1E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  <w:r>
              <w:rPr>
                <w:rFonts w:eastAsia="Arial"/>
                <w:color w:val="000000"/>
                <w:sz w:val="17"/>
              </w:rPr>
              <w:t>11:00-</w:t>
            </w:r>
          </w:p>
          <w:p w14:paraId="55EB1AE3" w14:textId="2CD4C3A7" w:rsidR="00DD4A1E" w:rsidRDefault="00DD4A1E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12:00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7736C2E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</w:tr>
      <w:tr w:rsidR="00010942" w14:paraId="55391CEA" w14:textId="77777777" w:rsidTr="00C81011">
        <w:trPr>
          <w:jc w:val="center"/>
        </w:trPr>
        <w:tc>
          <w:tcPr>
            <w:tcW w:w="419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02C0F72" w14:textId="77777777" w:rsidR="00010942" w:rsidRDefault="00000000">
            <w:pPr>
              <w:spacing w:line="252" w:lineRule="auto"/>
            </w:pPr>
            <w:r>
              <w:rPr>
                <w:rFonts w:eastAsia="Arial"/>
                <w:b/>
                <w:color w:val="000000"/>
                <w:sz w:val="17"/>
              </w:rPr>
              <w:t xml:space="preserve">Dr.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Öğr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Üyesi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 Ayşe Feyza ŞAHİNKUŞU ÖZDAMAR</w:t>
            </w:r>
          </w:p>
        </w:tc>
        <w:tc>
          <w:tcPr>
            <w:tcW w:w="9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2559488E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A-408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6D4135A4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2F6FA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59530FA9" w14:textId="77777777" w:rsidR="004B74E4" w:rsidRDefault="004B74E4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  <w:r>
              <w:rPr>
                <w:rFonts w:eastAsia="Arial"/>
                <w:color w:val="000000"/>
                <w:sz w:val="17"/>
              </w:rPr>
              <w:t>16:00-</w:t>
            </w:r>
          </w:p>
          <w:p w14:paraId="79B3CE69" w14:textId="08525351" w:rsidR="00010942" w:rsidRDefault="004B74E4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17:00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0202797A" w14:textId="44E35C59" w:rsidR="00010942" w:rsidRDefault="00010942">
            <w:pPr>
              <w:spacing w:line="252" w:lineRule="auto"/>
              <w:jc w:val="center"/>
            </w:pP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3FADD04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39FDB5ED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</w:tr>
      <w:tr w:rsidR="00010942" w14:paraId="78B57CD1" w14:textId="77777777" w:rsidTr="00C81011">
        <w:trPr>
          <w:jc w:val="center"/>
        </w:trPr>
        <w:tc>
          <w:tcPr>
            <w:tcW w:w="4195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0B17125B" w14:textId="77777777" w:rsidR="00010942" w:rsidRDefault="00000000">
            <w:pPr>
              <w:spacing w:line="252" w:lineRule="auto"/>
            </w:pPr>
            <w:r>
              <w:rPr>
                <w:rFonts w:eastAsia="Arial"/>
                <w:b/>
                <w:color w:val="000000"/>
                <w:sz w:val="17"/>
              </w:rPr>
              <w:t xml:space="preserve">Dr.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Öğr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. </w:t>
            </w:r>
            <w:proofErr w:type="spellStart"/>
            <w:r>
              <w:rPr>
                <w:rFonts w:eastAsia="Arial"/>
                <w:b/>
                <w:color w:val="000000"/>
                <w:sz w:val="17"/>
              </w:rPr>
              <w:t>Üyesi</w:t>
            </w:r>
            <w:proofErr w:type="spellEnd"/>
            <w:r>
              <w:rPr>
                <w:rFonts w:eastAsia="Arial"/>
                <w:b/>
                <w:color w:val="000000"/>
                <w:sz w:val="17"/>
              </w:rPr>
              <w:t xml:space="preserve"> Emre ÖRÜN</w:t>
            </w:r>
          </w:p>
        </w:tc>
        <w:tc>
          <w:tcPr>
            <w:tcW w:w="96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0F27DC44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A-414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0739E0D1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527269AC" w14:textId="692F6C78" w:rsidR="00010942" w:rsidRDefault="00FC63DC">
            <w:pPr>
              <w:spacing w:line="252" w:lineRule="auto"/>
              <w:jc w:val="center"/>
            </w:pPr>
            <w:r>
              <w:t>-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0A4CCAB9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  <w:tc>
          <w:tcPr>
            <w:tcW w:w="187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FFFFF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14570389" w14:textId="77777777" w:rsidR="00FC63DC" w:rsidRDefault="00FC63DC">
            <w:pPr>
              <w:spacing w:line="252" w:lineRule="auto"/>
              <w:jc w:val="center"/>
              <w:rPr>
                <w:rFonts w:eastAsia="Arial"/>
                <w:color w:val="000000"/>
                <w:sz w:val="17"/>
              </w:rPr>
            </w:pPr>
            <w:r>
              <w:rPr>
                <w:rFonts w:eastAsia="Arial"/>
                <w:color w:val="000000"/>
                <w:sz w:val="17"/>
              </w:rPr>
              <w:t>11:30-</w:t>
            </w:r>
          </w:p>
          <w:p w14:paraId="3F09C983" w14:textId="2DBBAFE1" w:rsidR="00010942" w:rsidRDefault="00FC63DC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12:30</w:t>
            </w:r>
          </w:p>
        </w:tc>
        <w:tc>
          <w:tcPr>
            <w:tcW w:w="170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4F81BD" w:themeFill="accent1"/>
            <w:tcMar>
              <w:top w:w="120" w:type="dxa"/>
              <w:left w:w="115" w:type="dxa"/>
              <w:bottom w:w="120" w:type="dxa"/>
              <w:right w:w="115" w:type="dxa"/>
            </w:tcMar>
            <w:vAlign w:val="center"/>
          </w:tcPr>
          <w:p w14:paraId="75848A2B" w14:textId="77777777" w:rsidR="00010942" w:rsidRDefault="00000000">
            <w:pPr>
              <w:spacing w:line="252" w:lineRule="auto"/>
              <w:jc w:val="center"/>
            </w:pPr>
            <w:r>
              <w:rPr>
                <w:rFonts w:eastAsia="Arial"/>
                <w:color w:val="000000"/>
                <w:sz w:val="17"/>
              </w:rPr>
              <w:t>-</w:t>
            </w:r>
          </w:p>
        </w:tc>
      </w:tr>
    </w:tbl>
    <w:p w14:paraId="65825F06" w14:textId="77777777" w:rsidR="00A6795F" w:rsidRDefault="00A6795F"/>
    <w:sectPr w:rsidR="00A6795F" w:rsidSect="00034616">
      <w:pgSz w:w="16838" w:h="11906" w:orient="landscape"/>
      <w:pgMar w:top="709" w:right="765" w:bottom="652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0685902">
    <w:abstractNumId w:val="8"/>
  </w:num>
  <w:num w:numId="2" w16cid:durableId="2032148917">
    <w:abstractNumId w:val="6"/>
  </w:num>
  <w:num w:numId="3" w16cid:durableId="1675453475">
    <w:abstractNumId w:val="5"/>
  </w:num>
  <w:num w:numId="4" w16cid:durableId="449323961">
    <w:abstractNumId w:val="4"/>
  </w:num>
  <w:num w:numId="5" w16cid:durableId="1112552786">
    <w:abstractNumId w:val="7"/>
  </w:num>
  <w:num w:numId="6" w16cid:durableId="419762589">
    <w:abstractNumId w:val="3"/>
  </w:num>
  <w:num w:numId="7" w16cid:durableId="409623645">
    <w:abstractNumId w:val="2"/>
  </w:num>
  <w:num w:numId="8" w16cid:durableId="794375112">
    <w:abstractNumId w:val="1"/>
  </w:num>
  <w:num w:numId="9" w16cid:durableId="3284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942"/>
    <w:rsid w:val="00034616"/>
    <w:rsid w:val="0006063C"/>
    <w:rsid w:val="0015074B"/>
    <w:rsid w:val="001F1C76"/>
    <w:rsid w:val="0029639D"/>
    <w:rsid w:val="00326F90"/>
    <w:rsid w:val="004B74E4"/>
    <w:rsid w:val="005C237B"/>
    <w:rsid w:val="005F1BD0"/>
    <w:rsid w:val="008A564C"/>
    <w:rsid w:val="00A15809"/>
    <w:rsid w:val="00A6795F"/>
    <w:rsid w:val="00AA1D8D"/>
    <w:rsid w:val="00AE128D"/>
    <w:rsid w:val="00B23A1C"/>
    <w:rsid w:val="00B47730"/>
    <w:rsid w:val="00C81011"/>
    <w:rsid w:val="00CB0664"/>
    <w:rsid w:val="00D2599D"/>
    <w:rsid w:val="00DD4A1E"/>
    <w:rsid w:val="00E76D8E"/>
    <w:rsid w:val="00F64FCE"/>
    <w:rsid w:val="00FC63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8D4E3A"/>
  <w14:defaultImageDpi w14:val="300"/>
  <w15:docId w15:val="{FA88D6A6-57B5-4D58-BBFF-CFF18911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Danışmanlık Programı</dc:title>
  <dc:subject>2026-2027 Güz Dönemi İktisat Bölümü danışmanlık saatleri</dc:subject>
  <dc:creator>python-docx</dc:creator>
  <cp:keywords/>
  <dc:description>generated by python-docx</dc:description>
  <cp:lastModifiedBy>Mihriban SARIBULAK</cp:lastModifiedBy>
  <cp:revision>2</cp:revision>
  <dcterms:created xsi:type="dcterms:W3CDTF">2026-09-17T06:25:00Z</dcterms:created>
  <dcterms:modified xsi:type="dcterms:W3CDTF">2026-09-17T06:25:00Z</dcterms:modified>
  <cp:category/>
</cp:coreProperties>
</file>