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3AE" w:rsidRDefault="00EF7527">
      <w:pPr>
        <w:jc w:val="center"/>
      </w:pPr>
      <w:r>
        <w:rPr>
          <w:b/>
          <w:sz w:val="24"/>
        </w:rPr>
        <w:t>YOZGAT BOZOK ÜNİVERSİTESİ SAĞLIK BİLİMLERİ FAKÜLTESİ</w:t>
      </w:r>
      <w:r>
        <w:rPr>
          <w:b/>
          <w:sz w:val="24"/>
        </w:rPr>
        <w:br/>
      </w:r>
      <w:r>
        <w:rPr>
          <w:b/>
          <w:sz w:val="22"/>
        </w:rPr>
        <w:t>2026-2027 EĞİTİM-ÖĞRETİM YILI HEMŞİRELİK BÖLÜMÜ</w:t>
      </w:r>
      <w:r>
        <w:rPr>
          <w:b/>
          <w:sz w:val="22"/>
        </w:rPr>
        <w:br/>
        <w:t xml:space="preserve">GÜZ DÖNEMİ VİZE SINAV TAKVİMİ 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1060"/>
        <w:gridCol w:w="1628"/>
        <w:gridCol w:w="4444"/>
        <w:gridCol w:w="2482"/>
        <w:gridCol w:w="3903"/>
      </w:tblGrid>
      <w:tr w:rsidR="00BE29A0" w:rsidRPr="006A0DE6" w:rsidTr="00BE29A0">
        <w:trPr>
          <w:jc w:val="center"/>
        </w:trPr>
        <w:tc>
          <w:tcPr>
            <w:tcW w:w="1531" w:type="dxa"/>
            <w:shd w:val="clear" w:color="auto" w:fill="D9EAF7"/>
            <w:vAlign w:val="center"/>
          </w:tcPr>
          <w:p w:rsidR="00BE29A0" w:rsidRPr="006A0DE6" w:rsidRDefault="00BE29A0">
            <w:pPr>
              <w:jc w:val="center"/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b/>
                <w:sz w:val="14"/>
                <w:szCs w:val="14"/>
              </w:rPr>
              <w:t>TARİH</w:t>
            </w:r>
          </w:p>
        </w:tc>
        <w:tc>
          <w:tcPr>
            <w:tcW w:w="1060" w:type="dxa"/>
            <w:shd w:val="clear" w:color="auto" w:fill="D9EAF7"/>
            <w:vAlign w:val="center"/>
          </w:tcPr>
          <w:p w:rsidR="00BE29A0" w:rsidRPr="006A0DE6" w:rsidRDefault="00BE29A0">
            <w:pPr>
              <w:jc w:val="center"/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b/>
                <w:sz w:val="14"/>
                <w:szCs w:val="14"/>
              </w:rPr>
              <w:t>SAAT</w:t>
            </w:r>
          </w:p>
        </w:tc>
        <w:tc>
          <w:tcPr>
            <w:tcW w:w="1628" w:type="dxa"/>
            <w:shd w:val="clear" w:color="auto" w:fill="D9EAF7"/>
          </w:tcPr>
          <w:p w:rsidR="00BE29A0" w:rsidRPr="006A0DE6" w:rsidRDefault="00BE29A0">
            <w:pPr>
              <w:jc w:val="center"/>
              <w:rPr>
                <w:rFonts w:cs="Arial"/>
                <w:b/>
                <w:sz w:val="14"/>
                <w:szCs w:val="14"/>
              </w:rPr>
            </w:pPr>
            <w:proofErr w:type="spellStart"/>
            <w:r>
              <w:rPr>
                <w:rFonts w:cs="Arial"/>
                <w:b/>
                <w:sz w:val="14"/>
                <w:szCs w:val="14"/>
              </w:rPr>
              <w:t>Derslik</w:t>
            </w:r>
            <w:proofErr w:type="spellEnd"/>
            <w:r>
              <w:rPr>
                <w:rFonts w:cs="Arial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4444" w:type="dxa"/>
            <w:shd w:val="clear" w:color="auto" w:fill="D9EAF7"/>
            <w:vAlign w:val="center"/>
          </w:tcPr>
          <w:p w:rsidR="00BE29A0" w:rsidRPr="006A0DE6" w:rsidRDefault="00BE29A0">
            <w:pPr>
              <w:jc w:val="center"/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b/>
                <w:sz w:val="14"/>
                <w:szCs w:val="14"/>
              </w:rPr>
              <w:t>DERS</w:t>
            </w:r>
          </w:p>
        </w:tc>
        <w:tc>
          <w:tcPr>
            <w:tcW w:w="2482" w:type="dxa"/>
            <w:shd w:val="clear" w:color="auto" w:fill="D9EAF7"/>
            <w:vAlign w:val="center"/>
          </w:tcPr>
          <w:p w:rsidR="00BE29A0" w:rsidRPr="006A0DE6" w:rsidRDefault="00BE29A0">
            <w:pPr>
              <w:jc w:val="center"/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b/>
                <w:sz w:val="14"/>
                <w:szCs w:val="14"/>
              </w:rPr>
              <w:t>DERS SORUMLUSU / GÖREVLİ ÖĞRETİM ELEMANI</w:t>
            </w:r>
          </w:p>
        </w:tc>
        <w:tc>
          <w:tcPr>
            <w:tcW w:w="3903" w:type="dxa"/>
            <w:shd w:val="clear" w:color="auto" w:fill="D9EAF7"/>
            <w:vAlign w:val="center"/>
          </w:tcPr>
          <w:p w:rsidR="00BE29A0" w:rsidRPr="006A0DE6" w:rsidRDefault="00BE29A0">
            <w:pPr>
              <w:jc w:val="center"/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b/>
                <w:sz w:val="14"/>
                <w:szCs w:val="14"/>
              </w:rPr>
              <w:t>GÖZETMENLER</w:t>
            </w:r>
          </w:p>
        </w:tc>
      </w:tr>
      <w:tr w:rsidR="00BE29A0" w:rsidRPr="006A0DE6" w:rsidTr="00BE29A0">
        <w:trPr>
          <w:jc w:val="center"/>
        </w:trPr>
        <w:tc>
          <w:tcPr>
            <w:tcW w:w="15048" w:type="dxa"/>
            <w:gridSpan w:val="6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 xml:space="preserve">1. </w:t>
            </w:r>
            <w:proofErr w:type="spellStart"/>
            <w:r>
              <w:rPr>
                <w:rFonts w:cs="Arial"/>
                <w:b/>
                <w:sz w:val="14"/>
                <w:szCs w:val="14"/>
              </w:rPr>
              <w:t>sınıf</w:t>
            </w:r>
            <w:proofErr w:type="spellEnd"/>
          </w:p>
        </w:tc>
      </w:tr>
      <w:tr w:rsidR="00BE29A0" w:rsidRPr="006A0DE6" w:rsidTr="00BE29A0">
        <w:trPr>
          <w:jc w:val="center"/>
        </w:trPr>
        <w:tc>
          <w:tcPr>
            <w:tcW w:w="1531" w:type="dxa"/>
            <w:shd w:val="clear" w:color="auto" w:fill="auto"/>
            <w:vAlign w:val="center"/>
          </w:tcPr>
          <w:p w:rsidR="00BE29A0" w:rsidRPr="006A0DE6" w:rsidRDefault="00BE29A0" w:rsidP="005507AC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09.11.2026 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BE29A0" w:rsidRPr="006A0DE6" w:rsidRDefault="00BE29A0" w:rsidP="00F9790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13.00–14.00</w:t>
            </w:r>
          </w:p>
        </w:tc>
        <w:tc>
          <w:tcPr>
            <w:tcW w:w="1628" w:type="dxa"/>
            <w:shd w:val="clear" w:color="auto" w:fill="auto"/>
          </w:tcPr>
          <w:p w:rsidR="00BE29A0" w:rsidRPr="006A0DE6" w:rsidRDefault="00BE29A0">
            <w:pPr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>
              <w:rPr>
                <w:rFonts w:cs="Arial"/>
                <w:sz w:val="14"/>
                <w:szCs w:val="14"/>
              </w:rPr>
              <w:t>Derslik</w:t>
            </w:r>
            <w:proofErr w:type="spellEnd"/>
            <w:r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auto"/>
            <w:vAlign w:val="center"/>
          </w:tcPr>
          <w:p w:rsidR="00BE29A0" w:rsidRPr="006A0DE6" w:rsidRDefault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Anatomi</w:t>
            </w:r>
            <w:proofErr w:type="spellEnd"/>
          </w:p>
        </w:tc>
        <w:tc>
          <w:tcPr>
            <w:tcW w:w="2482" w:type="dxa"/>
            <w:shd w:val="clear" w:color="auto" w:fill="auto"/>
            <w:vAlign w:val="center"/>
          </w:tcPr>
          <w:p w:rsidR="00BE29A0" w:rsidRPr="006A0DE6" w:rsidRDefault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Şükrü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ATEŞ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BE29A0" w:rsidRPr="006A0DE6" w:rsidRDefault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Esra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ÖZBUDAK ARICA;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Seher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DÖNER;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Safa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YALÇIN</w:t>
            </w:r>
          </w:p>
        </w:tc>
      </w:tr>
      <w:tr w:rsidR="00BE29A0" w:rsidRPr="006A0DE6" w:rsidTr="00BE29A0">
        <w:trPr>
          <w:jc w:val="center"/>
        </w:trPr>
        <w:tc>
          <w:tcPr>
            <w:tcW w:w="1531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11.11.2026 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13.00–14.00</w:t>
            </w:r>
          </w:p>
        </w:tc>
        <w:tc>
          <w:tcPr>
            <w:tcW w:w="1628" w:type="dxa"/>
          </w:tcPr>
          <w:p w:rsidR="00BE29A0" w:rsidRDefault="00BE29A0" w:rsidP="00BE29A0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Fizyoloji</w:t>
            </w:r>
            <w:proofErr w:type="spellEnd"/>
          </w:p>
        </w:tc>
        <w:tc>
          <w:tcPr>
            <w:tcW w:w="2482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Atilla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Fatih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ÜNVER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Suzan TEKAYAZ;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Gülay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YILMAZ;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Safa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YALÇIN</w:t>
            </w:r>
          </w:p>
        </w:tc>
      </w:tr>
      <w:tr w:rsidR="00BE29A0" w:rsidRPr="006A0DE6" w:rsidTr="00BE29A0">
        <w:trPr>
          <w:jc w:val="center"/>
        </w:trPr>
        <w:tc>
          <w:tcPr>
            <w:tcW w:w="1531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10.11.2026 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</w:t>
            </w:r>
            <w:r>
              <w:rPr>
                <w:rFonts w:cs="Arial"/>
                <w:sz w:val="14"/>
                <w:szCs w:val="14"/>
              </w:rPr>
              <w:t>5</w:t>
            </w:r>
            <w:r w:rsidRPr="006A0DE6">
              <w:rPr>
                <w:rFonts w:cs="Arial"/>
                <w:sz w:val="14"/>
                <w:szCs w:val="14"/>
              </w:rPr>
              <w:t>.00–1</w:t>
            </w:r>
            <w:r>
              <w:rPr>
                <w:rFonts w:cs="Arial"/>
                <w:sz w:val="14"/>
                <w:szCs w:val="14"/>
              </w:rPr>
              <w:t>6</w:t>
            </w:r>
            <w:r w:rsidRPr="006A0DE6">
              <w:rPr>
                <w:rFonts w:cs="Arial"/>
                <w:sz w:val="14"/>
                <w:szCs w:val="14"/>
              </w:rPr>
              <w:t>.00</w:t>
            </w:r>
          </w:p>
        </w:tc>
        <w:tc>
          <w:tcPr>
            <w:tcW w:w="1628" w:type="dxa"/>
          </w:tcPr>
          <w:p w:rsidR="00BE29A0" w:rsidRDefault="00BE29A0" w:rsidP="00BE29A0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Hemşirelikte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Temel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Kavramlar</w:t>
            </w:r>
            <w:proofErr w:type="spellEnd"/>
          </w:p>
        </w:tc>
        <w:tc>
          <w:tcPr>
            <w:tcW w:w="2482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Hacer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DEMİRKOL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Sevim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ÇİMKE;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Aybike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BAHÇELİ;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Dilek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YILDIRIM GÜRKAN</w:t>
            </w:r>
          </w:p>
        </w:tc>
      </w:tr>
      <w:tr w:rsidR="00BE29A0" w:rsidRPr="006A0DE6" w:rsidTr="00BE29A0">
        <w:trPr>
          <w:jc w:val="center"/>
        </w:trPr>
        <w:tc>
          <w:tcPr>
            <w:tcW w:w="1531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09.11.2026 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15.00–16.45</w:t>
            </w:r>
          </w:p>
        </w:tc>
        <w:tc>
          <w:tcPr>
            <w:tcW w:w="1628" w:type="dxa"/>
          </w:tcPr>
          <w:p w:rsidR="00BE29A0" w:rsidRDefault="00BE29A0" w:rsidP="00BE29A0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Atatürk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İlkeleri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ve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İnkılap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Tarihi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I (AİİT I),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Türk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Dili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I,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Yabancı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Dil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(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İngilizce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) I,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Dijital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Dönüşüm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ve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Sürdürülebilir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Gelecek</w:t>
            </w:r>
            <w:proofErr w:type="spellEnd"/>
          </w:p>
        </w:tc>
        <w:tc>
          <w:tcPr>
            <w:tcW w:w="2482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İlgili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dersin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öğretim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elemanı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(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ortak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ders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>)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Funda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GÜLEROĞLU;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Sevim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ÇİMKE;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Seher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DÖNER;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Safa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YALÇIN</w:t>
            </w:r>
          </w:p>
        </w:tc>
      </w:tr>
      <w:tr w:rsidR="00BE29A0" w:rsidRPr="006A0DE6" w:rsidTr="00BE29A0">
        <w:trPr>
          <w:jc w:val="center"/>
        </w:trPr>
        <w:tc>
          <w:tcPr>
            <w:tcW w:w="1531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09.11.2026 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10.00–11.00</w:t>
            </w:r>
          </w:p>
        </w:tc>
        <w:tc>
          <w:tcPr>
            <w:tcW w:w="1628" w:type="dxa"/>
          </w:tcPr>
          <w:p w:rsidR="00BE29A0" w:rsidRDefault="00BE29A0" w:rsidP="00BE29A0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Biyokimya</w:t>
            </w:r>
            <w:proofErr w:type="spellEnd"/>
          </w:p>
        </w:tc>
        <w:tc>
          <w:tcPr>
            <w:tcW w:w="2482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Gökhan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Doğukan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AKARSU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>. Dr. Özlem ŞAHİN AKBOĞA;</w:t>
            </w:r>
            <w:r>
              <w:rPr>
                <w:rFonts w:cs="Arial"/>
                <w:sz w:val="14"/>
                <w:szCs w:val="14"/>
              </w:rPr>
              <w:t xml:space="preserve"> </w:t>
            </w:r>
            <w:r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Esra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ÖZBUDAK ARICA;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Dilek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YILDIRIM GÜRKAN</w:t>
            </w:r>
          </w:p>
        </w:tc>
      </w:tr>
      <w:tr w:rsidR="00BE29A0" w:rsidRPr="006A0DE6" w:rsidTr="00BE29A0">
        <w:trPr>
          <w:jc w:val="center"/>
        </w:trPr>
        <w:tc>
          <w:tcPr>
            <w:tcW w:w="1531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10.11.2026 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9.00–10.00</w:t>
            </w:r>
          </w:p>
        </w:tc>
        <w:tc>
          <w:tcPr>
            <w:tcW w:w="1628" w:type="dxa"/>
          </w:tcPr>
          <w:p w:rsidR="00BE29A0" w:rsidRDefault="00BE29A0" w:rsidP="00BE29A0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Psikoloji</w:t>
            </w:r>
            <w:proofErr w:type="spellEnd"/>
          </w:p>
        </w:tc>
        <w:tc>
          <w:tcPr>
            <w:tcW w:w="2482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Hacer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DEMİRKOL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Sevim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ÇİMKE</w:t>
            </w:r>
            <w:r>
              <w:rPr>
                <w:rFonts w:cs="Arial"/>
                <w:sz w:val="14"/>
                <w:szCs w:val="14"/>
              </w:rPr>
              <w:t xml:space="preserve"> Dr. </w:t>
            </w:r>
            <w:proofErr w:type="spellStart"/>
            <w:r>
              <w:rPr>
                <w:rFonts w:cs="Arial"/>
                <w:sz w:val="14"/>
                <w:szCs w:val="14"/>
              </w:rPr>
              <w:t>Öğr</w:t>
            </w:r>
            <w:proofErr w:type="spellEnd"/>
            <w:r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>
              <w:rPr>
                <w:rFonts w:cs="Arial"/>
                <w:sz w:val="14"/>
                <w:szCs w:val="14"/>
              </w:rPr>
              <w:t>Üyesi</w:t>
            </w:r>
            <w:proofErr w:type="spellEnd"/>
            <w:r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cs="Arial"/>
                <w:sz w:val="14"/>
                <w:szCs w:val="14"/>
              </w:rPr>
              <w:t>Gülay</w:t>
            </w:r>
            <w:proofErr w:type="spellEnd"/>
            <w:r>
              <w:rPr>
                <w:rFonts w:cs="Arial"/>
                <w:sz w:val="14"/>
                <w:szCs w:val="14"/>
              </w:rPr>
              <w:t xml:space="preserve"> YILMAZ</w:t>
            </w:r>
            <w:r w:rsidRPr="006A0DE6">
              <w:rPr>
                <w:rFonts w:cs="Arial"/>
                <w:sz w:val="14"/>
                <w:szCs w:val="14"/>
              </w:rPr>
              <w:t xml:space="preserve">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Safa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YALÇIN</w:t>
            </w:r>
          </w:p>
        </w:tc>
      </w:tr>
      <w:tr w:rsidR="00BE29A0" w:rsidRPr="006A0DE6" w:rsidTr="00BE29A0">
        <w:trPr>
          <w:jc w:val="center"/>
        </w:trPr>
        <w:tc>
          <w:tcPr>
            <w:tcW w:w="1531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10.11.2026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15.00–16.00</w:t>
            </w:r>
          </w:p>
        </w:tc>
        <w:tc>
          <w:tcPr>
            <w:tcW w:w="1628" w:type="dxa"/>
          </w:tcPr>
          <w:p w:rsidR="00BE29A0" w:rsidRDefault="00BE29A0" w:rsidP="00BE29A0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İş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Sağliği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Ve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Güvenliği</w:t>
            </w:r>
            <w:proofErr w:type="spellEnd"/>
          </w:p>
        </w:tc>
        <w:tc>
          <w:tcPr>
            <w:tcW w:w="2482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>Öğr</w:t>
            </w:r>
            <w:proofErr w:type="spellEnd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 xml:space="preserve">. </w:t>
            </w:r>
            <w:proofErr w:type="spellStart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>Gör</w:t>
            </w:r>
            <w:proofErr w:type="spellEnd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 xml:space="preserve">. </w:t>
            </w:r>
            <w:proofErr w:type="spellStart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>Deniz</w:t>
            </w:r>
            <w:proofErr w:type="spellEnd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 xml:space="preserve"> AKALIN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Tuğba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UZUNÇAKMAK;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Gülay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YILMAZ;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Sevim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ÇİMKE</w:t>
            </w:r>
          </w:p>
        </w:tc>
      </w:tr>
      <w:tr w:rsidR="00BE29A0" w:rsidRPr="006A0DE6" w:rsidTr="00BE29A0">
        <w:trPr>
          <w:jc w:val="center"/>
        </w:trPr>
        <w:tc>
          <w:tcPr>
            <w:tcW w:w="1531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10.11.2026 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11.00–12.00</w:t>
            </w:r>
          </w:p>
        </w:tc>
        <w:tc>
          <w:tcPr>
            <w:tcW w:w="1628" w:type="dxa"/>
          </w:tcPr>
          <w:p w:rsidR="00BE29A0" w:rsidRDefault="00BE29A0" w:rsidP="00BE29A0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Temel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Bilgisayar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Teknolojileri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I 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>Öğr</w:t>
            </w:r>
            <w:proofErr w:type="spellEnd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 xml:space="preserve">. </w:t>
            </w:r>
            <w:proofErr w:type="spellStart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>Gör</w:t>
            </w:r>
            <w:proofErr w:type="spellEnd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 xml:space="preserve">. </w:t>
            </w:r>
            <w:proofErr w:type="spellStart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>Recep</w:t>
            </w:r>
            <w:proofErr w:type="spellEnd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 xml:space="preserve"> </w:t>
            </w:r>
            <w:proofErr w:type="spellStart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>Batuhan</w:t>
            </w:r>
            <w:proofErr w:type="spellEnd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 xml:space="preserve"> GÜNAY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Gökçen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AYDIN AKBUĞA;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Gülay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YILMAZ;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Dilek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YILDIRIM GÜRKAN</w:t>
            </w:r>
          </w:p>
        </w:tc>
      </w:tr>
      <w:tr w:rsidR="00BE29A0" w:rsidRPr="006A0DE6" w:rsidTr="00BE29A0">
        <w:trPr>
          <w:jc w:val="center"/>
        </w:trPr>
        <w:tc>
          <w:tcPr>
            <w:tcW w:w="15048" w:type="dxa"/>
            <w:gridSpan w:val="6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 xml:space="preserve">2. </w:t>
            </w:r>
            <w:proofErr w:type="spellStart"/>
            <w:r>
              <w:rPr>
                <w:rFonts w:cs="Arial"/>
                <w:sz w:val="14"/>
                <w:szCs w:val="14"/>
              </w:rPr>
              <w:t>sınıf</w:t>
            </w:r>
            <w:proofErr w:type="spellEnd"/>
            <w:r>
              <w:rPr>
                <w:rFonts w:cs="Arial"/>
                <w:sz w:val="14"/>
                <w:szCs w:val="14"/>
              </w:rPr>
              <w:t xml:space="preserve"> </w:t>
            </w:r>
          </w:p>
        </w:tc>
      </w:tr>
      <w:tr w:rsidR="00BE29A0" w:rsidRPr="006A0DE6" w:rsidTr="00BE29A0">
        <w:trPr>
          <w:trHeight w:val="428"/>
          <w:jc w:val="center"/>
        </w:trPr>
        <w:tc>
          <w:tcPr>
            <w:tcW w:w="1531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10.11.2026</w:t>
            </w:r>
          </w:p>
        </w:tc>
        <w:tc>
          <w:tcPr>
            <w:tcW w:w="1060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10.00–11.00</w:t>
            </w:r>
          </w:p>
        </w:tc>
        <w:tc>
          <w:tcPr>
            <w:tcW w:w="1628" w:type="dxa"/>
            <w:shd w:val="clear" w:color="auto" w:fill="EAF1DD" w:themeFill="accent3" w:themeFillTint="33"/>
          </w:tcPr>
          <w:p w:rsidR="00BE29A0" w:rsidRDefault="00BE29A0" w:rsidP="00BE29A0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Hemşirelik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Esaslari</w:t>
            </w:r>
            <w:proofErr w:type="spellEnd"/>
          </w:p>
        </w:tc>
        <w:tc>
          <w:tcPr>
            <w:tcW w:w="2482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Dr. Öğr. Üyesi Esra ÖZBUDAK ARICA</w:t>
            </w:r>
          </w:p>
        </w:tc>
        <w:tc>
          <w:tcPr>
            <w:tcW w:w="3903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Doç.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Tuğba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UZUNÇAKMAK;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Sevim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ÇİMKE;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Dilek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YILDIRIM GÜRKAN</w:t>
            </w:r>
            <w:r>
              <w:rPr>
                <w:rFonts w:cs="Arial"/>
                <w:sz w:val="14"/>
                <w:szCs w:val="14"/>
              </w:rPr>
              <w:t xml:space="preserve"> </w:t>
            </w:r>
          </w:p>
        </w:tc>
      </w:tr>
      <w:tr w:rsidR="00BE29A0" w:rsidRPr="006A0DE6" w:rsidTr="00BE29A0">
        <w:trPr>
          <w:jc w:val="center"/>
        </w:trPr>
        <w:tc>
          <w:tcPr>
            <w:tcW w:w="1531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09.11.202</w:t>
            </w:r>
          </w:p>
        </w:tc>
        <w:tc>
          <w:tcPr>
            <w:tcW w:w="1060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09.00–10.00</w:t>
            </w:r>
          </w:p>
        </w:tc>
        <w:tc>
          <w:tcPr>
            <w:tcW w:w="1628" w:type="dxa"/>
            <w:shd w:val="clear" w:color="auto" w:fill="EAF1DD" w:themeFill="accent3" w:themeFillTint="33"/>
          </w:tcPr>
          <w:p w:rsidR="00BE29A0" w:rsidRDefault="00BE29A0" w:rsidP="00BE29A0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İlk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Ve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Acil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Yardim</w:t>
            </w:r>
            <w:proofErr w:type="spellEnd"/>
          </w:p>
        </w:tc>
        <w:tc>
          <w:tcPr>
            <w:tcW w:w="2482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>. Dr. Özlem ŞAHİN AKBOĞA</w:t>
            </w:r>
          </w:p>
        </w:tc>
        <w:tc>
          <w:tcPr>
            <w:tcW w:w="3903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Dr. Öğr.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Hacer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DEMİRKOL;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Esra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ÖZBUDAK ARICA;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Dilek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YILDIRIM GÜRKAN</w:t>
            </w:r>
          </w:p>
        </w:tc>
      </w:tr>
      <w:tr w:rsidR="00BE29A0" w:rsidRPr="006A0DE6" w:rsidTr="00BE29A0">
        <w:trPr>
          <w:jc w:val="center"/>
        </w:trPr>
        <w:tc>
          <w:tcPr>
            <w:tcW w:w="1531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12.11.2026</w:t>
            </w:r>
          </w:p>
        </w:tc>
        <w:tc>
          <w:tcPr>
            <w:tcW w:w="1060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13.00–14.00</w:t>
            </w:r>
          </w:p>
        </w:tc>
        <w:tc>
          <w:tcPr>
            <w:tcW w:w="1628" w:type="dxa"/>
            <w:shd w:val="clear" w:color="auto" w:fill="EAF1DD" w:themeFill="accent3" w:themeFillTint="33"/>
          </w:tcPr>
          <w:p w:rsidR="00BE29A0" w:rsidRDefault="00BE29A0" w:rsidP="00BE29A0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Farmakoloji</w:t>
            </w:r>
            <w:proofErr w:type="spellEnd"/>
          </w:p>
        </w:tc>
        <w:tc>
          <w:tcPr>
            <w:tcW w:w="2482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Doç. Dr. Serkan ŞAHİN</w:t>
            </w:r>
          </w:p>
        </w:tc>
        <w:tc>
          <w:tcPr>
            <w:tcW w:w="3903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Dr. Öğr.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Gülay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YILMAZ;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Seher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DÖNER;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Gör.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Seher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DÖNER</w:t>
            </w:r>
          </w:p>
        </w:tc>
      </w:tr>
      <w:tr w:rsidR="00BE29A0" w:rsidRPr="006A0DE6" w:rsidTr="00BE29A0">
        <w:trPr>
          <w:jc w:val="center"/>
        </w:trPr>
        <w:tc>
          <w:tcPr>
            <w:tcW w:w="1531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</w:t>
            </w:r>
            <w:r>
              <w:rPr>
                <w:rFonts w:cs="Arial"/>
                <w:sz w:val="14"/>
                <w:szCs w:val="14"/>
              </w:rPr>
              <w:t>3</w:t>
            </w:r>
            <w:r w:rsidRPr="006A0DE6">
              <w:rPr>
                <w:rFonts w:cs="Arial"/>
                <w:sz w:val="14"/>
                <w:szCs w:val="14"/>
              </w:rPr>
              <w:t xml:space="preserve">.11.2026 </w:t>
            </w:r>
          </w:p>
        </w:tc>
        <w:tc>
          <w:tcPr>
            <w:tcW w:w="1060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9.00–10.00</w:t>
            </w:r>
          </w:p>
        </w:tc>
        <w:tc>
          <w:tcPr>
            <w:tcW w:w="1628" w:type="dxa"/>
            <w:shd w:val="clear" w:color="auto" w:fill="EAF1DD" w:themeFill="accent3" w:themeFillTint="33"/>
          </w:tcPr>
          <w:p w:rsidR="00BE29A0" w:rsidRDefault="00BE29A0" w:rsidP="00BE29A0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Ameliyathane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Hemşireliği</w:t>
            </w:r>
            <w:proofErr w:type="spellEnd"/>
          </w:p>
        </w:tc>
        <w:tc>
          <w:tcPr>
            <w:tcW w:w="2482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Dr. Öğr. Üyesi Aybike BAHÇELİ</w:t>
            </w:r>
          </w:p>
        </w:tc>
        <w:tc>
          <w:tcPr>
            <w:tcW w:w="3903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Ayşe Ş. TAPLAK;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Esra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ÖZBUDAK ARICA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Gör.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Seher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DÖNER</w:t>
            </w:r>
          </w:p>
        </w:tc>
      </w:tr>
      <w:tr w:rsidR="00BE29A0" w:rsidRPr="006A0DE6" w:rsidTr="00BE29A0">
        <w:trPr>
          <w:jc w:val="center"/>
        </w:trPr>
        <w:tc>
          <w:tcPr>
            <w:tcW w:w="1531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</w:t>
            </w:r>
            <w:r>
              <w:rPr>
                <w:rFonts w:cs="Arial"/>
                <w:sz w:val="14"/>
                <w:szCs w:val="14"/>
              </w:rPr>
              <w:t>2</w:t>
            </w:r>
            <w:r w:rsidRPr="006A0DE6">
              <w:rPr>
                <w:rFonts w:cs="Arial"/>
                <w:sz w:val="14"/>
                <w:szCs w:val="14"/>
              </w:rPr>
              <w:t>.11.20</w:t>
            </w:r>
          </w:p>
        </w:tc>
        <w:tc>
          <w:tcPr>
            <w:tcW w:w="1060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10.00–11.00</w:t>
            </w:r>
          </w:p>
        </w:tc>
        <w:tc>
          <w:tcPr>
            <w:tcW w:w="1628" w:type="dxa"/>
            <w:shd w:val="clear" w:color="auto" w:fill="EAF1DD" w:themeFill="accent3" w:themeFillTint="33"/>
          </w:tcPr>
          <w:p w:rsidR="00BE29A0" w:rsidRDefault="00BE29A0" w:rsidP="00BE29A0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Geriatri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Hemşireliği</w:t>
            </w:r>
            <w:proofErr w:type="spellEnd"/>
          </w:p>
        </w:tc>
        <w:tc>
          <w:tcPr>
            <w:tcW w:w="2482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Dr. Öğr.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Münevver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ÖZCAN</w:t>
            </w:r>
          </w:p>
        </w:tc>
        <w:tc>
          <w:tcPr>
            <w:tcW w:w="3903" w:type="dxa"/>
            <w:shd w:val="clear" w:color="auto" w:fill="EAF1DD" w:themeFill="accent3" w:themeFillTint="33"/>
            <w:vAlign w:val="center"/>
          </w:tcPr>
          <w:p w:rsidR="00BE29A0" w:rsidRPr="006A0DE6" w:rsidRDefault="00BE29A0" w:rsidP="00BE29A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Gökçen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AYDIN AKBUĞA;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Esra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ÖZBUDAK ARICA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Sevim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ÇİMKE</w:t>
            </w:r>
          </w:p>
        </w:tc>
      </w:tr>
      <w:tr w:rsidR="005A3E76" w:rsidRPr="006A0DE6" w:rsidTr="00BE29A0">
        <w:trPr>
          <w:jc w:val="center"/>
        </w:trPr>
        <w:tc>
          <w:tcPr>
            <w:tcW w:w="1531" w:type="dxa"/>
            <w:shd w:val="clear" w:color="auto" w:fill="EAF1DD" w:themeFill="accent3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13.11.2026 </w:t>
            </w:r>
          </w:p>
        </w:tc>
        <w:tc>
          <w:tcPr>
            <w:tcW w:w="1060" w:type="dxa"/>
            <w:shd w:val="clear" w:color="auto" w:fill="EAF1DD" w:themeFill="accent3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11.00–1</w:t>
            </w:r>
            <w:r>
              <w:rPr>
                <w:rFonts w:cs="Arial"/>
                <w:sz w:val="14"/>
                <w:szCs w:val="14"/>
              </w:rPr>
              <w:t>1</w:t>
            </w:r>
            <w:r w:rsidRPr="006A0DE6">
              <w:rPr>
                <w:rFonts w:cs="Arial"/>
                <w:sz w:val="14"/>
                <w:szCs w:val="14"/>
              </w:rPr>
              <w:t>.</w:t>
            </w:r>
            <w:r>
              <w:rPr>
                <w:rFonts w:cs="Arial"/>
                <w:sz w:val="14"/>
                <w:szCs w:val="14"/>
              </w:rPr>
              <w:t>30</w:t>
            </w:r>
            <w:bookmarkStart w:id="0" w:name="_GoBack"/>
            <w:bookmarkEnd w:id="0"/>
          </w:p>
        </w:tc>
        <w:tc>
          <w:tcPr>
            <w:tcW w:w="1628" w:type="dxa"/>
            <w:shd w:val="clear" w:color="auto" w:fill="EAF1DD" w:themeFill="accent3" w:themeFillTint="33"/>
          </w:tcPr>
          <w:p w:rsidR="005A3E76" w:rsidRDefault="005A3E76" w:rsidP="005A3E76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EAF1DD" w:themeFill="accent3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Hemşirelikte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Öğretim</w:t>
            </w:r>
            <w:proofErr w:type="spellEnd"/>
          </w:p>
        </w:tc>
        <w:tc>
          <w:tcPr>
            <w:tcW w:w="2482" w:type="dxa"/>
            <w:shd w:val="clear" w:color="auto" w:fill="EAF1DD" w:themeFill="accent3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Dr. Öğr. Üyesi Gülay YILMAZ</w:t>
            </w:r>
          </w:p>
        </w:tc>
        <w:tc>
          <w:tcPr>
            <w:tcW w:w="3903" w:type="dxa"/>
            <w:shd w:val="clear" w:color="auto" w:fill="EAF1DD" w:themeFill="accent3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Doç. Dr. Selda YÜZER ALSAÇ; Dr. Öğr. Üyesi Aybike BAHÇELİ; Arş. Gör.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Seher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DÖNER </w:t>
            </w:r>
          </w:p>
        </w:tc>
      </w:tr>
      <w:tr w:rsidR="005A3E76" w:rsidRPr="006A0DE6" w:rsidTr="00BE29A0">
        <w:trPr>
          <w:jc w:val="center"/>
        </w:trPr>
        <w:tc>
          <w:tcPr>
            <w:tcW w:w="15048" w:type="dxa"/>
            <w:gridSpan w:val="6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 xml:space="preserve">3. </w:t>
            </w:r>
            <w:proofErr w:type="spellStart"/>
            <w:r>
              <w:rPr>
                <w:rFonts w:cs="Arial"/>
                <w:sz w:val="14"/>
                <w:szCs w:val="14"/>
              </w:rPr>
              <w:t>sınıf</w:t>
            </w:r>
            <w:proofErr w:type="spellEnd"/>
            <w:r>
              <w:rPr>
                <w:rFonts w:cs="Arial"/>
                <w:sz w:val="14"/>
                <w:szCs w:val="14"/>
              </w:rPr>
              <w:t xml:space="preserve"> </w:t>
            </w:r>
          </w:p>
        </w:tc>
      </w:tr>
      <w:tr w:rsidR="005A3E76" w:rsidRPr="006A0DE6" w:rsidTr="00BE29A0">
        <w:trPr>
          <w:jc w:val="center"/>
        </w:trPr>
        <w:tc>
          <w:tcPr>
            <w:tcW w:w="1531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11.11.2026 </w:t>
            </w:r>
          </w:p>
        </w:tc>
        <w:tc>
          <w:tcPr>
            <w:tcW w:w="1060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09.00–10.00</w:t>
            </w:r>
          </w:p>
        </w:tc>
        <w:tc>
          <w:tcPr>
            <w:tcW w:w="1628" w:type="dxa"/>
            <w:shd w:val="clear" w:color="auto" w:fill="E5DFEC" w:themeFill="accent4" w:themeFillTint="33"/>
          </w:tcPr>
          <w:p w:rsidR="005A3E76" w:rsidRDefault="005A3E76" w:rsidP="005A3E76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Doğum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-Kadin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Sağliği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Ve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Hastaliklari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Hemşireliği</w:t>
            </w:r>
            <w:proofErr w:type="spellEnd"/>
          </w:p>
        </w:tc>
        <w:tc>
          <w:tcPr>
            <w:tcW w:w="2482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Funda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GÜLEROĞLU</w:t>
            </w:r>
          </w:p>
        </w:tc>
        <w:tc>
          <w:tcPr>
            <w:tcW w:w="3903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Dr. Öğr.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Hacer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DEMİRKOL;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Münevver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ÖZCAN;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Gör.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Safa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YALÇIN</w:t>
            </w:r>
          </w:p>
        </w:tc>
      </w:tr>
      <w:tr w:rsidR="005A3E76" w:rsidRPr="006A0DE6" w:rsidTr="00BE29A0">
        <w:trPr>
          <w:jc w:val="center"/>
        </w:trPr>
        <w:tc>
          <w:tcPr>
            <w:tcW w:w="1531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13.11.2026 </w:t>
            </w:r>
          </w:p>
        </w:tc>
        <w:tc>
          <w:tcPr>
            <w:tcW w:w="1060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13.00–14.00</w:t>
            </w:r>
          </w:p>
        </w:tc>
        <w:tc>
          <w:tcPr>
            <w:tcW w:w="1628" w:type="dxa"/>
            <w:shd w:val="clear" w:color="auto" w:fill="E5DFEC" w:themeFill="accent4" w:themeFillTint="33"/>
          </w:tcPr>
          <w:p w:rsidR="005A3E76" w:rsidRDefault="005A3E76" w:rsidP="005A3E76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Mesleki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İngilizce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I</w:t>
            </w:r>
          </w:p>
        </w:tc>
        <w:tc>
          <w:tcPr>
            <w:tcW w:w="2482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Doç. Dr. Selda YÜZER ALSAÇ</w:t>
            </w:r>
          </w:p>
        </w:tc>
        <w:tc>
          <w:tcPr>
            <w:tcW w:w="3903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Dr. Öğr.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Aybike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BAHÇELİ;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Hacer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DEMİRKOL;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>. Gör. Seher DÖNER</w:t>
            </w:r>
          </w:p>
        </w:tc>
      </w:tr>
      <w:tr w:rsidR="005A3E76" w:rsidRPr="006A0DE6" w:rsidTr="00BE29A0">
        <w:trPr>
          <w:jc w:val="center"/>
        </w:trPr>
        <w:tc>
          <w:tcPr>
            <w:tcW w:w="1531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12.11.2026 </w:t>
            </w:r>
          </w:p>
        </w:tc>
        <w:tc>
          <w:tcPr>
            <w:tcW w:w="1060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11.00–12.00</w:t>
            </w:r>
          </w:p>
        </w:tc>
        <w:tc>
          <w:tcPr>
            <w:tcW w:w="1628" w:type="dxa"/>
            <w:shd w:val="clear" w:color="auto" w:fill="E5DFEC" w:themeFill="accent4" w:themeFillTint="33"/>
          </w:tcPr>
          <w:p w:rsidR="005A3E76" w:rsidRDefault="005A3E76" w:rsidP="005A3E76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Çocuk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Sağliği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Ve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Hastaliklari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Hemşireliği</w:t>
            </w:r>
            <w:proofErr w:type="spellEnd"/>
          </w:p>
        </w:tc>
        <w:tc>
          <w:tcPr>
            <w:tcW w:w="2482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Doç. Dr. Ayşe Ş. TAPLAK</w:t>
            </w:r>
          </w:p>
        </w:tc>
        <w:tc>
          <w:tcPr>
            <w:tcW w:w="3903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Doç. Dr. Sevim ÇİMKE; Dr. Öğr. Üyesi Münevver ÖZCAN; Arş. Gör.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Seher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DÖNER</w:t>
            </w:r>
          </w:p>
        </w:tc>
      </w:tr>
      <w:tr w:rsidR="005A3E76" w:rsidRPr="006A0DE6" w:rsidTr="00BE29A0">
        <w:trPr>
          <w:jc w:val="center"/>
        </w:trPr>
        <w:tc>
          <w:tcPr>
            <w:tcW w:w="1531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11.11.2026 </w:t>
            </w:r>
          </w:p>
        </w:tc>
        <w:tc>
          <w:tcPr>
            <w:tcW w:w="1060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15.00–16.00</w:t>
            </w:r>
          </w:p>
        </w:tc>
        <w:tc>
          <w:tcPr>
            <w:tcW w:w="1628" w:type="dxa"/>
            <w:shd w:val="clear" w:color="auto" w:fill="E5DFEC" w:themeFill="accent4" w:themeFillTint="33"/>
          </w:tcPr>
          <w:p w:rsidR="005A3E76" w:rsidRDefault="005A3E76" w:rsidP="005A3E76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Hemşirelikte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Araştirma</w:t>
            </w:r>
            <w:proofErr w:type="spellEnd"/>
          </w:p>
        </w:tc>
        <w:tc>
          <w:tcPr>
            <w:tcW w:w="2482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Dr. Öğr. Üyesi Dilek YILDIRIM GÜRKAN</w:t>
            </w:r>
          </w:p>
        </w:tc>
        <w:tc>
          <w:tcPr>
            <w:tcW w:w="3903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Suzan TEKAYAZ; Dr. Öğr.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Münevver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ÖZCAN;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Gör.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Safa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YALÇIN</w:t>
            </w:r>
          </w:p>
        </w:tc>
      </w:tr>
      <w:tr w:rsidR="005A3E76" w:rsidRPr="006A0DE6" w:rsidTr="00BE29A0">
        <w:trPr>
          <w:jc w:val="center"/>
        </w:trPr>
        <w:tc>
          <w:tcPr>
            <w:tcW w:w="1531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11.11.2026 </w:t>
            </w:r>
          </w:p>
        </w:tc>
        <w:tc>
          <w:tcPr>
            <w:tcW w:w="1060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11.00–12.00</w:t>
            </w:r>
          </w:p>
        </w:tc>
        <w:tc>
          <w:tcPr>
            <w:tcW w:w="1628" w:type="dxa"/>
            <w:shd w:val="clear" w:color="auto" w:fill="E5DFEC" w:themeFill="accent4" w:themeFillTint="33"/>
          </w:tcPr>
          <w:p w:rsidR="005A3E76" w:rsidRDefault="005A3E76" w:rsidP="005A3E76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Epidemiyoloji</w:t>
            </w:r>
            <w:proofErr w:type="spellEnd"/>
          </w:p>
        </w:tc>
        <w:tc>
          <w:tcPr>
            <w:tcW w:w="2482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Doç. Dr. Tuğba UZUNÇAKMAK</w:t>
            </w:r>
          </w:p>
        </w:tc>
        <w:tc>
          <w:tcPr>
            <w:tcW w:w="3903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Doç. Dr. Suzan TEKAYAZ; Dr. Öğr. Üyesi Esra ÖZBUDAK ARICA; Arş. Gör.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Safa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YALÇIN</w:t>
            </w:r>
          </w:p>
        </w:tc>
      </w:tr>
      <w:tr w:rsidR="005A3E76" w:rsidRPr="006A0DE6" w:rsidTr="00BE29A0">
        <w:trPr>
          <w:jc w:val="center"/>
        </w:trPr>
        <w:tc>
          <w:tcPr>
            <w:tcW w:w="1531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9.11.2026 </w:t>
            </w:r>
          </w:p>
        </w:tc>
        <w:tc>
          <w:tcPr>
            <w:tcW w:w="1060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11.00–12.00</w:t>
            </w:r>
          </w:p>
        </w:tc>
        <w:tc>
          <w:tcPr>
            <w:tcW w:w="1628" w:type="dxa"/>
            <w:shd w:val="clear" w:color="auto" w:fill="E5DFEC" w:themeFill="accent4" w:themeFillTint="33"/>
          </w:tcPr>
          <w:p w:rsidR="005A3E76" w:rsidRDefault="005A3E76" w:rsidP="005A3E76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Çocuk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Ruh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Sağliği</w:t>
            </w:r>
            <w:proofErr w:type="spellEnd"/>
          </w:p>
        </w:tc>
        <w:tc>
          <w:tcPr>
            <w:tcW w:w="2482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Doç. Dr. Esin CERİT</w:t>
            </w:r>
          </w:p>
        </w:tc>
        <w:tc>
          <w:tcPr>
            <w:tcW w:w="3903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Dr. Öğr.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Hacer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DEMİRKOL;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Münevver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ÖZCAN;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>. Gör. Safa YALÇIN</w:t>
            </w:r>
          </w:p>
        </w:tc>
      </w:tr>
      <w:tr w:rsidR="005A3E76" w:rsidRPr="006A0DE6" w:rsidTr="00BE29A0">
        <w:trPr>
          <w:jc w:val="center"/>
        </w:trPr>
        <w:tc>
          <w:tcPr>
            <w:tcW w:w="1531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13.11.2026 </w:t>
            </w:r>
          </w:p>
        </w:tc>
        <w:tc>
          <w:tcPr>
            <w:tcW w:w="1060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11.</w:t>
            </w:r>
            <w:r>
              <w:rPr>
                <w:rFonts w:cs="Arial"/>
                <w:sz w:val="14"/>
                <w:szCs w:val="14"/>
              </w:rPr>
              <w:t>30</w:t>
            </w:r>
            <w:r w:rsidRPr="006A0DE6">
              <w:rPr>
                <w:rFonts w:cs="Arial"/>
                <w:sz w:val="14"/>
                <w:szCs w:val="14"/>
              </w:rPr>
              <w:t>–12.00</w:t>
            </w:r>
          </w:p>
        </w:tc>
        <w:tc>
          <w:tcPr>
            <w:tcW w:w="1628" w:type="dxa"/>
            <w:shd w:val="clear" w:color="auto" w:fill="E5DFEC" w:themeFill="accent4" w:themeFillTint="33"/>
          </w:tcPr>
          <w:p w:rsidR="005A3E76" w:rsidRDefault="005A3E76" w:rsidP="005A3E76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Hemşirelikte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Bilişimi</w:t>
            </w:r>
            <w:proofErr w:type="spellEnd"/>
          </w:p>
        </w:tc>
        <w:tc>
          <w:tcPr>
            <w:tcW w:w="2482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Aybike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BAHÇELİ</w:t>
            </w:r>
          </w:p>
        </w:tc>
        <w:tc>
          <w:tcPr>
            <w:tcW w:w="3903" w:type="dxa"/>
            <w:shd w:val="clear" w:color="auto" w:fill="E5DFEC" w:themeFill="accent4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Gökçen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AYDIN AKBUĞA; Dr. Öğr.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Esra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ÖZBUDAK ARICA;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Seher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DÖNER </w:t>
            </w:r>
          </w:p>
        </w:tc>
      </w:tr>
      <w:tr w:rsidR="005A3E76" w:rsidRPr="006A0DE6" w:rsidTr="00BE29A0">
        <w:trPr>
          <w:jc w:val="center"/>
        </w:trPr>
        <w:tc>
          <w:tcPr>
            <w:tcW w:w="15048" w:type="dxa"/>
            <w:gridSpan w:val="6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 xml:space="preserve">4. </w:t>
            </w:r>
            <w:proofErr w:type="spellStart"/>
            <w:r>
              <w:rPr>
                <w:rFonts w:cs="Arial"/>
                <w:sz w:val="14"/>
                <w:szCs w:val="14"/>
              </w:rPr>
              <w:t>sınıf</w:t>
            </w:r>
            <w:proofErr w:type="spellEnd"/>
            <w:r>
              <w:rPr>
                <w:rFonts w:cs="Arial"/>
                <w:sz w:val="14"/>
                <w:szCs w:val="14"/>
              </w:rPr>
              <w:t xml:space="preserve"> </w:t>
            </w:r>
          </w:p>
        </w:tc>
      </w:tr>
      <w:tr w:rsidR="005A3E76" w:rsidRPr="006A0DE6" w:rsidTr="00BE29A0">
        <w:trPr>
          <w:jc w:val="center"/>
        </w:trPr>
        <w:tc>
          <w:tcPr>
            <w:tcW w:w="1531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9</w:t>
            </w:r>
            <w:r>
              <w:rPr>
                <w:rFonts w:cs="Arial"/>
                <w:sz w:val="14"/>
                <w:szCs w:val="14"/>
              </w:rPr>
              <w:t>.</w:t>
            </w:r>
            <w:r w:rsidRPr="006A0DE6">
              <w:rPr>
                <w:rFonts w:cs="Arial"/>
                <w:sz w:val="14"/>
                <w:szCs w:val="14"/>
              </w:rPr>
              <w:t xml:space="preserve">11.2026 </w:t>
            </w:r>
          </w:p>
        </w:tc>
        <w:tc>
          <w:tcPr>
            <w:tcW w:w="1060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14.00–15.00</w:t>
            </w:r>
          </w:p>
        </w:tc>
        <w:tc>
          <w:tcPr>
            <w:tcW w:w="1628" w:type="dxa"/>
            <w:shd w:val="clear" w:color="auto" w:fill="FDE9D9" w:themeFill="accent6" w:themeFillTint="33"/>
          </w:tcPr>
          <w:p w:rsidR="005A3E76" w:rsidRDefault="005A3E76" w:rsidP="005A3E76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Hemşirelikte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Bakim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Yönetimi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-I: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İç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Hastaliklari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Hemşireliği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Uyg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>.</w:t>
            </w:r>
          </w:p>
        </w:tc>
        <w:tc>
          <w:tcPr>
            <w:tcW w:w="2482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Dr. Öğr. Üyesi Münevver ÖZCAN</w:t>
            </w:r>
          </w:p>
        </w:tc>
        <w:tc>
          <w:tcPr>
            <w:tcW w:w="3903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Funda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GÜLEROĞLU; Dr. Öğr.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Gülay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YILMAZ;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Aybike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BAHÇELİ</w:t>
            </w:r>
          </w:p>
        </w:tc>
      </w:tr>
      <w:tr w:rsidR="005A3E76" w:rsidRPr="006A0DE6" w:rsidTr="00BE29A0">
        <w:trPr>
          <w:jc w:val="center"/>
        </w:trPr>
        <w:tc>
          <w:tcPr>
            <w:tcW w:w="1531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10.11.202</w:t>
            </w:r>
          </w:p>
        </w:tc>
        <w:tc>
          <w:tcPr>
            <w:tcW w:w="1060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</w:t>
            </w:r>
            <w:r>
              <w:rPr>
                <w:rFonts w:cs="Arial"/>
                <w:sz w:val="14"/>
                <w:szCs w:val="14"/>
              </w:rPr>
              <w:t>0.00–11</w:t>
            </w:r>
            <w:r w:rsidRPr="006A0DE6">
              <w:rPr>
                <w:rFonts w:cs="Arial"/>
                <w:sz w:val="14"/>
                <w:szCs w:val="14"/>
              </w:rPr>
              <w:t>.00</w:t>
            </w:r>
          </w:p>
        </w:tc>
        <w:tc>
          <w:tcPr>
            <w:tcW w:w="1628" w:type="dxa"/>
            <w:shd w:val="clear" w:color="auto" w:fill="FDE9D9" w:themeFill="accent6" w:themeFillTint="33"/>
          </w:tcPr>
          <w:p w:rsidR="005A3E76" w:rsidRDefault="005A3E76" w:rsidP="005A3E76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Hemşirelikte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Bakim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Yönetimi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-I: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Cerrahi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Hastaliklari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Hemşireliği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Uyg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>.</w:t>
            </w:r>
          </w:p>
        </w:tc>
        <w:tc>
          <w:tcPr>
            <w:tcW w:w="2482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Doç. Dr. Gökçen AYDIN AKBUĞA</w:t>
            </w:r>
          </w:p>
        </w:tc>
        <w:tc>
          <w:tcPr>
            <w:tcW w:w="3903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Doç. Dr. Özlem ŞAHİN AKBOĞA; Dr. Öğr.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Aybike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BAHÇELİ;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Münevver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ÖZCAN</w:t>
            </w:r>
          </w:p>
        </w:tc>
      </w:tr>
      <w:tr w:rsidR="005A3E76" w:rsidRPr="006A0DE6" w:rsidTr="00BE29A0">
        <w:trPr>
          <w:jc w:val="center"/>
        </w:trPr>
        <w:tc>
          <w:tcPr>
            <w:tcW w:w="1531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11.11.2026 </w:t>
            </w:r>
          </w:p>
        </w:tc>
        <w:tc>
          <w:tcPr>
            <w:tcW w:w="1060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14.00–15.00</w:t>
            </w:r>
          </w:p>
        </w:tc>
        <w:tc>
          <w:tcPr>
            <w:tcW w:w="1628" w:type="dxa"/>
            <w:shd w:val="clear" w:color="auto" w:fill="FDE9D9" w:themeFill="accent6" w:themeFillTint="33"/>
          </w:tcPr>
          <w:p w:rsidR="005A3E76" w:rsidRDefault="005A3E76" w:rsidP="005A3E76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Toplumsal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Cinsiyet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Ve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Sağlik</w:t>
            </w:r>
            <w:proofErr w:type="spellEnd"/>
          </w:p>
        </w:tc>
        <w:tc>
          <w:tcPr>
            <w:tcW w:w="2482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Dr. Öğr. Üyesi Şeniz ASLAN</w:t>
            </w:r>
          </w:p>
        </w:tc>
        <w:tc>
          <w:tcPr>
            <w:tcW w:w="3903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Doç. Dr. Suzan TEKAYAZ;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Münevver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ÖZCAN;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Safa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YALÇIN</w:t>
            </w:r>
          </w:p>
        </w:tc>
      </w:tr>
      <w:tr w:rsidR="005A3E76" w:rsidRPr="006A0DE6" w:rsidTr="00BE29A0">
        <w:trPr>
          <w:jc w:val="center"/>
        </w:trPr>
        <w:tc>
          <w:tcPr>
            <w:tcW w:w="1531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12.11.2026 </w:t>
            </w:r>
          </w:p>
        </w:tc>
        <w:tc>
          <w:tcPr>
            <w:tcW w:w="1060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14.00–15.00</w:t>
            </w:r>
          </w:p>
        </w:tc>
        <w:tc>
          <w:tcPr>
            <w:tcW w:w="1628" w:type="dxa"/>
            <w:shd w:val="clear" w:color="auto" w:fill="FDE9D9" w:themeFill="accent6" w:themeFillTint="33"/>
          </w:tcPr>
          <w:p w:rsidR="005A3E76" w:rsidRDefault="005A3E76" w:rsidP="005A3E76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Hemşirelikte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Bakim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Yönetimi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-I: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Ruh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Sağliği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Ve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Hastaliklari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Hemşireliği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Uyg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>.</w:t>
            </w:r>
          </w:p>
        </w:tc>
        <w:tc>
          <w:tcPr>
            <w:tcW w:w="2482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Doç. Dr. Esin CERİT</w:t>
            </w:r>
          </w:p>
        </w:tc>
        <w:tc>
          <w:tcPr>
            <w:tcW w:w="3903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Doç.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Selda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YÜZER ALSAÇ;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Ayşe Ş. TAPLAK </w:t>
            </w:r>
            <w:r>
              <w:rPr>
                <w:rFonts w:cs="Arial"/>
                <w:sz w:val="14"/>
                <w:szCs w:val="14"/>
              </w:rPr>
              <w:t xml:space="preserve">Dr. Öğr. </w:t>
            </w:r>
            <w:proofErr w:type="spellStart"/>
            <w:r>
              <w:rPr>
                <w:rFonts w:cs="Arial"/>
                <w:sz w:val="14"/>
                <w:szCs w:val="14"/>
              </w:rPr>
              <w:t>Üyesi</w:t>
            </w:r>
            <w:proofErr w:type="spellEnd"/>
            <w:r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cs="Arial"/>
                <w:sz w:val="14"/>
                <w:szCs w:val="14"/>
              </w:rPr>
              <w:t>Hacer</w:t>
            </w:r>
            <w:proofErr w:type="spellEnd"/>
            <w:r>
              <w:rPr>
                <w:rFonts w:cs="Arial"/>
                <w:sz w:val="14"/>
                <w:szCs w:val="14"/>
              </w:rPr>
              <w:t xml:space="preserve"> DEMİRKOL</w:t>
            </w:r>
          </w:p>
        </w:tc>
      </w:tr>
      <w:tr w:rsidR="005A3E76" w:rsidRPr="006A0DE6" w:rsidTr="00BE29A0">
        <w:trPr>
          <w:jc w:val="center"/>
        </w:trPr>
        <w:tc>
          <w:tcPr>
            <w:tcW w:w="1531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lastRenderedPageBreak/>
              <w:t xml:space="preserve">13.11.2026 </w:t>
            </w:r>
          </w:p>
        </w:tc>
        <w:tc>
          <w:tcPr>
            <w:tcW w:w="1060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14.00–15.00</w:t>
            </w:r>
          </w:p>
        </w:tc>
        <w:tc>
          <w:tcPr>
            <w:tcW w:w="1628" w:type="dxa"/>
            <w:shd w:val="clear" w:color="auto" w:fill="FDE9D9" w:themeFill="accent6" w:themeFillTint="33"/>
          </w:tcPr>
          <w:p w:rsidR="005A3E76" w:rsidRDefault="005A3E76" w:rsidP="005A3E76">
            <w:r w:rsidRPr="000D7135">
              <w:rPr>
                <w:rFonts w:cs="Arial"/>
                <w:sz w:val="14"/>
                <w:szCs w:val="14"/>
              </w:rPr>
              <w:t xml:space="preserve">Kat 1 </w:t>
            </w:r>
            <w:proofErr w:type="spellStart"/>
            <w:r w:rsidRPr="000D7135">
              <w:rPr>
                <w:rFonts w:cs="Arial"/>
                <w:sz w:val="14"/>
                <w:szCs w:val="14"/>
              </w:rPr>
              <w:t>Derslik</w:t>
            </w:r>
            <w:proofErr w:type="spellEnd"/>
            <w:r w:rsidRPr="000D7135">
              <w:rPr>
                <w:rFonts w:cs="Arial"/>
                <w:sz w:val="14"/>
                <w:szCs w:val="14"/>
              </w:rPr>
              <w:t xml:space="preserve"> 1-2</w:t>
            </w:r>
          </w:p>
        </w:tc>
        <w:tc>
          <w:tcPr>
            <w:tcW w:w="4444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Hemşirelikte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Bakim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Yönetimi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-I: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Halk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Sağliği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Hastaliklari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Hemşireliği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Uyg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>.</w:t>
            </w:r>
          </w:p>
        </w:tc>
        <w:tc>
          <w:tcPr>
            <w:tcW w:w="2482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Doç. Dr. Tuğba UZUNÇAKMAK</w:t>
            </w:r>
          </w:p>
        </w:tc>
        <w:tc>
          <w:tcPr>
            <w:tcW w:w="3903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Doç. Dr. Esin CERİT; Dr. Öğr.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Gülay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YILMAZ;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Aybike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BAHÇELİ</w:t>
            </w:r>
          </w:p>
        </w:tc>
      </w:tr>
      <w:tr w:rsidR="005A3E76" w:rsidRPr="006A0DE6" w:rsidTr="00BE29A0">
        <w:trPr>
          <w:jc w:val="center"/>
        </w:trPr>
        <w:tc>
          <w:tcPr>
            <w:tcW w:w="1531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2688" w:type="dxa"/>
            <w:gridSpan w:val="2"/>
            <w:shd w:val="clear" w:color="auto" w:fill="FDE9D9" w:themeFill="accent6" w:themeFillTint="33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0829" w:type="dxa"/>
            <w:gridSpan w:val="3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Alan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Dışı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Derslerde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Asenkron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Ders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içerisine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yüklenen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10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Haftalık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Quizler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Vize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Sınavını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oluşturacaktır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BOYSİS'te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yüklenen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sınavlar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takip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edilmelidir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>.</w:t>
            </w:r>
          </w:p>
        </w:tc>
      </w:tr>
      <w:tr w:rsidR="005A3E76" w:rsidRPr="006A0DE6" w:rsidTr="00BE29A0">
        <w:trPr>
          <w:jc w:val="center"/>
        </w:trPr>
        <w:tc>
          <w:tcPr>
            <w:tcW w:w="1531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color w:val="000000"/>
                <w:sz w:val="14"/>
                <w:szCs w:val="14"/>
              </w:rPr>
              <w:t>10.11.2026</w:t>
            </w:r>
          </w:p>
        </w:tc>
        <w:tc>
          <w:tcPr>
            <w:tcW w:w="1060" w:type="dxa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color w:val="000000"/>
                <w:sz w:val="14"/>
                <w:szCs w:val="14"/>
              </w:rPr>
              <w:t xml:space="preserve">13.00–14.45      </w:t>
            </w:r>
          </w:p>
        </w:tc>
        <w:tc>
          <w:tcPr>
            <w:tcW w:w="1628" w:type="dxa"/>
            <w:shd w:val="clear" w:color="auto" w:fill="FDE9D9" w:themeFill="accent6" w:themeFillTint="33"/>
          </w:tcPr>
          <w:p w:rsidR="005A3E76" w:rsidRPr="006A0DE6" w:rsidRDefault="005A3E76" w:rsidP="005A3E76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0829" w:type="dxa"/>
            <w:gridSpan w:val="3"/>
            <w:shd w:val="clear" w:color="auto" w:fill="FDE9D9" w:themeFill="accent6" w:themeFillTint="33"/>
            <w:vAlign w:val="center"/>
          </w:tcPr>
          <w:p w:rsidR="005A3E76" w:rsidRPr="006A0DE6" w:rsidRDefault="005A3E76" w:rsidP="005A3E76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color w:val="000000"/>
                <w:sz w:val="14"/>
                <w:szCs w:val="14"/>
              </w:rPr>
              <w:t>Formasyon</w:t>
            </w:r>
            <w:proofErr w:type="spellEnd"/>
            <w:r w:rsidRPr="006A0DE6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color w:val="000000"/>
                <w:sz w:val="14"/>
                <w:szCs w:val="14"/>
              </w:rPr>
              <w:t>Dersleri</w:t>
            </w:r>
            <w:proofErr w:type="spellEnd"/>
            <w:r w:rsidRPr="006A0DE6">
              <w:rPr>
                <w:rFonts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Safa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YALÇIN</w:t>
            </w:r>
          </w:p>
        </w:tc>
      </w:tr>
    </w:tbl>
    <w:p w:rsidR="009F03AE" w:rsidRDefault="009F03AE"/>
    <w:sectPr w:rsidR="009F03AE" w:rsidSect="00034616">
      <w:pgSz w:w="15840" w:h="12240" w:orient="landscape"/>
      <w:pgMar w:top="648" w:right="504" w:bottom="648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1111A"/>
    <w:rsid w:val="00117CF8"/>
    <w:rsid w:val="0015074B"/>
    <w:rsid w:val="0029639D"/>
    <w:rsid w:val="002C76C9"/>
    <w:rsid w:val="00317494"/>
    <w:rsid w:val="00326F90"/>
    <w:rsid w:val="00332260"/>
    <w:rsid w:val="004C12DE"/>
    <w:rsid w:val="005507AC"/>
    <w:rsid w:val="005A3E76"/>
    <w:rsid w:val="00635218"/>
    <w:rsid w:val="006A0DE6"/>
    <w:rsid w:val="00705E06"/>
    <w:rsid w:val="00743F51"/>
    <w:rsid w:val="00755AF9"/>
    <w:rsid w:val="00792941"/>
    <w:rsid w:val="00836E84"/>
    <w:rsid w:val="009F03AE"/>
    <w:rsid w:val="00AA1D8D"/>
    <w:rsid w:val="00AC3295"/>
    <w:rsid w:val="00AC383E"/>
    <w:rsid w:val="00B47730"/>
    <w:rsid w:val="00BB7556"/>
    <w:rsid w:val="00BE29A0"/>
    <w:rsid w:val="00CB0664"/>
    <w:rsid w:val="00DA2EF0"/>
    <w:rsid w:val="00DA463B"/>
    <w:rsid w:val="00DB68D2"/>
    <w:rsid w:val="00E77440"/>
    <w:rsid w:val="00EC756C"/>
    <w:rsid w:val="00EF7527"/>
    <w:rsid w:val="00F979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39FE622-6736-44A5-950F-9748CB94B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5F5812-2CEA-45FF-A156-F14D21EF9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802</Words>
  <Characters>4576</Characters>
  <Application>Microsoft Office Word</Application>
  <DocSecurity>0</DocSecurity>
  <Lines>38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5368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hesabı</cp:lastModifiedBy>
  <cp:revision>20</cp:revision>
  <dcterms:created xsi:type="dcterms:W3CDTF">2013-12-23T23:15:00Z</dcterms:created>
  <dcterms:modified xsi:type="dcterms:W3CDTF">2026-11-03T12:26:00Z</dcterms:modified>
  <cp:category/>
</cp:coreProperties>
</file>