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44"/>
        <w:gridCol w:w="5216"/>
        <w:gridCol w:w="3005"/>
      </w:tblGrid>
      <w:tr w:rsidR="003755F9" w14:paraId="0CBD8D41" w14:textId="77777777">
        <w:trPr>
          <w:cantSplit/>
          <w:jc w:val="center"/>
        </w:trPr>
        <w:tc>
          <w:tcPr>
            <w:tcW w:w="1644" w:type="dxa"/>
            <w:tcBorders>
              <w:top w:val="nil"/>
              <w:left w:val="nil"/>
              <w:bottom w:val="single" w:sz="18" w:space="0" w:color="E30613"/>
              <w:right w:val="nil"/>
            </w:tcBorders>
            <w:tcMar>
              <w:top w:w="20" w:type="dxa"/>
              <w:left w:w="60" w:type="dxa"/>
              <w:bottom w:w="45" w:type="dxa"/>
              <w:right w:w="60" w:type="dxa"/>
            </w:tcMar>
          </w:tcPr>
          <w:p w14:paraId="0945AA57" w14:textId="77777777" w:rsidR="003755F9" w:rsidRDefault="00F4449A">
            <w:pPr>
              <w:jc w:val="center"/>
            </w:pPr>
            <w:r>
              <w:rPr>
                <w:noProof/>
                <w:color w:val="000000"/>
                <w:sz w:val="18"/>
              </w:rPr>
              <w:drawing>
                <wp:inline distT="0" distB="0" distL="0" distR="0" wp14:anchorId="5ED2AF46" wp14:editId="539AF090">
                  <wp:extent cx="756000" cy="75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  <w:tcBorders>
              <w:top w:val="nil"/>
              <w:left w:val="nil"/>
              <w:bottom w:val="single" w:sz="18" w:space="0" w:color="E30613"/>
              <w:right w:val="nil"/>
            </w:tcBorders>
            <w:tcMar>
              <w:top w:w="20" w:type="dxa"/>
              <w:left w:w="60" w:type="dxa"/>
              <w:bottom w:w="45" w:type="dxa"/>
              <w:right w:w="60" w:type="dxa"/>
            </w:tcMar>
          </w:tcPr>
          <w:p w14:paraId="50A486F3" w14:textId="77777777" w:rsidR="003755F9" w:rsidRDefault="00F4449A">
            <w:pPr>
              <w:spacing w:after="120"/>
              <w:jc w:val="center"/>
            </w:pPr>
            <w:r>
              <w:rPr>
                <w:b/>
                <w:color w:val="000000"/>
                <w:sz w:val="23"/>
              </w:rPr>
              <w:t>YOZGAT BOZOK ÜNİVERSİTESİ</w:t>
            </w:r>
          </w:p>
          <w:p w14:paraId="52D9ECB9" w14:textId="77777777" w:rsidR="003755F9" w:rsidRDefault="00F4449A">
            <w:pPr>
              <w:spacing w:after="40"/>
              <w:jc w:val="center"/>
            </w:pPr>
            <w:r>
              <w:rPr>
                <w:b/>
                <w:color w:val="000000"/>
                <w:sz w:val="21"/>
              </w:rPr>
              <w:t>7592 SAYILI KANUN  GEÇİCİ MADDE 85</w:t>
            </w:r>
          </w:p>
          <w:p w14:paraId="0D5B43E3" w14:textId="77777777" w:rsidR="003755F9" w:rsidRDefault="00F4449A">
            <w:pPr>
              <w:spacing w:after="40"/>
              <w:jc w:val="center"/>
            </w:pPr>
            <w:r>
              <w:rPr>
                <w:b/>
                <w:color w:val="000000"/>
                <w:sz w:val="21"/>
              </w:rPr>
              <w:t>AF KAPSAMINDA YATAY GEÇİŞ BAŞVURU FORMU</w:t>
            </w:r>
          </w:p>
        </w:tc>
        <w:tc>
          <w:tcPr>
            <w:tcW w:w="3005" w:type="dxa"/>
            <w:tcBorders>
              <w:top w:val="nil"/>
              <w:left w:val="single" w:sz="18" w:space="0" w:color="E30613"/>
              <w:bottom w:val="single" w:sz="18" w:space="0" w:color="E30613"/>
              <w:right w:val="single" w:sz="18" w:space="0" w:color="E30613"/>
            </w:tcBorders>
            <w:tcMar>
              <w:top w:w="20" w:type="dxa"/>
              <w:left w:w="60" w:type="dxa"/>
              <w:bottom w:w="45" w:type="dxa"/>
              <w:right w:w="60" w:type="dxa"/>
            </w:tcMar>
          </w:tcPr>
          <w:tbl>
            <w:tblPr>
              <w:tblW w:w="2891" w:type="dxa"/>
              <w:tblLayout w:type="fixed"/>
              <w:tblLook w:val="04A0" w:firstRow="1" w:lastRow="0" w:firstColumn="1" w:lastColumn="0" w:noHBand="0" w:noVBand="1"/>
            </w:tblPr>
            <w:tblGrid>
              <w:gridCol w:w="1757"/>
              <w:gridCol w:w="1134"/>
            </w:tblGrid>
            <w:tr w:rsidR="003755F9" w14:paraId="70905CFA" w14:textId="77777777" w:rsidTr="00FE4AE0">
              <w:tc>
                <w:tcPr>
                  <w:tcW w:w="17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0" w:type="dxa"/>
                    <w:left w:w="95" w:type="dxa"/>
                    <w:bottom w:w="70" w:type="dxa"/>
                    <w:right w:w="95" w:type="dxa"/>
                  </w:tcMar>
                  <w:vAlign w:val="center"/>
                </w:tcPr>
                <w:p w14:paraId="42D9D796" w14:textId="77777777" w:rsidR="003755F9" w:rsidRDefault="00F4449A">
                  <w:pPr>
                    <w:spacing w:after="0" w:line="240" w:lineRule="auto"/>
                  </w:pPr>
                  <w:proofErr w:type="spellStart"/>
                  <w:r>
                    <w:rPr>
                      <w:b/>
                      <w:color w:val="000000"/>
                      <w:sz w:val="16"/>
                    </w:rPr>
                    <w:t>Doküman</w:t>
                  </w:r>
                  <w:proofErr w:type="spellEnd"/>
                  <w:r>
                    <w:rPr>
                      <w:b/>
                      <w:color w:val="000000"/>
                      <w:sz w:val="16"/>
                    </w:rPr>
                    <w:t xml:space="preserve"> Kodu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0" w:type="dxa"/>
                    <w:left w:w="95" w:type="dxa"/>
                    <w:bottom w:w="70" w:type="dxa"/>
                    <w:right w:w="95" w:type="dxa"/>
                  </w:tcMar>
                  <w:vAlign w:val="center"/>
                </w:tcPr>
                <w:p w14:paraId="3A3078A0" w14:textId="77777777" w:rsidR="003755F9" w:rsidRDefault="00F4449A">
                  <w:pPr>
                    <w:spacing w:after="0" w:line="240" w:lineRule="auto"/>
                  </w:pPr>
                  <w:r>
                    <w:rPr>
                      <w:color w:val="E30613"/>
                      <w:sz w:val="16"/>
                    </w:rPr>
                    <w:t>KYT-FRM-___</w:t>
                  </w:r>
                </w:p>
              </w:tc>
            </w:tr>
            <w:tr w:rsidR="003755F9" w14:paraId="5A5466B0" w14:textId="77777777" w:rsidTr="00FE4AE0">
              <w:tc>
                <w:tcPr>
                  <w:tcW w:w="17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0" w:type="dxa"/>
                    <w:left w:w="95" w:type="dxa"/>
                    <w:bottom w:w="70" w:type="dxa"/>
                    <w:right w:w="95" w:type="dxa"/>
                  </w:tcMar>
                  <w:vAlign w:val="center"/>
                </w:tcPr>
                <w:p w14:paraId="6D4BCE44" w14:textId="77777777" w:rsidR="003755F9" w:rsidRDefault="00F4449A">
                  <w:pPr>
                    <w:spacing w:after="0" w:line="240" w:lineRule="auto"/>
                  </w:pPr>
                  <w:r>
                    <w:rPr>
                      <w:b/>
                      <w:color w:val="000000"/>
                      <w:sz w:val="16"/>
                    </w:rPr>
                    <w:t>İlk Yayın Tarihi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0" w:type="dxa"/>
                    <w:left w:w="95" w:type="dxa"/>
                    <w:bottom w:w="70" w:type="dxa"/>
                    <w:right w:w="95" w:type="dxa"/>
                  </w:tcMar>
                  <w:vAlign w:val="center"/>
                </w:tcPr>
                <w:p w14:paraId="1034F2D4" w14:textId="77777777" w:rsidR="003755F9" w:rsidRDefault="00F4449A">
                  <w:pPr>
                    <w:spacing w:after="0" w:line="240" w:lineRule="auto"/>
                  </w:pPr>
                  <w:r>
                    <w:rPr>
                      <w:color w:val="E30613"/>
                      <w:sz w:val="16"/>
                    </w:rPr>
                    <w:t>--.--.2026</w:t>
                  </w:r>
                </w:p>
              </w:tc>
            </w:tr>
            <w:tr w:rsidR="003755F9" w14:paraId="5551237D" w14:textId="77777777" w:rsidTr="00FE4AE0">
              <w:tc>
                <w:tcPr>
                  <w:tcW w:w="17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0" w:type="dxa"/>
                    <w:left w:w="95" w:type="dxa"/>
                    <w:bottom w:w="70" w:type="dxa"/>
                    <w:right w:w="95" w:type="dxa"/>
                  </w:tcMar>
                  <w:vAlign w:val="center"/>
                </w:tcPr>
                <w:p w14:paraId="72F44633" w14:textId="77777777" w:rsidR="003755F9" w:rsidRDefault="00F4449A">
                  <w:pPr>
                    <w:spacing w:after="0" w:line="240" w:lineRule="auto"/>
                  </w:pPr>
                  <w:r>
                    <w:rPr>
                      <w:b/>
                      <w:color w:val="000000"/>
                      <w:sz w:val="16"/>
                    </w:rPr>
                    <w:t>Revizyon Tarihi / No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0" w:type="dxa"/>
                    <w:left w:w="95" w:type="dxa"/>
                    <w:bottom w:w="70" w:type="dxa"/>
                    <w:right w:w="95" w:type="dxa"/>
                  </w:tcMar>
                  <w:vAlign w:val="center"/>
                </w:tcPr>
                <w:p w14:paraId="203611AF" w14:textId="77777777" w:rsidR="003755F9" w:rsidRDefault="00F4449A">
                  <w:pPr>
                    <w:spacing w:after="0" w:line="240" w:lineRule="auto"/>
                  </w:pPr>
                  <w:r>
                    <w:rPr>
                      <w:color w:val="E30613"/>
                      <w:sz w:val="16"/>
                    </w:rPr>
                    <w:t>-</w:t>
                  </w:r>
                </w:p>
              </w:tc>
            </w:tr>
            <w:tr w:rsidR="003755F9" w14:paraId="11635F68" w14:textId="77777777" w:rsidTr="00FE4AE0">
              <w:tc>
                <w:tcPr>
                  <w:tcW w:w="17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0" w:type="dxa"/>
                    <w:left w:w="95" w:type="dxa"/>
                    <w:bottom w:w="70" w:type="dxa"/>
                    <w:right w:w="95" w:type="dxa"/>
                  </w:tcMar>
                  <w:vAlign w:val="center"/>
                </w:tcPr>
                <w:p w14:paraId="24CB661A" w14:textId="77777777" w:rsidR="003755F9" w:rsidRDefault="00F4449A">
                  <w:pPr>
                    <w:spacing w:after="0" w:line="240" w:lineRule="auto"/>
                  </w:pPr>
                  <w:r>
                    <w:rPr>
                      <w:b/>
                      <w:color w:val="000000"/>
                      <w:sz w:val="16"/>
                    </w:rPr>
                    <w:t>Sayfa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0" w:type="dxa"/>
                    <w:left w:w="95" w:type="dxa"/>
                    <w:bottom w:w="70" w:type="dxa"/>
                    <w:right w:w="95" w:type="dxa"/>
                  </w:tcMar>
                  <w:vAlign w:val="center"/>
                </w:tcPr>
                <w:p w14:paraId="2A18B84E" w14:textId="77777777" w:rsidR="003755F9" w:rsidRDefault="00F4449A">
                  <w:pPr>
                    <w:spacing w:after="0" w:line="240" w:lineRule="auto"/>
                  </w:pPr>
                  <w:r>
                    <w:rPr>
                      <w:color w:val="E30613"/>
                      <w:sz w:val="16"/>
                    </w:rPr>
                    <w:t>1 / 2</w:t>
                  </w:r>
                </w:p>
              </w:tc>
            </w:tr>
          </w:tbl>
          <w:p w14:paraId="2C4FCECE" w14:textId="77777777" w:rsidR="003755F9" w:rsidRDefault="003755F9"/>
        </w:tc>
      </w:tr>
    </w:tbl>
    <w:p w14:paraId="5EE0B6FA" w14:textId="77777777" w:rsidR="003755F9" w:rsidRDefault="00F4449A">
      <w:pPr>
        <w:spacing w:before="100" w:after="40"/>
      </w:pPr>
      <w:r>
        <w:rPr>
          <w:b/>
          <w:color w:val="000000"/>
        </w:rPr>
        <w:t xml:space="preserve">Başvuru Dönemi:   ☐ 2026-2027 Güz Yarıyılı     ☐ </w:t>
      </w:r>
      <w:r>
        <w:rPr>
          <w:b/>
          <w:color w:val="000000"/>
        </w:rPr>
        <w:t>2026-2027 Bahar Yarıyılı</w:t>
      </w:r>
    </w:p>
    <w:p w14:paraId="6DD86FC8" w14:textId="77777777" w:rsidR="003755F9" w:rsidRDefault="00F4449A">
      <w:pPr>
        <w:keepNext/>
        <w:spacing w:before="80" w:after="40"/>
      </w:pPr>
      <w:r>
        <w:rPr>
          <w:b/>
          <w:color w:val="000000"/>
          <w:sz w:val="20"/>
        </w:rPr>
        <w:t>A  KİŞİSEL BİLGİLER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5216"/>
      </w:tblGrid>
      <w:tr w:rsidR="003755F9" w14:paraId="64A1FFD0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3453921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T.C. Kimlik No / Yabancı Kimlik No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1AD6900" w14:textId="77777777" w:rsidR="003755F9" w:rsidRDefault="003755F9">
            <w:pPr>
              <w:spacing w:after="0" w:line="240" w:lineRule="auto"/>
            </w:pPr>
          </w:p>
        </w:tc>
      </w:tr>
      <w:tr w:rsidR="003755F9" w14:paraId="26844070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5DFAE19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Adı Soyadı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126BF42" w14:textId="77777777" w:rsidR="003755F9" w:rsidRDefault="003755F9">
            <w:pPr>
              <w:spacing w:after="0" w:line="240" w:lineRule="auto"/>
            </w:pPr>
          </w:p>
        </w:tc>
      </w:tr>
      <w:tr w:rsidR="003755F9" w14:paraId="18745D41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AA8CD06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Doğum Tarihi / Uyruğu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8CE2BD4" w14:textId="77777777" w:rsidR="003755F9" w:rsidRDefault="003755F9">
            <w:pPr>
              <w:spacing w:after="0" w:line="240" w:lineRule="auto"/>
            </w:pPr>
          </w:p>
        </w:tc>
      </w:tr>
      <w:tr w:rsidR="003755F9" w14:paraId="22BAA19F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32A3631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Cep Telefonu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56DDCC1" w14:textId="77777777" w:rsidR="003755F9" w:rsidRDefault="003755F9">
            <w:pPr>
              <w:spacing w:after="0" w:line="240" w:lineRule="auto"/>
            </w:pPr>
          </w:p>
        </w:tc>
      </w:tr>
      <w:tr w:rsidR="003755F9" w14:paraId="2BF9093D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CD70B81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E-posta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0E13D4A" w14:textId="77777777" w:rsidR="003755F9" w:rsidRDefault="003755F9">
            <w:pPr>
              <w:spacing w:after="0" w:line="240" w:lineRule="auto"/>
            </w:pPr>
          </w:p>
        </w:tc>
      </w:tr>
      <w:tr w:rsidR="003755F9" w14:paraId="5809579B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BE43C56" w14:textId="3BC3BA66" w:rsidR="003755F9" w:rsidRDefault="00F4449A">
            <w:pPr>
              <w:spacing w:after="0" w:line="240" w:lineRule="auto"/>
            </w:pPr>
            <w:proofErr w:type="spellStart"/>
            <w:r>
              <w:rPr>
                <w:b/>
                <w:color w:val="000000"/>
                <w:sz w:val="16"/>
              </w:rPr>
              <w:t>Adres</w:t>
            </w:r>
            <w:proofErr w:type="spellEnd"/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DEB542E" w14:textId="77777777" w:rsidR="003755F9" w:rsidRDefault="00F4449A">
            <w:pPr>
              <w:spacing w:after="0" w:line="240" w:lineRule="auto"/>
            </w:pPr>
            <w:r>
              <w:rPr>
                <w:color w:val="000000"/>
                <w:sz w:val="16"/>
              </w:rPr>
              <w:br/>
            </w:r>
          </w:p>
        </w:tc>
      </w:tr>
    </w:tbl>
    <w:p w14:paraId="7972A88D" w14:textId="77777777" w:rsidR="003755F9" w:rsidRDefault="00F4449A">
      <w:pPr>
        <w:keepNext/>
        <w:spacing w:before="80" w:after="40"/>
      </w:pPr>
      <w:r>
        <w:rPr>
          <w:b/>
          <w:color w:val="000000"/>
          <w:sz w:val="20"/>
        </w:rPr>
        <w:t>B  AF KAPSAMINDA YENİDEN KAYIT BİLGİLERİ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5216"/>
      </w:tblGrid>
      <w:tr w:rsidR="003755F9" w14:paraId="505C853D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EB921DC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Af kapsamında kayıt yapılan üniversite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F54B97B" w14:textId="77777777" w:rsidR="003755F9" w:rsidRDefault="003755F9">
            <w:pPr>
              <w:spacing w:after="0" w:line="240" w:lineRule="auto"/>
            </w:pPr>
          </w:p>
        </w:tc>
      </w:tr>
      <w:tr w:rsidR="003755F9" w14:paraId="3B32A41A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8706209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Akademik birim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A6DA3D2" w14:textId="77777777" w:rsidR="003755F9" w:rsidRDefault="003755F9">
            <w:pPr>
              <w:spacing w:after="0" w:line="240" w:lineRule="auto"/>
            </w:pPr>
          </w:p>
        </w:tc>
      </w:tr>
      <w:tr w:rsidR="003755F9" w14:paraId="2ECF7A3E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0CE5A1B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Bölüm / Program / Anabilim Dalı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7637D6D" w14:textId="77777777" w:rsidR="003755F9" w:rsidRDefault="003755F9">
            <w:pPr>
              <w:spacing w:after="0" w:line="240" w:lineRule="auto"/>
            </w:pPr>
          </w:p>
        </w:tc>
      </w:tr>
      <w:tr w:rsidR="003755F9" w14:paraId="22807413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891667A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Öğrenim düzeyi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D153AE0" w14:textId="77777777" w:rsidR="003755F9" w:rsidRDefault="00F4449A">
            <w:pPr>
              <w:spacing w:after="0" w:line="240" w:lineRule="auto"/>
            </w:pPr>
            <w:r>
              <w:rPr>
                <w:color w:val="000000"/>
                <w:sz w:val="17"/>
              </w:rPr>
              <w:t>☐</w:t>
            </w:r>
            <w:r>
              <w:rPr>
                <w:color w:val="000000"/>
                <w:sz w:val="17"/>
              </w:rPr>
              <w:t xml:space="preserve"> Önlisans   ☐ Lisans   ☐ Yüksek Lisans   ☐ Doktora</w:t>
            </w:r>
          </w:p>
        </w:tc>
      </w:tr>
      <w:tr w:rsidR="003755F9" w14:paraId="1A796CF1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4F1C86E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Öğrenci numarası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AA30166" w14:textId="77777777" w:rsidR="003755F9" w:rsidRDefault="003755F9">
            <w:pPr>
              <w:spacing w:after="0" w:line="240" w:lineRule="auto"/>
            </w:pPr>
          </w:p>
        </w:tc>
      </w:tr>
      <w:tr w:rsidR="003755F9" w14:paraId="29CB5FC6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F550695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İlk kayıt / yerleşme yılı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BEA6256" w14:textId="77777777" w:rsidR="003755F9" w:rsidRDefault="003755F9">
            <w:pPr>
              <w:spacing w:after="0" w:line="240" w:lineRule="auto"/>
            </w:pPr>
          </w:p>
        </w:tc>
      </w:tr>
      <w:tr w:rsidR="003755F9" w14:paraId="4411AE9B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A26034C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İlk kayıt / yerleşme türü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F5968AE" w14:textId="77777777" w:rsidR="003755F9" w:rsidRDefault="00F4449A">
            <w:pPr>
              <w:spacing w:after="0" w:line="240" w:lineRule="auto"/>
            </w:pPr>
            <w:r>
              <w:rPr>
                <w:color w:val="000000"/>
                <w:sz w:val="17"/>
              </w:rPr>
              <w:t>☐</w:t>
            </w:r>
            <w:r>
              <w:rPr>
                <w:color w:val="000000"/>
                <w:sz w:val="17"/>
              </w:rPr>
              <w:t xml:space="preserve"> ÖSYS/YKS   ☐ DGS   ☐ Yatay Geçiş   ☐ Diğer: </w:t>
            </w:r>
            <w:r>
              <w:rPr>
                <w:color w:val="000000"/>
                <w:sz w:val="17"/>
              </w:rPr>
              <w:t>__________</w:t>
            </w:r>
          </w:p>
        </w:tc>
      </w:tr>
      <w:tr w:rsidR="003755F9" w14:paraId="3A0BFB7E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5645083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Geçici 85 kapsamında kesin kayıt tarihi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471BA7C" w14:textId="77777777" w:rsidR="003755F9" w:rsidRDefault="003755F9">
            <w:pPr>
              <w:spacing w:after="0" w:line="240" w:lineRule="auto"/>
            </w:pPr>
          </w:p>
        </w:tc>
      </w:tr>
      <w:tr w:rsidR="003755F9" w14:paraId="4ABD0982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8BBDF72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Güncel öğrenci belgesi tarihi / doğrulama bilgisi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A780DFA" w14:textId="77777777" w:rsidR="003755F9" w:rsidRDefault="003755F9">
            <w:pPr>
              <w:spacing w:after="0" w:line="240" w:lineRule="auto"/>
            </w:pPr>
          </w:p>
        </w:tc>
      </w:tr>
    </w:tbl>
    <w:p w14:paraId="5122AA53" w14:textId="77777777" w:rsidR="003755F9" w:rsidRDefault="00F4449A">
      <w:pPr>
        <w:keepNext/>
        <w:spacing w:before="80" w:after="40"/>
      </w:pPr>
      <w:r>
        <w:rPr>
          <w:b/>
          <w:color w:val="000000"/>
          <w:sz w:val="20"/>
        </w:rPr>
        <w:t>C  YATAY GEÇİŞ TALEP BİLGİLERİ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5216"/>
      </w:tblGrid>
      <w:tr w:rsidR="003755F9" w14:paraId="07EA81F0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9ED13C9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Başvurulan akademik birim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71CD37F" w14:textId="77777777" w:rsidR="003755F9" w:rsidRDefault="003755F9">
            <w:pPr>
              <w:spacing w:after="0" w:line="240" w:lineRule="auto"/>
            </w:pPr>
          </w:p>
        </w:tc>
      </w:tr>
      <w:tr w:rsidR="003755F9" w14:paraId="20CDC56D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A877CA6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Başvurulan bölüm / program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AC5C971" w14:textId="77777777" w:rsidR="003755F9" w:rsidRDefault="003755F9">
            <w:pPr>
              <w:spacing w:after="0" w:line="240" w:lineRule="auto"/>
            </w:pPr>
          </w:p>
        </w:tc>
      </w:tr>
      <w:tr w:rsidR="003755F9" w14:paraId="3148FA24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11BA41E" w14:textId="75FE6FD5" w:rsidR="003755F9" w:rsidRDefault="00F4449A">
            <w:pPr>
              <w:spacing w:after="0" w:line="240" w:lineRule="auto"/>
            </w:pPr>
            <w:proofErr w:type="spellStart"/>
            <w:r w:rsidRPr="00F4449A">
              <w:rPr>
                <w:b/>
                <w:color w:val="000000"/>
                <w:sz w:val="17"/>
              </w:rPr>
              <w:t>Başvurulan</w:t>
            </w:r>
            <w:proofErr w:type="spellEnd"/>
            <w:r w:rsidRPr="00F4449A">
              <w:rPr>
                <w:b/>
                <w:color w:val="000000"/>
                <w:sz w:val="17"/>
              </w:rPr>
              <w:t xml:space="preserve"> </w:t>
            </w:r>
            <w:proofErr w:type="spellStart"/>
            <w:r w:rsidRPr="00F4449A">
              <w:rPr>
                <w:b/>
                <w:color w:val="000000"/>
                <w:sz w:val="17"/>
              </w:rPr>
              <w:t>programın</w:t>
            </w:r>
            <w:proofErr w:type="spellEnd"/>
            <w:r w:rsidRPr="00F4449A">
              <w:rPr>
                <w:b/>
                <w:color w:val="000000"/>
                <w:sz w:val="17"/>
              </w:rPr>
              <w:t xml:space="preserve"> </w:t>
            </w:r>
            <w:proofErr w:type="spellStart"/>
            <w:r w:rsidRPr="00F4449A">
              <w:rPr>
                <w:b/>
                <w:color w:val="000000"/>
                <w:sz w:val="17"/>
              </w:rPr>
              <w:t>niteliği</w:t>
            </w:r>
            <w:proofErr w:type="spellEnd"/>
            <w:r w:rsidRPr="00F4449A">
              <w:rPr>
                <w:b/>
                <w:color w:val="000000"/>
                <w:sz w:val="17"/>
              </w:rPr>
              <w:t>: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C73CB3E" w14:textId="722B9604" w:rsidR="003755F9" w:rsidRDefault="00F4449A">
            <w:pPr>
              <w:spacing w:after="0" w:line="240" w:lineRule="auto"/>
            </w:pPr>
            <w:r>
              <w:rPr>
                <w:color w:val="000000"/>
                <w:sz w:val="17"/>
              </w:rPr>
              <w:t>☐</w:t>
            </w:r>
            <w:r>
              <w:rPr>
                <w:color w:val="000000"/>
                <w:sz w:val="17"/>
              </w:rPr>
              <w:t xml:space="preserve"> </w:t>
            </w:r>
            <w:proofErr w:type="spellStart"/>
            <w:r>
              <w:rPr>
                <w:color w:val="000000"/>
                <w:sz w:val="17"/>
              </w:rPr>
              <w:t>Aynı</w:t>
            </w:r>
            <w:proofErr w:type="spellEnd"/>
            <w:r>
              <w:rPr>
                <w:color w:val="000000"/>
                <w:sz w:val="17"/>
              </w:rPr>
              <w:t>/</w:t>
            </w:r>
            <w:proofErr w:type="spellStart"/>
            <w:r>
              <w:rPr>
                <w:color w:val="000000"/>
                <w:sz w:val="17"/>
              </w:rPr>
              <w:t>eşdeğer</w:t>
            </w:r>
            <w:proofErr w:type="spellEnd"/>
            <w:r>
              <w:rPr>
                <w:color w:val="000000"/>
                <w:sz w:val="17"/>
              </w:rPr>
              <w:t xml:space="preserve"> program   ☐ </w:t>
            </w:r>
            <w:proofErr w:type="spellStart"/>
            <w:r>
              <w:rPr>
                <w:color w:val="000000"/>
                <w:sz w:val="17"/>
              </w:rPr>
              <w:t>Farklı</w:t>
            </w:r>
            <w:proofErr w:type="spellEnd"/>
            <w:r>
              <w:rPr>
                <w:color w:val="000000"/>
                <w:sz w:val="17"/>
              </w:rPr>
              <w:t xml:space="preserve"> diploma </w:t>
            </w:r>
            <w:proofErr w:type="spellStart"/>
            <w:r>
              <w:rPr>
                <w:color w:val="000000"/>
                <w:sz w:val="17"/>
              </w:rPr>
              <w:t>programı</w:t>
            </w:r>
            <w:proofErr w:type="spellEnd"/>
            <w:r>
              <w:rPr>
                <w:color w:val="000000"/>
                <w:sz w:val="17"/>
              </w:rPr>
              <w:t xml:space="preserve">   </w:t>
            </w:r>
          </w:p>
        </w:tc>
      </w:tr>
      <w:tr w:rsidR="003755F9" w14:paraId="58C6FBF2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7B11137" w14:textId="77777777" w:rsidR="003755F9" w:rsidRDefault="00F4449A">
            <w:pPr>
              <w:spacing w:after="0" w:line="240" w:lineRule="auto"/>
            </w:pPr>
            <w:proofErr w:type="spellStart"/>
            <w:r>
              <w:rPr>
                <w:b/>
                <w:color w:val="000000"/>
                <w:sz w:val="17"/>
              </w:rPr>
              <w:t>Öğretim</w:t>
            </w:r>
            <w:proofErr w:type="spellEnd"/>
            <w:r>
              <w:rPr>
                <w:b/>
                <w:color w:val="000000"/>
                <w:sz w:val="17"/>
              </w:rPr>
              <w:t xml:space="preserve"> </w:t>
            </w:r>
            <w:proofErr w:type="spellStart"/>
            <w:r>
              <w:rPr>
                <w:b/>
                <w:color w:val="000000"/>
                <w:sz w:val="17"/>
              </w:rPr>
              <w:t>türü</w:t>
            </w:r>
            <w:proofErr w:type="spellEnd"/>
            <w:r>
              <w:rPr>
                <w:b/>
                <w:color w:val="000000"/>
                <w:sz w:val="17"/>
              </w:rPr>
              <w:t xml:space="preserve"> / </w:t>
            </w:r>
            <w:proofErr w:type="spellStart"/>
            <w:r>
              <w:rPr>
                <w:b/>
                <w:color w:val="000000"/>
                <w:sz w:val="17"/>
              </w:rPr>
              <w:t>dili</w:t>
            </w:r>
            <w:proofErr w:type="spellEnd"/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EEE5887" w14:textId="77777777" w:rsidR="003755F9" w:rsidRDefault="00F4449A">
            <w:pPr>
              <w:spacing w:after="0" w:line="240" w:lineRule="auto"/>
            </w:pPr>
            <w:r>
              <w:rPr>
                <w:color w:val="000000"/>
                <w:sz w:val="17"/>
              </w:rPr>
              <w:t>☐</w:t>
            </w:r>
            <w:r>
              <w:rPr>
                <w:color w:val="000000"/>
                <w:sz w:val="17"/>
              </w:rPr>
              <w:t xml:space="preserve"> Örgün   ☐ Açık/Uzaktan   ☐ Türkçe   ☐ En az yüzde 30 yabancı dil   ☐ Tamamen yabancı dil</w:t>
            </w:r>
          </w:p>
        </w:tc>
      </w:tr>
    </w:tbl>
    <w:p w14:paraId="64BC6900" w14:textId="77777777" w:rsidR="003755F9" w:rsidRDefault="00F4449A">
      <w:r>
        <w:br w:type="page"/>
      </w:r>
    </w:p>
    <w:p w14:paraId="2B150908" w14:textId="77777777" w:rsidR="003755F9" w:rsidRDefault="00F4449A">
      <w:pPr>
        <w:keepNext/>
        <w:spacing w:before="80" w:after="40"/>
      </w:pPr>
      <w:proofErr w:type="gramStart"/>
      <w:r>
        <w:rPr>
          <w:b/>
          <w:color w:val="000000"/>
          <w:sz w:val="20"/>
        </w:rPr>
        <w:t>D  MERKEZİ</w:t>
      </w:r>
      <w:proofErr w:type="gramEnd"/>
      <w:r>
        <w:rPr>
          <w:b/>
          <w:color w:val="000000"/>
          <w:sz w:val="20"/>
        </w:rPr>
        <w:t xml:space="preserve"> YERLEŞTİRME VE AKADEMİK BİLGİLER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5216"/>
      </w:tblGrid>
      <w:tr w:rsidR="003755F9" w14:paraId="746DC95F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1083E30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Sınav / yerleşme yılı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4469FD1" w14:textId="77777777" w:rsidR="003755F9" w:rsidRDefault="003755F9">
            <w:pPr>
              <w:spacing w:after="0" w:line="240" w:lineRule="auto"/>
            </w:pPr>
          </w:p>
        </w:tc>
      </w:tr>
      <w:tr w:rsidR="003755F9" w14:paraId="0CAA901F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2D34769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Puan türü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E675165" w14:textId="77777777" w:rsidR="003755F9" w:rsidRDefault="003755F9">
            <w:pPr>
              <w:spacing w:after="0" w:line="240" w:lineRule="auto"/>
            </w:pPr>
          </w:p>
        </w:tc>
      </w:tr>
      <w:tr w:rsidR="003755F9" w14:paraId="121DB777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667B5A1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Adayın merkezi yerleştirme puanı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3AF9616" w14:textId="77777777" w:rsidR="003755F9" w:rsidRDefault="003755F9">
            <w:pPr>
              <w:spacing w:after="0" w:line="240" w:lineRule="auto"/>
            </w:pPr>
          </w:p>
        </w:tc>
      </w:tr>
      <w:tr w:rsidR="003755F9" w14:paraId="3D68EBE3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914122C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Başvurulan programın kayıt yılındaki taban puanı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209CF78" w14:textId="77777777" w:rsidR="003755F9" w:rsidRDefault="00F4449A">
            <w:pPr>
              <w:spacing w:after="0" w:line="240" w:lineRule="auto"/>
            </w:pPr>
            <w:r>
              <w:rPr>
                <w:color w:val="000000"/>
                <w:sz w:val="16"/>
              </w:rPr>
              <w:t>Birim tarafından doldurulur: __________________________</w:t>
            </w:r>
          </w:p>
        </w:tc>
      </w:tr>
      <w:tr w:rsidR="003755F9" w14:paraId="56BAC083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D2E2D44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Genel ağırlıklı not ortalaması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F8B86AE" w14:textId="77777777" w:rsidR="003755F9" w:rsidRDefault="00F4449A">
            <w:pPr>
              <w:spacing w:after="0" w:line="240" w:lineRule="auto"/>
            </w:pPr>
            <w:r>
              <w:rPr>
                <w:color w:val="000000"/>
                <w:sz w:val="16"/>
              </w:rPr>
              <w:t>________ / 4,00      ________ / 100</w:t>
            </w:r>
          </w:p>
        </w:tc>
      </w:tr>
      <w:tr w:rsidR="003755F9" w14:paraId="17FE7A21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57852CE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Yabancı dil yeterlik durumu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40D9449" w14:textId="77777777" w:rsidR="003755F9" w:rsidRDefault="00F4449A">
            <w:pPr>
              <w:spacing w:after="0" w:line="240" w:lineRule="auto"/>
            </w:pPr>
            <w:r>
              <w:rPr>
                <w:color w:val="000000"/>
                <w:sz w:val="16"/>
              </w:rPr>
              <w:t>☐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Aranmıyor   ☐ Belge var   ☐ Sınava girecek   ☐ Sağlamıyor</w:t>
            </w:r>
          </w:p>
        </w:tc>
      </w:tr>
    </w:tbl>
    <w:p w14:paraId="1E3CB76C" w14:textId="74176A30" w:rsidR="003755F9" w:rsidRDefault="006E1021" w:rsidP="006E1021">
      <w:pPr>
        <w:keepNext/>
        <w:spacing w:before="80" w:after="40"/>
      </w:pPr>
      <w:proofErr w:type="gramStart"/>
      <w:r>
        <w:rPr>
          <w:b/>
          <w:color w:val="000000"/>
          <w:sz w:val="20"/>
        </w:rPr>
        <w:t>E</w:t>
      </w:r>
      <w:r w:rsidR="00F4449A">
        <w:rPr>
          <w:b/>
          <w:color w:val="000000"/>
          <w:sz w:val="20"/>
        </w:rPr>
        <w:t xml:space="preserve">  BAŞVURU</w:t>
      </w:r>
      <w:proofErr w:type="gramEnd"/>
      <w:r w:rsidR="00F4449A">
        <w:rPr>
          <w:b/>
          <w:color w:val="000000"/>
          <w:sz w:val="20"/>
        </w:rPr>
        <w:t xml:space="preserve"> TALEBİ VE BEYAN</w:t>
      </w:r>
    </w:p>
    <w:p w14:paraId="1A5561D5" w14:textId="77777777" w:rsidR="003755F9" w:rsidRDefault="00F4449A">
      <w:pPr>
        <w:spacing w:after="60" w:line="252" w:lineRule="auto"/>
      </w:pPr>
      <w:r>
        <w:rPr>
          <w:color w:val="000000"/>
          <w:sz w:val="16"/>
        </w:rPr>
        <w:t>2</w:t>
      </w:r>
      <w:r>
        <w:rPr>
          <w:color w:val="000000"/>
          <w:sz w:val="16"/>
        </w:rPr>
        <w:t>547 sayılı Yükseköğretim Kanununun Geçici 85 inci maddesi ve bu maddeye ilişkin Yükseköğretim Kurulu uygulama ilkeleri kapsamında yeniden öğrenci statüsü ka</w:t>
      </w:r>
      <w:r>
        <w:rPr>
          <w:color w:val="000000"/>
          <w:sz w:val="16"/>
        </w:rPr>
        <w:t>zandığımı, yukarıda belirttiğim Yozgat Bozok Üniversitesi programına af kapsamında yatay geçiş başvurumun değerlendirilmesini arz ederim. Verdiğim bilgi ve belgelerin doğru olduğunu; başvurunun yapılmış olmasının kabul hakkı doğurmadığını; gerçeğe aykırı b</w:t>
      </w:r>
      <w:r>
        <w:rPr>
          <w:color w:val="000000"/>
          <w:sz w:val="16"/>
        </w:rPr>
        <w:t>ilgi veya belge tespit edilmesi hâlinde başvurumun ya da kaydımın iptal edilebileceğini kabul ve beyan ederim.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5216"/>
      </w:tblGrid>
      <w:tr w:rsidR="003755F9" w14:paraId="05757B50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896F9AD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5"/>
              </w:rPr>
              <w:t>Başvuru tarihi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2F53EC3" w14:textId="77777777" w:rsidR="003755F9" w:rsidRDefault="003755F9">
            <w:pPr>
              <w:spacing w:after="0" w:line="240" w:lineRule="auto"/>
            </w:pPr>
          </w:p>
        </w:tc>
      </w:tr>
      <w:tr w:rsidR="003755F9" w14:paraId="43505784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7084F95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5"/>
              </w:rPr>
              <w:t>Adı Soyadı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4E1BE59" w14:textId="77777777" w:rsidR="003755F9" w:rsidRDefault="003755F9">
            <w:pPr>
              <w:spacing w:after="0" w:line="240" w:lineRule="auto"/>
            </w:pPr>
          </w:p>
        </w:tc>
      </w:tr>
      <w:tr w:rsidR="003755F9" w14:paraId="42FC14D7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C3A2E1A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5"/>
              </w:rPr>
              <w:t>İmza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F07A2C4" w14:textId="77777777" w:rsidR="003755F9" w:rsidRDefault="00F4449A">
            <w:pPr>
              <w:spacing w:after="0" w:line="240" w:lineRule="auto"/>
            </w:pPr>
            <w:r>
              <w:rPr>
                <w:color w:val="000000"/>
                <w:sz w:val="15"/>
              </w:rPr>
              <w:br/>
            </w:r>
          </w:p>
        </w:tc>
      </w:tr>
      <w:tr w:rsidR="003755F9" w14:paraId="1932B7AF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BB85B90" w14:textId="77777777" w:rsidR="003755F9" w:rsidRDefault="00F4449A">
            <w:pPr>
              <w:spacing w:after="0" w:line="240" w:lineRule="auto"/>
            </w:pPr>
            <w:r>
              <w:rPr>
                <w:b/>
                <w:color w:val="000000"/>
                <w:sz w:val="15"/>
              </w:rPr>
              <w:t>Vekil ile başvuru varsa vekilin adı soyadı ve imzası</w:t>
            </w:r>
          </w:p>
        </w:tc>
        <w:tc>
          <w:tcPr>
            <w:tcW w:w="521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A9D8CE3" w14:textId="77777777" w:rsidR="003755F9" w:rsidRDefault="003755F9">
            <w:pPr>
              <w:spacing w:after="0" w:line="240" w:lineRule="auto"/>
            </w:pPr>
          </w:p>
        </w:tc>
      </w:tr>
    </w:tbl>
    <w:p w14:paraId="7E1B164B" w14:textId="77777777" w:rsidR="00F35804" w:rsidRDefault="00F35804">
      <w:pPr>
        <w:keepNext/>
        <w:spacing w:before="80" w:after="40"/>
        <w:rPr>
          <w:b/>
          <w:color w:val="000000"/>
          <w:sz w:val="20"/>
        </w:rPr>
      </w:pPr>
    </w:p>
    <w:p w14:paraId="2D2D36AA" w14:textId="77777777" w:rsidR="003755F9" w:rsidRDefault="00F4449A">
      <w:pPr>
        <w:spacing w:before="80" w:after="0"/>
      </w:pPr>
      <w:r>
        <w:rPr>
          <w:b/>
          <w:color w:val="000000"/>
          <w:sz w:val="14"/>
        </w:rPr>
        <w:t xml:space="preserve">KVKK </w:t>
      </w:r>
      <w:proofErr w:type="spellStart"/>
      <w:r>
        <w:rPr>
          <w:b/>
          <w:color w:val="000000"/>
          <w:sz w:val="14"/>
        </w:rPr>
        <w:t>Bilgilendirmesi</w:t>
      </w:r>
      <w:proofErr w:type="spellEnd"/>
      <w:r>
        <w:rPr>
          <w:b/>
          <w:color w:val="000000"/>
          <w:sz w:val="14"/>
        </w:rPr>
        <w:t xml:space="preserve">: </w:t>
      </w:r>
      <w:r>
        <w:rPr>
          <w:color w:val="000000"/>
          <w:sz w:val="14"/>
        </w:rPr>
        <w:t xml:space="preserve">Bu </w:t>
      </w:r>
      <w:proofErr w:type="spellStart"/>
      <w:r>
        <w:rPr>
          <w:color w:val="000000"/>
          <w:sz w:val="14"/>
        </w:rPr>
        <w:t>formdaki</w:t>
      </w:r>
      <w:proofErr w:type="spellEnd"/>
      <w:r>
        <w:rPr>
          <w:color w:val="000000"/>
          <w:sz w:val="14"/>
        </w:rPr>
        <w:t xml:space="preserve"> kişisel veriler, af kapsamında yatay geçiş başvurusunun alınması, uygunluk ve intibak işlemlerinin yürütülmesi ve yasal yükümlülüklerin yerine getirilmesi amacıyla ilgili mevzuat kapsamında işleni</w:t>
      </w:r>
      <w:r>
        <w:rPr>
          <w:color w:val="000000"/>
          <w:sz w:val="14"/>
        </w:rPr>
        <w:t>r.</w:t>
      </w:r>
    </w:p>
    <w:p w14:paraId="3A96F066" w14:textId="77777777" w:rsidR="003755F9" w:rsidRDefault="00F4449A">
      <w:pPr>
        <w:spacing w:after="0"/>
      </w:pPr>
      <w:r>
        <w:rPr>
          <w:i/>
          <w:color w:val="000000"/>
          <w:sz w:val="13"/>
        </w:rPr>
        <w:t>Doküman kodu notu: KYT-FRM-___ alanı, BKYS/Kalite Yönetim Sistemi tarafından form numarası tahsis edildikten sonra güncellenmelidir.</w:t>
      </w:r>
    </w:p>
    <w:sectPr w:rsidR="003755F9" w:rsidSect="00034616">
      <w:footerReference w:type="default" r:id="rId9"/>
      <w:pgSz w:w="11906" w:h="16838"/>
      <w:pgMar w:top="680" w:right="907" w:bottom="765" w:left="907" w:header="283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F38DC" w14:textId="77777777" w:rsidR="00000000" w:rsidRDefault="00F4449A">
      <w:pPr>
        <w:spacing w:after="0" w:line="240" w:lineRule="auto"/>
      </w:pPr>
      <w:r>
        <w:separator/>
      </w:r>
    </w:p>
  </w:endnote>
  <w:endnote w:type="continuationSeparator" w:id="0">
    <w:p w14:paraId="5C1E613D" w14:textId="77777777" w:rsidR="00000000" w:rsidRDefault="00F44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F3A77" w14:textId="77777777" w:rsidR="003755F9" w:rsidRDefault="003755F9">
    <w:pPr>
      <w:pStyle w:val="AltBilgi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288"/>
      <w:gridCol w:w="3288"/>
      <w:gridCol w:w="3288"/>
    </w:tblGrid>
    <w:tr w:rsidR="003755F9" w14:paraId="0E4B7CC9" w14:textId="77777777">
      <w:trPr>
        <w:jc w:val="center"/>
      </w:trPr>
      <w:tc>
        <w:tcPr>
          <w:tcW w:w="3288" w:type="dxa"/>
          <w:tcBorders>
            <w:top w:val="single" w:sz="18" w:space="0" w:color="E30613"/>
            <w:left w:val="nil"/>
            <w:bottom w:val="nil"/>
            <w:right w:val="nil"/>
          </w:tcBorders>
        </w:tcPr>
        <w:p w14:paraId="0132BAA1" w14:textId="77777777" w:rsidR="003755F9" w:rsidRDefault="00F4449A">
          <w:pPr>
            <w:jc w:val="center"/>
          </w:pPr>
          <w:r>
            <w:rPr>
              <w:b/>
              <w:color w:val="000000"/>
              <w:sz w:val="17"/>
            </w:rPr>
            <w:t>Hazırlayan</w:t>
          </w:r>
        </w:p>
        <w:p w14:paraId="122E6C56" w14:textId="3912A3BB" w:rsidR="003755F9" w:rsidRDefault="00E163B7">
          <w:pPr>
            <w:spacing w:after="0"/>
            <w:jc w:val="center"/>
          </w:pPr>
          <w:proofErr w:type="spellStart"/>
          <w:r>
            <w:rPr>
              <w:color w:val="000000"/>
              <w:sz w:val="15"/>
            </w:rPr>
            <w:t>Öğrenci</w:t>
          </w:r>
          <w:proofErr w:type="spellEnd"/>
          <w:r>
            <w:rPr>
              <w:color w:val="000000"/>
              <w:sz w:val="15"/>
            </w:rPr>
            <w:t xml:space="preserve"> </w:t>
          </w:r>
          <w:proofErr w:type="spellStart"/>
          <w:r>
            <w:rPr>
              <w:color w:val="000000"/>
              <w:sz w:val="15"/>
            </w:rPr>
            <w:t>İşleri</w:t>
          </w:r>
          <w:proofErr w:type="spellEnd"/>
          <w:r>
            <w:rPr>
              <w:color w:val="000000"/>
              <w:sz w:val="15"/>
            </w:rPr>
            <w:t xml:space="preserve"> </w:t>
          </w:r>
          <w:proofErr w:type="spellStart"/>
          <w:r>
            <w:rPr>
              <w:color w:val="000000"/>
              <w:sz w:val="15"/>
            </w:rPr>
            <w:t>Daire</w:t>
          </w:r>
          <w:proofErr w:type="spellEnd"/>
          <w:r>
            <w:rPr>
              <w:color w:val="000000"/>
              <w:sz w:val="15"/>
            </w:rPr>
            <w:t xml:space="preserve"> </w:t>
          </w:r>
          <w:proofErr w:type="spellStart"/>
          <w:r>
            <w:rPr>
              <w:color w:val="000000"/>
              <w:sz w:val="15"/>
            </w:rPr>
            <w:t>Başkanlığı</w:t>
          </w:r>
          <w:proofErr w:type="spellEnd"/>
        </w:p>
      </w:tc>
      <w:tc>
        <w:tcPr>
          <w:tcW w:w="3288" w:type="dxa"/>
          <w:tcBorders>
            <w:top w:val="single" w:sz="18" w:space="0" w:color="E30613"/>
            <w:left w:val="nil"/>
            <w:bottom w:val="nil"/>
            <w:right w:val="nil"/>
          </w:tcBorders>
        </w:tcPr>
        <w:p w14:paraId="19FEDB6A" w14:textId="77777777" w:rsidR="003755F9" w:rsidRDefault="00F4449A">
          <w:pPr>
            <w:jc w:val="center"/>
          </w:pPr>
          <w:r>
            <w:rPr>
              <w:b/>
              <w:color w:val="000000"/>
              <w:sz w:val="17"/>
            </w:rPr>
            <w:t>Kontrol Eden</w:t>
          </w:r>
        </w:p>
        <w:p w14:paraId="61342B03" w14:textId="77777777" w:rsidR="003755F9" w:rsidRDefault="00F4449A">
          <w:pPr>
            <w:spacing w:after="0"/>
            <w:jc w:val="center"/>
          </w:pPr>
          <w:r>
            <w:rPr>
              <w:color w:val="000000"/>
              <w:sz w:val="15"/>
            </w:rPr>
            <w:t xml:space="preserve">Stratejik Yönetim ve Kalite </w:t>
          </w:r>
          <w:r>
            <w:rPr>
              <w:color w:val="000000"/>
              <w:sz w:val="15"/>
            </w:rPr>
            <w:t>Koordinatörlüğü</w:t>
          </w:r>
        </w:p>
      </w:tc>
      <w:tc>
        <w:tcPr>
          <w:tcW w:w="3288" w:type="dxa"/>
          <w:tcBorders>
            <w:top w:val="single" w:sz="18" w:space="0" w:color="E30613"/>
            <w:left w:val="nil"/>
            <w:bottom w:val="nil"/>
            <w:right w:val="nil"/>
          </w:tcBorders>
        </w:tcPr>
        <w:p w14:paraId="29630ECF" w14:textId="77777777" w:rsidR="003755F9" w:rsidRDefault="00F4449A">
          <w:pPr>
            <w:jc w:val="center"/>
          </w:pPr>
          <w:r>
            <w:rPr>
              <w:b/>
              <w:color w:val="000000"/>
              <w:sz w:val="17"/>
            </w:rPr>
            <w:t>Onaylayan</w:t>
          </w:r>
        </w:p>
        <w:p w14:paraId="583BEEF8" w14:textId="77777777" w:rsidR="003755F9" w:rsidRDefault="00F4449A">
          <w:pPr>
            <w:spacing w:after="0"/>
            <w:jc w:val="center"/>
          </w:pPr>
          <w:r>
            <w:rPr>
              <w:color w:val="000000"/>
              <w:sz w:val="15"/>
            </w:rPr>
            <w:t>Kalite Komisyonu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FCD25" w14:textId="77777777" w:rsidR="00000000" w:rsidRDefault="00F4449A">
      <w:pPr>
        <w:spacing w:after="0" w:line="240" w:lineRule="auto"/>
      </w:pPr>
      <w:r>
        <w:separator/>
      </w:r>
    </w:p>
  </w:footnote>
  <w:footnote w:type="continuationSeparator" w:id="0">
    <w:p w14:paraId="385DED99" w14:textId="77777777" w:rsidR="00000000" w:rsidRDefault="00F444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11D0"/>
    <w:rsid w:val="00326F90"/>
    <w:rsid w:val="003755F9"/>
    <w:rsid w:val="006E1021"/>
    <w:rsid w:val="00883221"/>
    <w:rsid w:val="00AA1D8D"/>
    <w:rsid w:val="00B47730"/>
    <w:rsid w:val="00B96993"/>
    <w:rsid w:val="00CB0664"/>
    <w:rsid w:val="00D5748A"/>
    <w:rsid w:val="00E163B7"/>
    <w:rsid w:val="00E30777"/>
    <w:rsid w:val="00F35804"/>
    <w:rsid w:val="00F4449A"/>
    <w:rsid w:val="00FC1865"/>
    <w:rsid w:val="00FC693F"/>
    <w:rsid w:val="00FE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B795AF0-5EEC-4C0F-A3F8-E288D4229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 Kapsamında Yatay Geçiş Başvuru Formu</dc:title>
  <dc:subject>2547 sayılı Kanun Geçici Madde 85 kapsamında yatay geçiş başvuruları</dc:subject>
  <dc:creator>Yozgat Bozok Üniversitesi</dc:creator>
  <cp:keywords/>
  <dc:description>generated by python-docx</dc:description>
  <cp:lastModifiedBy>İbrahim Önal</cp:lastModifiedBy>
  <cp:revision>12</cp:revision>
  <dcterms:created xsi:type="dcterms:W3CDTF">2013-12-23T23:15:00Z</dcterms:created>
  <dcterms:modified xsi:type="dcterms:W3CDTF">2026-09-25T07:10:00Z</dcterms:modified>
  <cp:category/>
</cp:coreProperties>
</file>