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1" w:type="dxa"/>
        <w:jc w:val="center"/>
        <w:tblBorders>
          <w:bottom w:val="single" w:sz="12" w:space="0" w:color="44546A"/>
        </w:tblBorders>
        <w:tblLook w:val="04A0" w:firstRow="1" w:lastRow="0" w:firstColumn="1" w:lastColumn="0" w:noHBand="0" w:noVBand="1"/>
      </w:tblPr>
      <w:tblGrid>
        <w:gridCol w:w="1276"/>
        <w:gridCol w:w="5401"/>
        <w:gridCol w:w="1828"/>
        <w:gridCol w:w="1676"/>
      </w:tblGrid>
      <w:tr w:rsidR="00476EB5" w:rsidRPr="00476EB5" w14:paraId="242349D0" w14:textId="77777777" w:rsidTr="00C936A5">
        <w:trPr>
          <w:trHeight w:val="283"/>
          <w:jc w:val="center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0C74E6C" w14:textId="05A4FAA0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2"/>
                <w:lang w:val="tr-TR" w:eastAsia="tr-TR"/>
              </w:rPr>
            </w:pPr>
            <w:r w:rsidRPr="00476EB5">
              <w:rPr>
                <w:rFonts w:eastAsia="Calibri" w:cs="Arial"/>
                <w:noProof/>
                <w:sz w:val="22"/>
                <w:lang w:val="tr-TR" w:eastAsia="tr-TR"/>
              </w:rPr>
              <w:drawing>
                <wp:inline distT="0" distB="0" distL="0" distR="0" wp14:anchorId="7A4C6B8F" wp14:editId="65018054">
                  <wp:extent cx="657225" cy="657225"/>
                  <wp:effectExtent l="0" t="0" r="9525" b="9525"/>
                  <wp:docPr id="2" name="Resim 2" descr="C:\Users\Fujitsu\Desktop\zw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7757317" descr="C:\Users\Fujitsu\Desktop\zw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1" w:type="dxa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591880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YOZGAT BOZOK ÜNİVERSİTESİ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C0BF3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tr-TR" w:eastAsia="tr-TR"/>
              </w:rPr>
              <w:t>Doküman Kodu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118E88D0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noProof/>
                <w:color w:val="E30713"/>
                <w:sz w:val="16"/>
                <w:szCs w:val="16"/>
                <w:lang w:val="tr-TR" w:eastAsia="tr-TR"/>
              </w:rPr>
              <w:t>KYT-FRM-389</w:t>
            </w:r>
          </w:p>
        </w:tc>
      </w:tr>
      <w:tr w:rsidR="00476EB5" w:rsidRPr="00476EB5" w14:paraId="0DC77E59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  <w:vAlign w:val="center"/>
          </w:tcPr>
          <w:p w14:paraId="78D3778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 w:val="restart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39D03AE" w14:textId="77777777" w:rsidR="00476EB5" w:rsidRPr="00476EB5" w:rsidRDefault="00476EB5" w:rsidP="00476EB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 xml:space="preserve">7592 SAYILI KANUN / GEÇİCİ MADDE 85 </w:t>
            </w:r>
          </w:p>
          <w:p w14:paraId="19A30673" w14:textId="77777777" w:rsidR="00476EB5" w:rsidRPr="00476EB5" w:rsidRDefault="00476EB5" w:rsidP="0047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>2026 ÖĞRENCİ AFFI BAŞVURU FORMU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E3B3442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İlk Yayın Tarihi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6050909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  <w:t>19.08.2026</w:t>
            </w:r>
          </w:p>
        </w:tc>
      </w:tr>
      <w:tr w:rsidR="00476EB5" w:rsidRPr="00476EB5" w14:paraId="201FE214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</w:tcPr>
          <w:p w14:paraId="3946C41F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ADE9E0B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027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Revizyon Tarihi / No</w:t>
            </w:r>
          </w:p>
        </w:tc>
        <w:tc>
          <w:tcPr>
            <w:tcW w:w="1676" w:type="dxa"/>
            <w:tcBorders>
              <w:left w:val="nil"/>
              <w:bottom w:val="nil"/>
              <w:right w:val="single" w:sz="18" w:space="0" w:color="E30713"/>
            </w:tcBorders>
            <w:shd w:val="clear" w:color="auto" w:fill="auto"/>
            <w:vAlign w:val="center"/>
          </w:tcPr>
          <w:p w14:paraId="4005231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  <w:t>-</w:t>
            </w:r>
          </w:p>
        </w:tc>
      </w:tr>
      <w:tr w:rsidR="00476EB5" w:rsidRPr="00476EB5" w14:paraId="7E3695F1" w14:textId="77777777" w:rsidTr="00C936A5">
        <w:trPr>
          <w:trHeight w:val="283"/>
          <w:jc w:val="center"/>
        </w:trPr>
        <w:tc>
          <w:tcPr>
            <w:tcW w:w="1276" w:type="dxa"/>
            <w:vMerge/>
            <w:tcBorders>
              <w:bottom w:val="single" w:sz="18" w:space="0" w:color="E30713"/>
            </w:tcBorders>
            <w:shd w:val="clear" w:color="auto" w:fill="auto"/>
          </w:tcPr>
          <w:p w14:paraId="0230E001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280E257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single" w:sz="18" w:space="0" w:color="E30713"/>
              <w:right w:val="nil"/>
            </w:tcBorders>
            <w:shd w:val="clear" w:color="auto" w:fill="auto"/>
            <w:vAlign w:val="center"/>
          </w:tcPr>
          <w:p w14:paraId="41BFE1F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  <w:t>Sayfa</w:t>
            </w:r>
          </w:p>
        </w:tc>
        <w:tc>
          <w:tcPr>
            <w:tcW w:w="1676" w:type="dxa"/>
            <w:tcBorders>
              <w:left w:val="nil"/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794C466C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PAGE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t xml:space="preserve"> / 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NUMPAGES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</w:p>
        </w:tc>
      </w:tr>
    </w:tbl>
    <w:p w14:paraId="1AA0A9E4" w14:textId="77777777" w:rsidR="00A134C7" w:rsidRDefault="00A134C7" w:rsidP="008D6EDB">
      <w:pPr>
        <w:spacing w:after="160"/>
        <w:rPr>
          <w:b/>
        </w:rPr>
      </w:pPr>
    </w:p>
    <w:p w14:paraId="4117B3B3" w14:textId="0BE9925D" w:rsidR="008D6EDB" w:rsidRPr="00476EB5" w:rsidRDefault="00421E10" w:rsidP="008D6EDB">
      <w:pPr>
        <w:spacing w:after="160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Başvuru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Türü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D6EDB" w:rsidRPr="00476EB5">
        <w:rPr>
          <w:rFonts w:ascii="Times New Roman" w:hAnsi="Times New Roman" w:cs="Times New Roman"/>
          <w:b/>
          <w:sz w:val="18"/>
          <w:szCs w:val="18"/>
        </w:rPr>
        <w:tab/>
      </w:r>
      <w:r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İlişiği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Kesilen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Öğrenci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7D372BBE" w14:textId="3D6CFEC1" w:rsidR="00381CD5" w:rsidRPr="00476EB5" w:rsidRDefault="00C54BC6" w:rsidP="00C54BC6">
      <w:pPr>
        <w:spacing w:after="160"/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b/>
          <w:sz w:val="18"/>
          <w:szCs w:val="18"/>
        </w:rPr>
        <w:t xml:space="preserve">                             </w:t>
      </w:r>
      <w:r w:rsidR="00421E10"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Hakkı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Kazanıp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Yaptırmayan Aday</w:t>
      </w:r>
    </w:p>
    <w:p w14:paraId="489600D9" w14:textId="3FF7FFB1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A. KİŞİSEL BİLGİLER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476EB5" w14:paraId="1D1BAF5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B632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T.C. Kimlik No / Yabancı Kimlik No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366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9AF02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413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2721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AAA8D6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608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Doğum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644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233E7B0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5B57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Cep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ECA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716DBE3E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38E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E-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C816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4AB43E53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50F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Tebligat Adresi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7067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66102" w14:textId="20A25AD5" w:rsidR="00A134C7" w:rsidRPr="00476EB5" w:rsidRDefault="00A134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C7E39E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B. ÖĞRENİM / KAYIT HAKKI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8D6EDB" w:rsidRPr="00476EB5" w14:paraId="2606D0B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331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Akademik Birim (Fakülte/YO/MYO/Enstitü)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C0A9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D8760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9BD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Program / Anabilim Dalı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84A4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590B812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9917" w14:textId="03A9F428" w:rsidR="00381CD5" w:rsidRPr="00476EB5" w:rsidRDefault="00710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ğrenim</w:t>
            </w:r>
            <w:proofErr w:type="spellEnd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Düzeyi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1258" w14:textId="38BD00F3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Hazırlık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Önlisans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Tamamlama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Doktora</w:t>
            </w:r>
            <w:proofErr w:type="spellEnd"/>
          </w:p>
        </w:tc>
      </w:tr>
      <w:tr w:rsidR="008D6EDB" w:rsidRPr="00476EB5" w14:paraId="095E78D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7F46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Öğrenci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A07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41C426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522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İlk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Yılı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B83F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041BF01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F489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1AA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ÖSYS/YKS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DGS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YÖS/Uluslararası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Yatay Geçiş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Lisansüstü Başvuru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Diğer: __________</w:t>
            </w:r>
          </w:p>
        </w:tc>
      </w:tr>
      <w:tr w:rsidR="008D6EDB" w:rsidRPr="00476EB5" w14:paraId="10B50DC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5BA2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0A0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18269699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272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3FE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5EF90D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C. MEVCUT ÖĞRENCİLİK / ÖZEL DURUM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50"/>
        <w:gridCol w:w="5340"/>
      </w:tblGrid>
      <w:tr w:rsidR="008D6EDB" w:rsidRPr="00476EB5" w14:paraId="4EDE14A3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398C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Hâlen başka bir yükseköğretim programında aktif kaydınız var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70D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Kurum/Program: __________________________________________</w:t>
            </w:r>
          </w:p>
        </w:tc>
      </w:tr>
      <w:tr w:rsidR="00075C21" w:rsidRPr="00476EB5" w14:paraId="3C750DC0" w14:textId="77777777" w:rsidTr="00075C21">
        <w:tblPrEx>
          <w:jc w:val="left"/>
        </w:tblPrEx>
        <w:tc>
          <w:tcPr>
            <w:tcW w:w="4850" w:type="dxa"/>
          </w:tcPr>
          <w:p w14:paraId="5FB2B4B3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09.08.2026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tarihinde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askerlik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görevini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yapmakta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mıydınız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?</w:t>
            </w:r>
          </w:p>
        </w:tc>
        <w:tc>
          <w:tcPr>
            <w:tcW w:w="5340" w:type="dxa"/>
          </w:tcPr>
          <w:p w14:paraId="65CB1F1A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>Hayır</w:t>
            </w:r>
            <w:proofErr w:type="spellEnd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Evet</w:t>
            </w:r>
          </w:p>
        </w:tc>
      </w:tr>
      <w:tr w:rsidR="008D6EDB" w:rsidRPr="00476EB5" w14:paraId="24064038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611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Sağlık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nedeniyle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süresinde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başvuramadınız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AB3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Heyet raporu tarihi: ____________________________________</w:t>
            </w:r>
          </w:p>
        </w:tc>
      </w:tr>
    </w:tbl>
    <w:p w14:paraId="1EDA5DE4" w14:textId="77777777" w:rsidR="00381CD5" w:rsidRPr="00476EB5" w:rsidRDefault="00421E10">
      <w:pPr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br w:type="page"/>
      </w:r>
    </w:p>
    <w:p w14:paraId="3A50BA7C" w14:textId="77777777" w:rsidR="00381CD5" w:rsidRPr="00476EB5" w:rsidRDefault="00421E10">
      <w:pPr>
        <w:spacing w:before="12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lastRenderedPageBreak/>
        <w:t>D. BAŞVURU TALEBİ VE BEYAN</w:t>
      </w:r>
    </w:p>
    <w:p w14:paraId="460F0BE6" w14:textId="77777777" w:rsidR="00381CD5" w:rsidRPr="00476EB5" w:rsidRDefault="00421E10" w:rsidP="00686210">
      <w:pPr>
        <w:spacing w:after="100"/>
        <w:jc w:val="both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t xml:space="preserve">2547 sayılı Yükseköğretim Kanununun Geçici 85 inci maddesi ve bu maddeye ilişkin Yükseköğretim Kurulu uygulama ilkeleri kapsamında, yukarıda bilgileri yer alan programdaki öğrencilik/kayıt hakkımın değerlendirilerek yeniden öğrenime başlama hakkından yararlandırılmamı arz ederim. Başvurumda verdiğim bilgilerin doğru olduğunu, kapsam dışı bırakılmayı gerektiren bir durumun tespit edilmesi hâlinde başvurumun reddedilebileceğini/kaydımın buna göre işlem görebileceğini, aynı düzeyde eş zamanlı örgün kayıt ve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lisansüstü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tek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program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kurallarına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uymam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gerektiğini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bildiğimi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beyan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ederim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>.</w:t>
      </w:r>
    </w:p>
    <w:p w14:paraId="05F8ABCA" w14:textId="77777777" w:rsidR="00686210" w:rsidRPr="00476EB5" w:rsidRDefault="00686210">
      <w:pPr>
        <w:spacing w:after="10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476EB5" w14:paraId="3114A5D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632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Başvuru Tarihi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A40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ADBE51F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0845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E66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B6E7DE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A718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27E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3FEAF" w14:textId="5E9403C9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2473134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EA5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Vekil ile başvuru varsa vekilin adı-soyadı / imzası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C00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B3399" w14:textId="2FE307FA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CE8966" w14:textId="77777777" w:rsidR="00C77B8E" w:rsidRPr="00476EB5" w:rsidRDefault="00C77B8E">
      <w:pPr>
        <w:spacing w:before="140" w:after="40"/>
        <w:rPr>
          <w:rFonts w:ascii="Times New Roman" w:hAnsi="Times New Roman" w:cs="Times New Roman"/>
          <w:b/>
          <w:sz w:val="18"/>
          <w:szCs w:val="18"/>
        </w:rPr>
      </w:pPr>
    </w:p>
    <w:p w14:paraId="67B40BB2" w14:textId="2BA095A8" w:rsidR="00381CD5" w:rsidRPr="00476EB5" w:rsidRDefault="00381CD5">
      <w:pPr>
        <w:spacing w:before="160" w:after="4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84"/>
      </w:tblGrid>
      <w:tr w:rsidR="008D6EDB" w:rsidRPr="00476EB5" w14:paraId="28F15A24" w14:textId="77777777">
        <w:tc>
          <w:tcPr>
            <w:tcW w:w="10200" w:type="dxa"/>
            <w:tcBorders>
              <w:top w:val="single" w:sz="6" w:space="0" w:color="B0B0B0"/>
              <w:left w:val="single" w:sz="6" w:space="0" w:color="B0B0B0"/>
              <w:bottom w:val="single" w:sz="6" w:space="0" w:color="B0B0B0"/>
              <w:right w:val="single" w:sz="6" w:space="0" w:color="B0B0B0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1563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KVKK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Bilgilendirmesi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Bu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formda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yer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alan kişisel veriler, öğrenci affı başvurusunun alınması, kapsam ve kayıt hakkının değerlendirilmesi, kayıt/intibak işlemlerinin yürütülmesi ve yasal yükümlülüklerin yerine getirilmesi amaçlarıyla ilgili mevzuat kapsamında işlenir. Ayrıntılı aydınlatma metni Üniversitenin KVKK sayfasından sunulmalıdır.</w:t>
            </w:r>
          </w:p>
          <w:p w14:paraId="55C6066D" w14:textId="77777777" w:rsidR="00381CD5" w:rsidRPr="00476EB5" w:rsidRDefault="00421E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i/>
                <w:sz w:val="18"/>
                <w:szCs w:val="18"/>
              </w:rPr>
              <w:t>Doküman kodu notu: “YBÜ-FRM-___/00” alanı, BKYS/Kalite Yönetim Sistemi tarafından form numarası tahsis edildikten sonra güncellenmelidir.</w:t>
            </w:r>
          </w:p>
        </w:tc>
      </w:tr>
    </w:tbl>
    <w:p w14:paraId="1CD2D2C5" w14:textId="77777777" w:rsidR="003C15E3" w:rsidRPr="00476EB5" w:rsidRDefault="003C15E3">
      <w:pPr>
        <w:rPr>
          <w:rFonts w:ascii="Times New Roman" w:hAnsi="Times New Roman" w:cs="Times New Roman"/>
          <w:sz w:val="18"/>
          <w:szCs w:val="18"/>
        </w:rPr>
      </w:pPr>
    </w:p>
    <w:sectPr w:rsidR="003C15E3" w:rsidRPr="00476EB5" w:rsidSect="00476EB5">
      <w:footerReference w:type="default" r:id="rId9"/>
      <w:pgSz w:w="12240" w:h="15840"/>
      <w:pgMar w:top="907" w:right="1020" w:bottom="850" w:left="10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9F47" w14:textId="77777777" w:rsidR="00293C93" w:rsidRDefault="00293C93">
      <w:pPr>
        <w:spacing w:after="0" w:line="240" w:lineRule="auto"/>
      </w:pPr>
      <w:r>
        <w:separator/>
      </w:r>
    </w:p>
  </w:endnote>
  <w:endnote w:type="continuationSeparator" w:id="0">
    <w:p w14:paraId="0E2ACB6D" w14:textId="77777777" w:rsidR="00293C93" w:rsidRDefault="0029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403"/>
      <w:gridCol w:w="3402"/>
      <w:gridCol w:w="3395"/>
    </w:tblGrid>
    <w:tr w:rsidR="00476EB5" w:rsidRPr="00476EB5" w14:paraId="7C9762D8" w14:textId="77777777" w:rsidTr="00C936A5"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3B2548E4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06A1BBC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1B6CB06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Onaylayan</w:t>
          </w:r>
        </w:p>
      </w:tc>
    </w:tr>
    <w:tr w:rsidR="00476EB5" w:rsidRPr="00476EB5" w14:paraId="478E85D2" w14:textId="77777777" w:rsidTr="00C936A5">
      <w:trPr>
        <w:trHeight w:val="397"/>
      </w:trPr>
      <w:tc>
        <w:tcPr>
          <w:tcW w:w="3448" w:type="dxa"/>
          <w:shd w:val="clear" w:color="auto" w:fill="auto"/>
        </w:tcPr>
        <w:p w14:paraId="56B7E51D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67DD720F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356D9233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Kalite Komisyonu</w:t>
          </w:r>
        </w:p>
      </w:tc>
    </w:tr>
  </w:tbl>
  <w:p w14:paraId="41B09438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E32F466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190170E" w14:textId="77777777" w:rsidR="00476EB5" w:rsidRDefault="00476E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4C05" w14:textId="77777777" w:rsidR="00293C93" w:rsidRDefault="00293C93">
      <w:pPr>
        <w:spacing w:after="0" w:line="240" w:lineRule="auto"/>
      </w:pPr>
      <w:r>
        <w:separator/>
      </w:r>
    </w:p>
  </w:footnote>
  <w:footnote w:type="continuationSeparator" w:id="0">
    <w:p w14:paraId="7FE51837" w14:textId="77777777" w:rsidR="00293C93" w:rsidRDefault="00293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C21"/>
    <w:rsid w:val="000839C2"/>
    <w:rsid w:val="0015074B"/>
    <w:rsid w:val="0028772D"/>
    <w:rsid w:val="00293C93"/>
    <w:rsid w:val="0029639D"/>
    <w:rsid w:val="002F43AE"/>
    <w:rsid w:val="00300E0C"/>
    <w:rsid w:val="00326F90"/>
    <w:rsid w:val="00381CD5"/>
    <w:rsid w:val="003C15E3"/>
    <w:rsid w:val="00421E10"/>
    <w:rsid w:val="00476EB5"/>
    <w:rsid w:val="00686210"/>
    <w:rsid w:val="00710981"/>
    <w:rsid w:val="008066B1"/>
    <w:rsid w:val="008D6EDB"/>
    <w:rsid w:val="009302ED"/>
    <w:rsid w:val="00A134C7"/>
    <w:rsid w:val="00AA1D8D"/>
    <w:rsid w:val="00B47730"/>
    <w:rsid w:val="00B769DE"/>
    <w:rsid w:val="00BD5729"/>
    <w:rsid w:val="00C54BC6"/>
    <w:rsid w:val="00C77B8E"/>
    <w:rsid w:val="00CB0664"/>
    <w:rsid w:val="00FA5A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9185924-5B51-4E20-AD90-EC74B0E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02020"/>
      <w:sz w:val="2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202020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020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02020"/>
      <w:spacing w:val="5"/>
      <w:kern w:val="28"/>
      <w:sz w:val="3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740197-218F-4512-8E4D-46543770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önal</dc:creator>
  <cp:keywords/>
  <dc:description>generated by python-docx</dc:description>
  <cp:lastModifiedBy>İbrahim Önal</cp:lastModifiedBy>
  <cp:revision>2</cp:revision>
  <dcterms:created xsi:type="dcterms:W3CDTF">2026-08-19T10:16:00Z</dcterms:created>
  <dcterms:modified xsi:type="dcterms:W3CDTF">2026-08-19T10:16:00Z</dcterms:modified>
  <cp:category/>
</cp:coreProperties>
</file>