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3AE" w:rsidRDefault="00EF7527">
      <w:pPr>
        <w:jc w:val="center"/>
      </w:pPr>
      <w:r>
        <w:rPr>
          <w:b/>
          <w:sz w:val="24"/>
        </w:rPr>
        <w:t>YOZGAT BOZOK ÜNİVERSİTESİ SAĞLIK BİLİMLERİ FAKÜLTESİ</w:t>
      </w:r>
      <w:r>
        <w:rPr>
          <w:b/>
          <w:sz w:val="24"/>
        </w:rPr>
        <w:br/>
      </w:r>
      <w:r>
        <w:rPr>
          <w:b/>
          <w:sz w:val="22"/>
        </w:rPr>
        <w:t>2026-2027 EĞİTİM-ÖĞRETİM YILI HEMŞİRELİK BÖLÜMÜ</w:t>
      </w:r>
      <w:r>
        <w:rPr>
          <w:b/>
          <w:sz w:val="22"/>
        </w:rPr>
        <w:br/>
        <w:t xml:space="preserve">GÜZ DÖNEMİ VİZE SINAV TAKVİMİ 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096"/>
        <w:gridCol w:w="3240"/>
        <w:gridCol w:w="2592"/>
        <w:gridCol w:w="4126"/>
      </w:tblGrid>
      <w:tr w:rsidR="004C12DE" w:rsidRPr="006A0DE6" w:rsidTr="00755AF9">
        <w:trPr>
          <w:jc w:val="center"/>
        </w:trPr>
        <w:tc>
          <w:tcPr>
            <w:tcW w:w="1584" w:type="dxa"/>
            <w:shd w:val="clear" w:color="auto" w:fill="D9EAF7"/>
            <w:vAlign w:val="center"/>
          </w:tcPr>
          <w:p w:rsidR="004C12DE" w:rsidRPr="006A0DE6" w:rsidRDefault="004C12DE">
            <w:pPr>
              <w:jc w:val="center"/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b/>
                <w:sz w:val="14"/>
                <w:szCs w:val="14"/>
              </w:rPr>
              <w:t>TARİH</w:t>
            </w:r>
          </w:p>
        </w:tc>
        <w:tc>
          <w:tcPr>
            <w:tcW w:w="1096" w:type="dxa"/>
            <w:shd w:val="clear" w:color="auto" w:fill="D9EAF7"/>
            <w:vAlign w:val="center"/>
          </w:tcPr>
          <w:p w:rsidR="004C12DE" w:rsidRPr="006A0DE6" w:rsidRDefault="004C12DE">
            <w:pPr>
              <w:jc w:val="center"/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b/>
                <w:sz w:val="14"/>
                <w:szCs w:val="14"/>
              </w:rPr>
              <w:t>SAAT</w:t>
            </w:r>
          </w:p>
        </w:tc>
        <w:tc>
          <w:tcPr>
            <w:tcW w:w="3240" w:type="dxa"/>
            <w:shd w:val="clear" w:color="auto" w:fill="D9EAF7"/>
            <w:vAlign w:val="center"/>
          </w:tcPr>
          <w:p w:rsidR="004C12DE" w:rsidRPr="006A0DE6" w:rsidRDefault="004C12DE">
            <w:pPr>
              <w:jc w:val="center"/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b/>
                <w:sz w:val="14"/>
                <w:szCs w:val="14"/>
              </w:rPr>
              <w:t>DERS</w:t>
            </w:r>
          </w:p>
        </w:tc>
        <w:tc>
          <w:tcPr>
            <w:tcW w:w="2592" w:type="dxa"/>
            <w:shd w:val="clear" w:color="auto" w:fill="D9EAF7"/>
            <w:vAlign w:val="center"/>
          </w:tcPr>
          <w:p w:rsidR="004C12DE" w:rsidRPr="006A0DE6" w:rsidRDefault="004C12DE">
            <w:pPr>
              <w:jc w:val="center"/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b/>
                <w:sz w:val="14"/>
                <w:szCs w:val="14"/>
              </w:rPr>
              <w:t>DERS SORUMLUSU / GÖREVLİ ÖĞRETİM ELEMANI</w:t>
            </w:r>
          </w:p>
        </w:tc>
        <w:tc>
          <w:tcPr>
            <w:tcW w:w="4126" w:type="dxa"/>
            <w:shd w:val="clear" w:color="auto" w:fill="D9EAF7"/>
            <w:vAlign w:val="center"/>
          </w:tcPr>
          <w:p w:rsidR="004C12DE" w:rsidRPr="006A0DE6" w:rsidRDefault="004C12DE">
            <w:pPr>
              <w:jc w:val="center"/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b/>
                <w:sz w:val="14"/>
                <w:szCs w:val="14"/>
              </w:rPr>
              <w:t>GÖZETMENLER</w:t>
            </w:r>
          </w:p>
        </w:tc>
      </w:tr>
      <w:tr w:rsidR="004C12DE" w:rsidRPr="006A0DE6" w:rsidTr="0011111A">
        <w:trPr>
          <w:jc w:val="center"/>
        </w:trPr>
        <w:tc>
          <w:tcPr>
            <w:tcW w:w="1584" w:type="dxa"/>
            <w:shd w:val="clear" w:color="auto" w:fill="auto"/>
            <w:vAlign w:val="center"/>
          </w:tcPr>
          <w:p w:rsidR="004C12DE" w:rsidRPr="006A0DE6" w:rsidRDefault="004C12DE" w:rsidP="005507AC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09.11.2026 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C12DE" w:rsidRPr="006A0DE6" w:rsidRDefault="00F97900" w:rsidP="00F9790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13</w:t>
            </w:r>
            <w:r w:rsidR="004C12DE" w:rsidRPr="006A0DE6">
              <w:rPr>
                <w:rFonts w:cs="Arial"/>
                <w:sz w:val="14"/>
                <w:szCs w:val="14"/>
              </w:rPr>
              <w:t>.00–1</w:t>
            </w:r>
            <w:r w:rsidRPr="006A0DE6">
              <w:rPr>
                <w:rFonts w:cs="Arial"/>
                <w:sz w:val="14"/>
                <w:szCs w:val="14"/>
              </w:rPr>
              <w:t>4</w:t>
            </w:r>
            <w:r w:rsidR="004C12DE" w:rsidRPr="006A0DE6">
              <w:rPr>
                <w:rFonts w:cs="Arial"/>
                <w:sz w:val="14"/>
                <w:szCs w:val="14"/>
              </w:rPr>
              <w:t>.00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4C12DE" w:rsidRPr="006A0DE6" w:rsidRDefault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Anatomi</w:t>
            </w:r>
            <w:proofErr w:type="spellEnd"/>
          </w:p>
        </w:tc>
        <w:tc>
          <w:tcPr>
            <w:tcW w:w="2592" w:type="dxa"/>
            <w:shd w:val="clear" w:color="auto" w:fill="auto"/>
            <w:vAlign w:val="center"/>
          </w:tcPr>
          <w:p w:rsidR="004C12DE" w:rsidRPr="006A0DE6" w:rsidRDefault="004C12DE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Şükrü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ATEŞ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4C12DE" w:rsidRPr="006A0DE6" w:rsidRDefault="00743F51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Esra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ÖZBUDAK ARICA</w:t>
            </w:r>
            <w:r w:rsidR="004C12DE" w:rsidRPr="006A0DE6">
              <w:rPr>
                <w:rFonts w:cs="Arial"/>
                <w:sz w:val="14"/>
                <w:szCs w:val="14"/>
              </w:rPr>
              <w:t xml:space="preserve">; </w:t>
            </w:r>
            <w:proofErr w:type="spellStart"/>
            <w:r w:rsidR="004C12DE"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="004C12DE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4C12DE"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="004C12DE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4C12DE" w:rsidRPr="006A0DE6">
              <w:rPr>
                <w:rFonts w:cs="Arial"/>
                <w:sz w:val="14"/>
                <w:szCs w:val="14"/>
              </w:rPr>
              <w:t>Seher</w:t>
            </w:r>
            <w:proofErr w:type="spellEnd"/>
            <w:r w:rsidR="004C12DE" w:rsidRPr="006A0DE6">
              <w:rPr>
                <w:rFonts w:cs="Arial"/>
                <w:sz w:val="14"/>
                <w:szCs w:val="14"/>
              </w:rPr>
              <w:t xml:space="preserve"> DÖNER; </w:t>
            </w:r>
            <w:proofErr w:type="spellStart"/>
            <w:r w:rsidR="004C12DE"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="004C12DE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4C12DE"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="004C12DE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4C12DE"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="004C12DE"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  <w:tr w:rsidR="004C12DE" w:rsidRPr="006A0DE6" w:rsidTr="0011111A">
        <w:trPr>
          <w:jc w:val="center"/>
        </w:trPr>
        <w:tc>
          <w:tcPr>
            <w:tcW w:w="1584" w:type="dxa"/>
            <w:shd w:val="clear" w:color="auto" w:fill="auto"/>
            <w:vAlign w:val="center"/>
          </w:tcPr>
          <w:p w:rsidR="004C12DE" w:rsidRPr="006A0DE6" w:rsidRDefault="00DA463B" w:rsidP="005507AC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11</w:t>
            </w:r>
            <w:r w:rsidR="004C12DE" w:rsidRPr="006A0DE6">
              <w:rPr>
                <w:rFonts w:cs="Arial"/>
                <w:sz w:val="14"/>
                <w:szCs w:val="14"/>
              </w:rPr>
              <w:t xml:space="preserve">.11.2026 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C12DE" w:rsidRPr="006A0DE6" w:rsidRDefault="00DA463B" w:rsidP="00DA463B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13</w:t>
            </w:r>
            <w:r w:rsidR="004C12DE" w:rsidRPr="006A0DE6">
              <w:rPr>
                <w:rFonts w:cs="Arial"/>
                <w:sz w:val="14"/>
                <w:szCs w:val="14"/>
              </w:rPr>
              <w:t>.00–1</w:t>
            </w:r>
            <w:r w:rsidRPr="006A0DE6">
              <w:rPr>
                <w:rFonts w:cs="Arial"/>
                <w:sz w:val="14"/>
                <w:szCs w:val="14"/>
              </w:rPr>
              <w:t>4</w:t>
            </w:r>
            <w:r w:rsidR="004C12DE" w:rsidRPr="006A0DE6">
              <w:rPr>
                <w:rFonts w:cs="Arial"/>
                <w:sz w:val="14"/>
                <w:szCs w:val="14"/>
              </w:rPr>
              <w:t>.00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4C12DE" w:rsidRPr="006A0DE6" w:rsidRDefault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Fizyoloji</w:t>
            </w:r>
            <w:proofErr w:type="spellEnd"/>
          </w:p>
        </w:tc>
        <w:tc>
          <w:tcPr>
            <w:tcW w:w="2592" w:type="dxa"/>
            <w:shd w:val="clear" w:color="auto" w:fill="auto"/>
            <w:vAlign w:val="center"/>
          </w:tcPr>
          <w:p w:rsidR="004C12DE" w:rsidRPr="006A0DE6" w:rsidRDefault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Atilla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Fatih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ÜNVER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4C12DE" w:rsidRPr="006A0DE6" w:rsidRDefault="004C12DE" w:rsidP="0011111A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Suzan TEKAYAZ;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Gülay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YILMAZ;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11111A"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="0011111A"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  <w:tr w:rsidR="004C12DE" w:rsidRPr="006A0DE6" w:rsidTr="0011111A">
        <w:trPr>
          <w:jc w:val="center"/>
        </w:trPr>
        <w:tc>
          <w:tcPr>
            <w:tcW w:w="1584" w:type="dxa"/>
            <w:shd w:val="clear" w:color="auto" w:fill="auto"/>
            <w:vAlign w:val="center"/>
          </w:tcPr>
          <w:p w:rsidR="004C12DE" w:rsidRPr="006A0DE6" w:rsidRDefault="00DA463B" w:rsidP="005507AC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10</w:t>
            </w:r>
            <w:r w:rsidR="004C12DE" w:rsidRPr="006A0DE6">
              <w:rPr>
                <w:rFonts w:cs="Arial"/>
                <w:sz w:val="14"/>
                <w:szCs w:val="14"/>
              </w:rPr>
              <w:t xml:space="preserve">.11.2026 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C12DE" w:rsidRPr="006A0DE6" w:rsidRDefault="004C12DE" w:rsidP="00743F51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</w:t>
            </w:r>
            <w:r w:rsidR="00743F51">
              <w:rPr>
                <w:rFonts w:cs="Arial"/>
                <w:sz w:val="14"/>
                <w:szCs w:val="14"/>
              </w:rPr>
              <w:t>5</w:t>
            </w:r>
            <w:r w:rsidRPr="006A0DE6">
              <w:rPr>
                <w:rFonts w:cs="Arial"/>
                <w:sz w:val="14"/>
                <w:szCs w:val="14"/>
              </w:rPr>
              <w:t>.00–1</w:t>
            </w:r>
            <w:r w:rsidR="00743F51">
              <w:rPr>
                <w:rFonts w:cs="Arial"/>
                <w:sz w:val="14"/>
                <w:szCs w:val="14"/>
              </w:rPr>
              <w:t>6</w:t>
            </w:r>
            <w:r w:rsidRPr="006A0DE6">
              <w:rPr>
                <w:rFonts w:cs="Arial"/>
                <w:sz w:val="14"/>
                <w:szCs w:val="14"/>
              </w:rPr>
              <w:t>.00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4C12DE" w:rsidRPr="006A0DE6" w:rsidRDefault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Temel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Kavramlar</w:t>
            </w:r>
            <w:proofErr w:type="spellEnd"/>
          </w:p>
        </w:tc>
        <w:tc>
          <w:tcPr>
            <w:tcW w:w="2592" w:type="dxa"/>
            <w:shd w:val="clear" w:color="auto" w:fill="auto"/>
            <w:vAlign w:val="center"/>
          </w:tcPr>
          <w:p w:rsidR="004C12DE" w:rsidRPr="006A0DE6" w:rsidRDefault="004C12DE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Hacer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DEMİRKOL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4C12DE" w:rsidRPr="006A0DE6" w:rsidRDefault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Sevim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ÇİMKE;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Aybike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BAHÇELİ; </w:t>
            </w:r>
            <w:r w:rsidR="006A0DE6"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Dilek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 YILDIRIM GÜRKAN</w:t>
            </w:r>
          </w:p>
        </w:tc>
      </w:tr>
      <w:tr w:rsidR="004C12DE" w:rsidRPr="006A0DE6" w:rsidTr="0011111A">
        <w:trPr>
          <w:jc w:val="center"/>
        </w:trPr>
        <w:tc>
          <w:tcPr>
            <w:tcW w:w="1584" w:type="dxa"/>
            <w:shd w:val="clear" w:color="auto" w:fill="auto"/>
            <w:vAlign w:val="center"/>
          </w:tcPr>
          <w:p w:rsidR="004C12DE" w:rsidRPr="006A0DE6" w:rsidRDefault="004C12DE" w:rsidP="00BB755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0</w:t>
            </w:r>
            <w:r w:rsidR="00BB7556" w:rsidRPr="006A0DE6">
              <w:rPr>
                <w:rFonts w:cs="Arial"/>
                <w:sz w:val="14"/>
                <w:szCs w:val="14"/>
              </w:rPr>
              <w:t>9</w:t>
            </w:r>
            <w:r w:rsidRPr="006A0DE6">
              <w:rPr>
                <w:rFonts w:cs="Arial"/>
                <w:sz w:val="14"/>
                <w:szCs w:val="14"/>
              </w:rPr>
              <w:t xml:space="preserve">.11.2026 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C12DE" w:rsidRPr="006A0DE6" w:rsidRDefault="004C12DE" w:rsidP="00BB755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</w:t>
            </w:r>
            <w:r w:rsidR="00BB7556" w:rsidRPr="006A0DE6">
              <w:rPr>
                <w:rFonts w:cs="Arial"/>
                <w:sz w:val="14"/>
                <w:szCs w:val="14"/>
              </w:rPr>
              <w:t>5</w:t>
            </w:r>
            <w:r w:rsidRPr="006A0DE6">
              <w:rPr>
                <w:rFonts w:cs="Arial"/>
                <w:sz w:val="14"/>
                <w:szCs w:val="14"/>
              </w:rPr>
              <w:t>.00–</w:t>
            </w:r>
            <w:r w:rsidR="00BB7556" w:rsidRPr="006A0DE6">
              <w:rPr>
                <w:rFonts w:cs="Arial"/>
                <w:sz w:val="14"/>
                <w:szCs w:val="14"/>
              </w:rPr>
              <w:t>16.45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4C12DE" w:rsidRPr="006A0DE6" w:rsidRDefault="00BB755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Atatürk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İlkeleri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İnkılap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Tarihi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I (AİİT I),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Türk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Dili I,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Yabancı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Dil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(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İngilizce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) I,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Dijital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Dönüşüm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Sürdürülebilir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Gelecek</w:t>
            </w:r>
            <w:proofErr w:type="spellEnd"/>
          </w:p>
        </w:tc>
        <w:tc>
          <w:tcPr>
            <w:tcW w:w="2592" w:type="dxa"/>
            <w:shd w:val="clear" w:color="auto" w:fill="auto"/>
            <w:vAlign w:val="center"/>
          </w:tcPr>
          <w:p w:rsidR="004C12DE" w:rsidRPr="006A0DE6" w:rsidRDefault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İlgili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dersin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öğretim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elemanı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(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ortak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ders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4C12DE" w:rsidRPr="006A0DE6" w:rsidRDefault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Funda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GÜLEROĞLU; </w:t>
            </w:r>
            <w:proofErr w:type="spellStart"/>
            <w:r w:rsidR="00705E06"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="00705E06"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="00836E84" w:rsidRPr="006A0DE6">
              <w:rPr>
                <w:rFonts w:cs="Arial"/>
                <w:sz w:val="14"/>
                <w:szCs w:val="14"/>
              </w:rPr>
              <w:t>Sevim</w:t>
            </w:r>
            <w:proofErr w:type="spellEnd"/>
            <w:r w:rsidR="00836E84" w:rsidRPr="006A0DE6">
              <w:rPr>
                <w:rFonts w:cs="Arial"/>
                <w:sz w:val="14"/>
                <w:szCs w:val="14"/>
              </w:rPr>
              <w:t xml:space="preserve"> ÇİMKE</w:t>
            </w:r>
            <w:r w:rsidRPr="006A0DE6">
              <w:rPr>
                <w:rFonts w:cs="Arial"/>
                <w:sz w:val="14"/>
                <w:szCs w:val="14"/>
              </w:rPr>
              <w:t xml:space="preserve">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Seher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DÖNER</w:t>
            </w:r>
            <w:r w:rsidR="006A0DE6" w:rsidRPr="006A0DE6">
              <w:rPr>
                <w:rFonts w:cs="Arial"/>
                <w:sz w:val="14"/>
                <w:szCs w:val="14"/>
              </w:rPr>
              <w:t xml:space="preserve">;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  <w:tr w:rsidR="004C12DE" w:rsidRPr="006A0DE6" w:rsidTr="0011111A">
        <w:trPr>
          <w:jc w:val="center"/>
        </w:trPr>
        <w:tc>
          <w:tcPr>
            <w:tcW w:w="1584" w:type="dxa"/>
            <w:shd w:val="clear" w:color="auto" w:fill="auto"/>
            <w:vAlign w:val="center"/>
          </w:tcPr>
          <w:p w:rsidR="004C12DE" w:rsidRPr="006A0DE6" w:rsidRDefault="004C12DE" w:rsidP="005507AC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09.11.2026 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C12DE" w:rsidRPr="006A0DE6" w:rsidRDefault="00F97900" w:rsidP="00F9790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10</w:t>
            </w:r>
            <w:r w:rsidR="004C12DE" w:rsidRPr="006A0DE6">
              <w:rPr>
                <w:rFonts w:cs="Arial"/>
                <w:sz w:val="14"/>
                <w:szCs w:val="14"/>
              </w:rPr>
              <w:t>.00–1</w:t>
            </w:r>
            <w:r w:rsidRPr="006A0DE6">
              <w:rPr>
                <w:rFonts w:cs="Arial"/>
                <w:sz w:val="14"/>
                <w:szCs w:val="14"/>
              </w:rPr>
              <w:t>1</w:t>
            </w:r>
            <w:r w:rsidR="004C12DE" w:rsidRPr="006A0DE6">
              <w:rPr>
                <w:rFonts w:cs="Arial"/>
                <w:sz w:val="14"/>
                <w:szCs w:val="14"/>
              </w:rPr>
              <w:t>.00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4C12DE" w:rsidRPr="006A0DE6" w:rsidRDefault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Biyokimya</w:t>
            </w:r>
            <w:proofErr w:type="spellEnd"/>
          </w:p>
        </w:tc>
        <w:tc>
          <w:tcPr>
            <w:tcW w:w="2592" w:type="dxa"/>
            <w:shd w:val="clear" w:color="auto" w:fill="auto"/>
            <w:vAlign w:val="center"/>
          </w:tcPr>
          <w:p w:rsidR="004C12DE" w:rsidRPr="006A0DE6" w:rsidRDefault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Gökhan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Doğukan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AKARSU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4C12DE" w:rsidRPr="006A0DE6" w:rsidRDefault="0011111A" w:rsidP="0011111A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Özlem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ŞAHİN AKBOĞA;</w:t>
            </w:r>
            <w:r>
              <w:rPr>
                <w:rFonts w:cs="Arial"/>
                <w:sz w:val="14"/>
                <w:szCs w:val="14"/>
              </w:rPr>
              <w:t xml:space="preserve"> </w:t>
            </w:r>
            <w:r w:rsidR="004C12DE"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="004C12DE"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="004C12DE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4C12DE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4C12DE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4C12DE" w:rsidRPr="006A0DE6">
              <w:rPr>
                <w:rFonts w:cs="Arial"/>
                <w:sz w:val="14"/>
                <w:szCs w:val="14"/>
              </w:rPr>
              <w:t>Esra</w:t>
            </w:r>
            <w:proofErr w:type="spellEnd"/>
            <w:r w:rsidR="004C12DE" w:rsidRPr="006A0DE6">
              <w:rPr>
                <w:rFonts w:cs="Arial"/>
                <w:sz w:val="14"/>
                <w:szCs w:val="14"/>
              </w:rPr>
              <w:t xml:space="preserve"> ÖZBUDAK ARICA; </w:t>
            </w:r>
            <w:r w:rsidR="006A0DE6"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Dilek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 YILDIRIM GÜRKAN</w:t>
            </w:r>
          </w:p>
        </w:tc>
      </w:tr>
      <w:tr w:rsidR="004C12DE" w:rsidRPr="006A0DE6" w:rsidTr="0011111A">
        <w:trPr>
          <w:jc w:val="center"/>
        </w:trPr>
        <w:tc>
          <w:tcPr>
            <w:tcW w:w="1584" w:type="dxa"/>
            <w:shd w:val="clear" w:color="auto" w:fill="auto"/>
            <w:vAlign w:val="center"/>
          </w:tcPr>
          <w:p w:rsidR="004C12DE" w:rsidRPr="006A0DE6" w:rsidRDefault="00BB7556" w:rsidP="005507AC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10</w:t>
            </w:r>
            <w:r w:rsidR="004C12DE" w:rsidRPr="006A0DE6">
              <w:rPr>
                <w:rFonts w:cs="Arial"/>
                <w:sz w:val="14"/>
                <w:szCs w:val="14"/>
              </w:rPr>
              <w:t xml:space="preserve">.11.2026 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C12DE" w:rsidRPr="006A0DE6" w:rsidRDefault="00BB7556" w:rsidP="00BB7556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9</w:t>
            </w:r>
            <w:r w:rsidR="004C12DE" w:rsidRPr="006A0DE6">
              <w:rPr>
                <w:rFonts w:cs="Arial"/>
                <w:sz w:val="14"/>
                <w:szCs w:val="14"/>
              </w:rPr>
              <w:t>.00–1</w:t>
            </w:r>
            <w:r w:rsidRPr="006A0DE6">
              <w:rPr>
                <w:rFonts w:cs="Arial"/>
                <w:sz w:val="14"/>
                <w:szCs w:val="14"/>
              </w:rPr>
              <w:t>0</w:t>
            </w:r>
            <w:r w:rsidR="004C12DE" w:rsidRPr="006A0DE6">
              <w:rPr>
                <w:rFonts w:cs="Arial"/>
                <w:sz w:val="14"/>
                <w:szCs w:val="14"/>
              </w:rPr>
              <w:t>.00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4C12DE" w:rsidRPr="006A0DE6" w:rsidRDefault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Psikoloji</w:t>
            </w:r>
            <w:proofErr w:type="spellEnd"/>
          </w:p>
        </w:tc>
        <w:tc>
          <w:tcPr>
            <w:tcW w:w="2592" w:type="dxa"/>
            <w:shd w:val="clear" w:color="auto" w:fill="auto"/>
            <w:vAlign w:val="center"/>
          </w:tcPr>
          <w:p w:rsidR="004C12DE" w:rsidRPr="006A0DE6" w:rsidRDefault="004C12DE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Hacer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DEMİRKOL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4C12DE" w:rsidRPr="006A0DE6" w:rsidRDefault="00332260" w:rsidP="0011111A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Sevim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ÇİMKE</w:t>
            </w:r>
            <w:r>
              <w:rPr>
                <w:rFonts w:cs="Arial"/>
                <w:sz w:val="14"/>
                <w:szCs w:val="14"/>
              </w:rPr>
              <w:t xml:space="preserve"> Dr. </w:t>
            </w:r>
            <w:proofErr w:type="spellStart"/>
            <w:r>
              <w:rPr>
                <w:rFonts w:cs="Arial"/>
                <w:sz w:val="14"/>
                <w:szCs w:val="14"/>
              </w:rPr>
              <w:t>Öğr</w:t>
            </w:r>
            <w:proofErr w:type="spellEnd"/>
            <w:r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>
              <w:rPr>
                <w:rFonts w:cs="Arial"/>
                <w:sz w:val="14"/>
                <w:szCs w:val="14"/>
              </w:rPr>
              <w:t>Üyesi</w:t>
            </w:r>
            <w:proofErr w:type="spellEnd"/>
            <w:r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cs="Arial"/>
                <w:sz w:val="14"/>
                <w:szCs w:val="14"/>
              </w:rPr>
              <w:t>Gülay</w:t>
            </w:r>
            <w:proofErr w:type="spellEnd"/>
            <w:r>
              <w:rPr>
                <w:rFonts w:cs="Arial"/>
                <w:sz w:val="14"/>
                <w:szCs w:val="14"/>
              </w:rPr>
              <w:t xml:space="preserve"> YILMAZ</w:t>
            </w:r>
            <w:r w:rsidR="00AC3295" w:rsidRPr="006A0DE6">
              <w:rPr>
                <w:rFonts w:cs="Arial"/>
                <w:sz w:val="14"/>
                <w:szCs w:val="14"/>
              </w:rPr>
              <w:t xml:space="preserve">; </w:t>
            </w:r>
            <w:proofErr w:type="spellStart"/>
            <w:r w:rsidR="004C12DE"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="004C12DE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4C12DE"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="004C12DE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11111A"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="0011111A"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  <w:tr w:rsidR="004C12DE" w:rsidRPr="006A0DE6" w:rsidTr="0011111A">
        <w:trPr>
          <w:jc w:val="center"/>
        </w:trPr>
        <w:tc>
          <w:tcPr>
            <w:tcW w:w="1584" w:type="dxa"/>
            <w:shd w:val="clear" w:color="auto" w:fill="auto"/>
            <w:vAlign w:val="center"/>
          </w:tcPr>
          <w:p w:rsidR="004C12DE" w:rsidRPr="006A0DE6" w:rsidRDefault="00BB7556" w:rsidP="004C12DE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10.11.2026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C12DE" w:rsidRPr="006A0DE6" w:rsidRDefault="00BB7556" w:rsidP="004C12DE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15.00–16.00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4C12DE" w:rsidRPr="006A0DE6" w:rsidRDefault="004C12DE" w:rsidP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İş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Sağliği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Güvenliği</w:t>
            </w:r>
            <w:proofErr w:type="spellEnd"/>
          </w:p>
        </w:tc>
        <w:tc>
          <w:tcPr>
            <w:tcW w:w="2592" w:type="dxa"/>
            <w:shd w:val="clear" w:color="auto" w:fill="auto"/>
            <w:vAlign w:val="center"/>
          </w:tcPr>
          <w:p w:rsidR="004C12DE" w:rsidRPr="006A0DE6" w:rsidRDefault="006A0DE6" w:rsidP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>Öğr</w:t>
            </w:r>
            <w:proofErr w:type="spellEnd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 xml:space="preserve">. </w:t>
            </w:r>
            <w:proofErr w:type="spellStart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>Gör</w:t>
            </w:r>
            <w:proofErr w:type="spellEnd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 xml:space="preserve">. </w:t>
            </w:r>
            <w:proofErr w:type="spellStart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>Deniz</w:t>
            </w:r>
            <w:proofErr w:type="spellEnd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 xml:space="preserve"> AKALIN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4C12DE" w:rsidRPr="006A0DE6" w:rsidRDefault="006A0DE6" w:rsidP="006A0DE6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Tuğba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UZUNÇAKMAK</w:t>
            </w:r>
            <w:r w:rsidR="00DA463B" w:rsidRPr="006A0DE6">
              <w:rPr>
                <w:rFonts w:cs="Arial"/>
                <w:sz w:val="14"/>
                <w:szCs w:val="14"/>
              </w:rPr>
              <w:t xml:space="preserve">; </w:t>
            </w:r>
            <w:r w:rsidR="00AC3295"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="00AC3295"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="00AC3295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AC3295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AC3295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AC3295" w:rsidRPr="006A0DE6">
              <w:rPr>
                <w:rFonts w:cs="Arial"/>
                <w:sz w:val="14"/>
                <w:szCs w:val="14"/>
              </w:rPr>
              <w:t>Gülay</w:t>
            </w:r>
            <w:proofErr w:type="spellEnd"/>
            <w:r w:rsidR="00AC3295" w:rsidRPr="006A0DE6">
              <w:rPr>
                <w:rFonts w:cs="Arial"/>
                <w:sz w:val="14"/>
                <w:szCs w:val="14"/>
              </w:rPr>
              <w:t xml:space="preserve"> YILMAZ; </w:t>
            </w:r>
            <w:proofErr w:type="spellStart"/>
            <w:r w:rsidR="00DA2EF0"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="00DA2EF0"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="00DA2EF0" w:rsidRPr="006A0DE6">
              <w:rPr>
                <w:rFonts w:cs="Arial"/>
                <w:sz w:val="14"/>
                <w:szCs w:val="14"/>
              </w:rPr>
              <w:t>Sevim</w:t>
            </w:r>
            <w:proofErr w:type="spellEnd"/>
            <w:r w:rsidR="00DA2EF0" w:rsidRPr="006A0DE6">
              <w:rPr>
                <w:rFonts w:cs="Arial"/>
                <w:sz w:val="14"/>
                <w:szCs w:val="14"/>
              </w:rPr>
              <w:t xml:space="preserve"> ÇİMKE</w:t>
            </w:r>
          </w:p>
        </w:tc>
      </w:tr>
      <w:tr w:rsidR="004C12DE" w:rsidRPr="006A0DE6" w:rsidTr="0011111A">
        <w:trPr>
          <w:jc w:val="center"/>
        </w:trPr>
        <w:tc>
          <w:tcPr>
            <w:tcW w:w="1584" w:type="dxa"/>
            <w:shd w:val="clear" w:color="auto" w:fill="auto"/>
            <w:vAlign w:val="center"/>
          </w:tcPr>
          <w:p w:rsidR="004C12DE" w:rsidRPr="006A0DE6" w:rsidRDefault="004C12DE" w:rsidP="00DA463B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</w:t>
            </w:r>
            <w:r w:rsidR="00DA463B" w:rsidRPr="006A0DE6">
              <w:rPr>
                <w:rFonts w:cs="Arial"/>
                <w:sz w:val="14"/>
                <w:szCs w:val="14"/>
              </w:rPr>
              <w:t>0</w:t>
            </w:r>
            <w:r w:rsidRPr="006A0DE6">
              <w:rPr>
                <w:rFonts w:cs="Arial"/>
                <w:sz w:val="14"/>
                <w:szCs w:val="14"/>
              </w:rPr>
              <w:t xml:space="preserve">.11.2026 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4C12DE" w:rsidRPr="006A0DE6" w:rsidRDefault="004C12DE" w:rsidP="004C12DE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11.00–12.00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4C12DE" w:rsidRPr="006A0DE6" w:rsidRDefault="004C12DE" w:rsidP="00DA463B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Temel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Bilgisayar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Teknolojileri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I </w:t>
            </w:r>
          </w:p>
        </w:tc>
        <w:tc>
          <w:tcPr>
            <w:tcW w:w="2592" w:type="dxa"/>
            <w:shd w:val="clear" w:color="auto" w:fill="auto"/>
            <w:vAlign w:val="center"/>
          </w:tcPr>
          <w:p w:rsidR="004C12DE" w:rsidRPr="006A0DE6" w:rsidRDefault="006A0DE6" w:rsidP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>Öğr</w:t>
            </w:r>
            <w:proofErr w:type="spellEnd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 xml:space="preserve">. </w:t>
            </w:r>
            <w:proofErr w:type="spellStart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>Gör</w:t>
            </w:r>
            <w:proofErr w:type="spellEnd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 xml:space="preserve">. </w:t>
            </w:r>
            <w:proofErr w:type="spellStart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>Recep</w:t>
            </w:r>
            <w:proofErr w:type="spellEnd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 xml:space="preserve"> </w:t>
            </w:r>
            <w:proofErr w:type="spellStart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>Batuhan</w:t>
            </w:r>
            <w:proofErr w:type="spellEnd"/>
            <w:r w:rsidRPr="006A0DE6">
              <w:rPr>
                <w:rFonts w:eastAsia="Calibri" w:cs="Arial"/>
                <w:sz w:val="14"/>
                <w:szCs w:val="14"/>
                <w:lang w:val="en-AU" w:eastAsia="tr-TR"/>
              </w:rPr>
              <w:t xml:space="preserve"> GÜNAY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4C12DE" w:rsidRPr="006A0DE6" w:rsidRDefault="004C12DE" w:rsidP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Gökçen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AYDIN AKBUĞA;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Gülay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YILMAZ; </w:t>
            </w:r>
            <w:r w:rsidR="006A0DE6"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Dilek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 </w:t>
            </w:r>
            <w:bookmarkStart w:id="0" w:name="_GoBack"/>
            <w:r w:rsidR="006A0DE6" w:rsidRPr="006A0DE6">
              <w:rPr>
                <w:rFonts w:cs="Arial"/>
                <w:sz w:val="14"/>
                <w:szCs w:val="14"/>
              </w:rPr>
              <w:t>YILDIRIM GÜRKAN</w:t>
            </w:r>
            <w:bookmarkEnd w:id="0"/>
          </w:p>
        </w:tc>
      </w:tr>
      <w:tr w:rsidR="004C12DE" w:rsidRPr="006A0DE6" w:rsidTr="00332260">
        <w:trPr>
          <w:trHeight w:val="428"/>
          <w:jc w:val="center"/>
        </w:trPr>
        <w:tc>
          <w:tcPr>
            <w:tcW w:w="1584" w:type="dxa"/>
            <w:shd w:val="clear" w:color="auto" w:fill="CCFFCC"/>
            <w:vAlign w:val="center"/>
          </w:tcPr>
          <w:p w:rsidR="004C12DE" w:rsidRPr="006A0DE6" w:rsidRDefault="00EC756C" w:rsidP="004C12DE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10.11.2026</w:t>
            </w:r>
          </w:p>
        </w:tc>
        <w:tc>
          <w:tcPr>
            <w:tcW w:w="1096" w:type="dxa"/>
            <w:shd w:val="clear" w:color="auto" w:fill="CCFFCC"/>
            <w:vAlign w:val="center"/>
          </w:tcPr>
          <w:p w:rsidR="004C12DE" w:rsidRPr="006A0DE6" w:rsidRDefault="00DA463B" w:rsidP="00DA463B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10</w:t>
            </w:r>
            <w:r w:rsidR="004C12DE" w:rsidRPr="006A0DE6">
              <w:rPr>
                <w:rFonts w:cs="Arial"/>
                <w:sz w:val="14"/>
                <w:szCs w:val="14"/>
              </w:rPr>
              <w:t>.00–1</w:t>
            </w:r>
            <w:r w:rsidRPr="006A0DE6">
              <w:rPr>
                <w:rFonts w:cs="Arial"/>
                <w:sz w:val="14"/>
                <w:szCs w:val="14"/>
              </w:rPr>
              <w:t>1</w:t>
            </w:r>
            <w:r w:rsidR="004C12DE" w:rsidRPr="006A0DE6">
              <w:rPr>
                <w:rFonts w:cs="Arial"/>
                <w:sz w:val="14"/>
                <w:szCs w:val="14"/>
              </w:rPr>
              <w:t>.00</w:t>
            </w:r>
          </w:p>
        </w:tc>
        <w:tc>
          <w:tcPr>
            <w:tcW w:w="3240" w:type="dxa"/>
            <w:shd w:val="clear" w:color="auto" w:fill="CCFFCC"/>
            <w:vAlign w:val="center"/>
          </w:tcPr>
          <w:p w:rsidR="004C12DE" w:rsidRPr="006A0DE6" w:rsidRDefault="004C12DE" w:rsidP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Esaslari</w:t>
            </w:r>
            <w:proofErr w:type="spellEnd"/>
          </w:p>
        </w:tc>
        <w:tc>
          <w:tcPr>
            <w:tcW w:w="2592" w:type="dxa"/>
            <w:shd w:val="clear" w:color="auto" w:fill="CCFFCC"/>
            <w:vAlign w:val="center"/>
          </w:tcPr>
          <w:p w:rsidR="004C12DE" w:rsidRPr="006A0DE6" w:rsidRDefault="004C12DE" w:rsidP="004C12DE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Dr. Öğr. Üyesi Esra ÖZBUDAK ARICA</w:t>
            </w:r>
          </w:p>
        </w:tc>
        <w:tc>
          <w:tcPr>
            <w:tcW w:w="4126" w:type="dxa"/>
            <w:shd w:val="clear" w:color="auto" w:fill="CCFFCC"/>
            <w:vAlign w:val="center"/>
          </w:tcPr>
          <w:p w:rsidR="004C12DE" w:rsidRPr="006A0DE6" w:rsidRDefault="00836E84" w:rsidP="004C12DE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Doç.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Tuğba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UZUNÇAKMAK;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Sevim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 ÇİMKE</w:t>
            </w:r>
            <w:r w:rsidR="004C12DE" w:rsidRPr="006A0DE6">
              <w:rPr>
                <w:rFonts w:cs="Arial"/>
                <w:sz w:val="14"/>
                <w:szCs w:val="14"/>
              </w:rPr>
              <w:t xml:space="preserve">; </w:t>
            </w:r>
            <w:r w:rsidR="006A0DE6"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Dilek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 YILDIRIM GÜRKAN</w:t>
            </w:r>
          </w:p>
        </w:tc>
      </w:tr>
      <w:tr w:rsidR="004C12DE" w:rsidRPr="006A0DE6" w:rsidTr="00755AF9">
        <w:trPr>
          <w:jc w:val="center"/>
        </w:trPr>
        <w:tc>
          <w:tcPr>
            <w:tcW w:w="1584" w:type="dxa"/>
            <w:shd w:val="clear" w:color="auto" w:fill="CCFFCC"/>
            <w:vAlign w:val="center"/>
          </w:tcPr>
          <w:p w:rsidR="004C12DE" w:rsidRPr="006A0DE6" w:rsidRDefault="00DA463B" w:rsidP="004C12DE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09</w:t>
            </w:r>
            <w:r w:rsidR="004C12DE" w:rsidRPr="006A0DE6">
              <w:rPr>
                <w:rFonts w:cs="Arial"/>
                <w:sz w:val="14"/>
                <w:szCs w:val="14"/>
              </w:rPr>
              <w:t>.11</w:t>
            </w:r>
            <w:r w:rsidR="00317494" w:rsidRPr="006A0DE6">
              <w:rPr>
                <w:rFonts w:cs="Arial"/>
                <w:sz w:val="14"/>
                <w:szCs w:val="14"/>
              </w:rPr>
              <w:t>.202</w:t>
            </w:r>
          </w:p>
        </w:tc>
        <w:tc>
          <w:tcPr>
            <w:tcW w:w="1096" w:type="dxa"/>
            <w:shd w:val="clear" w:color="auto" w:fill="CCFFCC"/>
            <w:vAlign w:val="center"/>
          </w:tcPr>
          <w:p w:rsidR="004C12DE" w:rsidRPr="006A0DE6" w:rsidRDefault="00DA463B" w:rsidP="00DA463B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09</w:t>
            </w:r>
            <w:r w:rsidR="004C12DE" w:rsidRPr="006A0DE6">
              <w:rPr>
                <w:rFonts w:cs="Arial"/>
                <w:sz w:val="14"/>
                <w:szCs w:val="14"/>
              </w:rPr>
              <w:t>.00–1</w:t>
            </w:r>
            <w:r w:rsidRPr="006A0DE6">
              <w:rPr>
                <w:rFonts w:cs="Arial"/>
                <w:sz w:val="14"/>
                <w:szCs w:val="14"/>
              </w:rPr>
              <w:t>0</w:t>
            </w:r>
            <w:r w:rsidR="004C12DE" w:rsidRPr="006A0DE6">
              <w:rPr>
                <w:rFonts w:cs="Arial"/>
                <w:sz w:val="14"/>
                <w:szCs w:val="14"/>
              </w:rPr>
              <w:t>.00</w:t>
            </w:r>
          </w:p>
        </w:tc>
        <w:tc>
          <w:tcPr>
            <w:tcW w:w="3240" w:type="dxa"/>
            <w:shd w:val="clear" w:color="auto" w:fill="CCFFCC"/>
            <w:vAlign w:val="center"/>
          </w:tcPr>
          <w:p w:rsidR="004C12DE" w:rsidRPr="006A0DE6" w:rsidRDefault="004C12DE" w:rsidP="004C12DE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İlk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Acil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Yardim</w:t>
            </w:r>
            <w:proofErr w:type="spellEnd"/>
          </w:p>
        </w:tc>
        <w:tc>
          <w:tcPr>
            <w:tcW w:w="2592" w:type="dxa"/>
            <w:shd w:val="clear" w:color="auto" w:fill="CCFFCC"/>
            <w:vAlign w:val="center"/>
          </w:tcPr>
          <w:p w:rsidR="004C12DE" w:rsidRPr="006A0DE6" w:rsidRDefault="00117CF8" w:rsidP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r w:rsidR="004C12DE" w:rsidRPr="006A0DE6">
              <w:rPr>
                <w:rFonts w:cs="Arial"/>
                <w:sz w:val="14"/>
                <w:szCs w:val="14"/>
              </w:rPr>
              <w:t>Özlem ŞAHİN AKBOĞA</w:t>
            </w:r>
          </w:p>
        </w:tc>
        <w:tc>
          <w:tcPr>
            <w:tcW w:w="4126" w:type="dxa"/>
            <w:shd w:val="clear" w:color="auto" w:fill="CCFFCC"/>
            <w:vAlign w:val="center"/>
          </w:tcPr>
          <w:p w:rsidR="004C12DE" w:rsidRPr="006A0DE6" w:rsidRDefault="004C12DE" w:rsidP="004C12DE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Hacer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DEMİRKOL; </w:t>
            </w:r>
            <w:r w:rsidR="00332260"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AC3295" w:rsidRPr="006A0DE6">
              <w:rPr>
                <w:rFonts w:cs="Arial"/>
                <w:sz w:val="14"/>
                <w:szCs w:val="14"/>
              </w:rPr>
              <w:t>Esra</w:t>
            </w:r>
            <w:proofErr w:type="spellEnd"/>
            <w:r w:rsidR="00AC3295" w:rsidRPr="006A0DE6">
              <w:rPr>
                <w:rFonts w:cs="Arial"/>
                <w:sz w:val="14"/>
                <w:szCs w:val="14"/>
              </w:rPr>
              <w:t xml:space="preserve"> ÖZBUDAK ARICA; </w:t>
            </w:r>
            <w:r w:rsidR="006A0DE6"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Dilek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 YILDIRIM GÜRKAN</w:t>
            </w:r>
          </w:p>
        </w:tc>
      </w:tr>
      <w:tr w:rsidR="004C12DE" w:rsidRPr="006A0DE6" w:rsidTr="00755AF9">
        <w:trPr>
          <w:jc w:val="center"/>
        </w:trPr>
        <w:tc>
          <w:tcPr>
            <w:tcW w:w="1584" w:type="dxa"/>
            <w:shd w:val="clear" w:color="auto" w:fill="CCFFCC"/>
            <w:vAlign w:val="center"/>
          </w:tcPr>
          <w:p w:rsidR="004C12DE" w:rsidRPr="006A0DE6" w:rsidRDefault="00DA463B" w:rsidP="00DA463B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12.11.2026</w:t>
            </w:r>
          </w:p>
        </w:tc>
        <w:tc>
          <w:tcPr>
            <w:tcW w:w="1096" w:type="dxa"/>
            <w:shd w:val="clear" w:color="auto" w:fill="CCFFCC"/>
            <w:vAlign w:val="center"/>
          </w:tcPr>
          <w:p w:rsidR="004C12DE" w:rsidRPr="006A0DE6" w:rsidRDefault="00DA463B" w:rsidP="004C12DE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13.00–14</w:t>
            </w:r>
            <w:r w:rsidR="004C12DE" w:rsidRPr="006A0DE6">
              <w:rPr>
                <w:rFonts w:cs="Arial"/>
                <w:sz w:val="14"/>
                <w:szCs w:val="14"/>
              </w:rPr>
              <w:t>.00</w:t>
            </w:r>
          </w:p>
        </w:tc>
        <w:tc>
          <w:tcPr>
            <w:tcW w:w="3240" w:type="dxa"/>
            <w:shd w:val="clear" w:color="auto" w:fill="CCFFCC"/>
            <w:vAlign w:val="center"/>
          </w:tcPr>
          <w:p w:rsidR="004C12DE" w:rsidRPr="006A0DE6" w:rsidRDefault="004C12DE" w:rsidP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Farmakoloji</w:t>
            </w:r>
            <w:proofErr w:type="spellEnd"/>
          </w:p>
        </w:tc>
        <w:tc>
          <w:tcPr>
            <w:tcW w:w="2592" w:type="dxa"/>
            <w:shd w:val="clear" w:color="auto" w:fill="CCFFCC"/>
            <w:vAlign w:val="center"/>
          </w:tcPr>
          <w:p w:rsidR="004C12DE" w:rsidRPr="006A0DE6" w:rsidRDefault="004C12DE" w:rsidP="004C12DE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Doç. Dr. Serkan ŞAHİN</w:t>
            </w:r>
          </w:p>
        </w:tc>
        <w:tc>
          <w:tcPr>
            <w:tcW w:w="4126" w:type="dxa"/>
            <w:shd w:val="clear" w:color="auto" w:fill="CCFFCC"/>
            <w:vAlign w:val="center"/>
          </w:tcPr>
          <w:p w:rsidR="004C12DE" w:rsidRPr="006A0DE6" w:rsidRDefault="004C12DE" w:rsidP="0011111A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Gülay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YILMAZ;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Seher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 DÖNER;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Gör. </w:t>
            </w:r>
            <w:proofErr w:type="spellStart"/>
            <w:r w:rsidR="0011111A" w:rsidRPr="006A0DE6">
              <w:rPr>
                <w:rFonts w:cs="Arial"/>
                <w:sz w:val="14"/>
                <w:szCs w:val="14"/>
              </w:rPr>
              <w:t>Seher</w:t>
            </w:r>
            <w:proofErr w:type="spellEnd"/>
            <w:r w:rsidR="0011111A" w:rsidRPr="006A0DE6">
              <w:rPr>
                <w:rFonts w:cs="Arial"/>
                <w:sz w:val="14"/>
                <w:szCs w:val="14"/>
              </w:rPr>
              <w:t xml:space="preserve"> DÖNER</w:t>
            </w:r>
          </w:p>
        </w:tc>
      </w:tr>
      <w:tr w:rsidR="004C12DE" w:rsidRPr="006A0DE6" w:rsidTr="00755AF9">
        <w:trPr>
          <w:jc w:val="center"/>
        </w:trPr>
        <w:tc>
          <w:tcPr>
            <w:tcW w:w="1584" w:type="dxa"/>
            <w:shd w:val="clear" w:color="auto" w:fill="CCFFCC"/>
            <w:vAlign w:val="center"/>
          </w:tcPr>
          <w:p w:rsidR="004C12DE" w:rsidRPr="006A0DE6" w:rsidRDefault="004C12DE" w:rsidP="0033226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</w:t>
            </w:r>
            <w:r w:rsidR="00332260">
              <w:rPr>
                <w:rFonts w:cs="Arial"/>
                <w:sz w:val="14"/>
                <w:szCs w:val="14"/>
              </w:rPr>
              <w:t>3</w:t>
            </w:r>
            <w:r w:rsidRPr="006A0DE6">
              <w:rPr>
                <w:rFonts w:cs="Arial"/>
                <w:sz w:val="14"/>
                <w:szCs w:val="14"/>
              </w:rPr>
              <w:t xml:space="preserve">.11.2026 </w:t>
            </w:r>
          </w:p>
        </w:tc>
        <w:tc>
          <w:tcPr>
            <w:tcW w:w="1096" w:type="dxa"/>
            <w:shd w:val="clear" w:color="auto" w:fill="CCFFCC"/>
            <w:vAlign w:val="center"/>
          </w:tcPr>
          <w:p w:rsidR="004C12DE" w:rsidRPr="006A0DE6" w:rsidRDefault="00332260" w:rsidP="0033226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9.00–10.00</w:t>
            </w:r>
          </w:p>
        </w:tc>
        <w:tc>
          <w:tcPr>
            <w:tcW w:w="3240" w:type="dxa"/>
            <w:shd w:val="clear" w:color="auto" w:fill="CCFFCC"/>
            <w:vAlign w:val="center"/>
          </w:tcPr>
          <w:p w:rsidR="004C12DE" w:rsidRPr="006A0DE6" w:rsidRDefault="004C12DE" w:rsidP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Ameliyathane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Hemşireliği</w:t>
            </w:r>
            <w:proofErr w:type="spellEnd"/>
          </w:p>
        </w:tc>
        <w:tc>
          <w:tcPr>
            <w:tcW w:w="2592" w:type="dxa"/>
            <w:shd w:val="clear" w:color="auto" w:fill="CCFFCC"/>
            <w:vAlign w:val="center"/>
          </w:tcPr>
          <w:p w:rsidR="004C12DE" w:rsidRPr="006A0DE6" w:rsidRDefault="004C12DE" w:rsidP="004C12DE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Dr. Öğr. Üyesi Aybike BAHÇELİ</w:t>
            </w:r>
          </w:p>
        </w:tc>
        <w:tc>
          <w:tcPr>
            <w:tcW w:w="4126" w:type="dxa"/>
            <w:shd w:val="clear" w:color="auto" w:fill="CCFFCC"/>
            <w:vAlign w:val="center"/>
          </w:tcPr>
          <w:p w:rsidR="004C12DE" w:rsidRPr="006A0DE6" w:rsidRDefault="00743F51" w:rsidP="0011111A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. Dr. Ayşe Ş. TAPLAK</w:t>
            </w:r>
            <w:r w:rsidR="004C12DE" w:rsidRPr="006A0DE6">
              <w:rPr>
                <w:rFonts w:cs="Arial"/>
                <w:sz w:val="14"/>
                <w:szCs w:val="14"/>
              </w:rPr>
              <w:t xml:space="preserve">; </w:t>
            </w:r>
            <w:r w:rsidR="00332260"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AC3295" w:rsidRPr="006A0DE6">
              <w:rPr>
                <w:rFonts w:cs="Arial"/>
                <w:sz w:val="14"/>
                <w:szCs w:val="14"/>
              </w:rPr>
              <w:t>Esra</w:t>
            </w:r>
            <w:proofErr w:type="spellEnd"/>
            <w:r w:rsidR="00AC3295" w:rsidRPr="006A0DE6">
              <w:rPr>
                <w:rFonts w:cs="Arial"/>
                <w:sz w:val="14"/>
                <w:szCs w:val="14"/>
              </w:rPr>
              <w:t xml:space="preserve"> ÖZBUDAK ARICA </w:t>
            </w:r>
            <w:proofErr w:type="spellStart"/>
            <w:r w:rsidR="004C12DE"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="004C12DE" w:rsidRPr="006A0DE6">
              <w:rPr>
                <w:rFonts w:cs="Arial"/>
                <w:sz w:val="14"/>
                <w:szCs w:val="14"/>
              </w:rPr>
              <w:t xml:space="preserve">. Gör. </w:t>
            </w:r>
            <w:proofErr w:type="spellStart"/>
            <w:r w:rsidR="0011111A" w:rsidRPr="006A0DE6">
              <w:rPr>
                <w:rFonts w:cs="Arial"/>
                <w:sz w:val="14"/>
                <w:szCs w:val="14"/>
              </w:rPr>
              <w:t>Seher</w:t>
            </w:r>
            <w:proofErr w:type="spellEnd"/>
            <w:r w:rsidR="0011111A" w:rsidRPr="006A0DE6">
              <w:rPr>
                <w:rFonts w:cs="Arial"/>
                <w:sz w:val="14"/>
                <w:szCs w:val="14"/>
              </w:rPr>
              <w:t xml:space="preserve"> DÖNER</w:t>
            </w:r>
          </w:p>
        </w:tc>
      </w:tr>
      <w:tr w:rsidR="004C12DE" w:rsidRPr="006A0DE6" w:rsidTr="00755AF9">
        <w:trPr>
          <w:jc w:val="center"/>
        </w:trPr>
        <w:tc>
          <w:tcPr>
            <w:tcW w:w="1584" w:type="dxa"/>
            <w:shd w:val="clear" w:color="auto" w:fill="CCFFCC"/>
            <w:vAlign w:val="center"/>
          </w:tcPr>
          <w:p w:rsidR="004C12DE" w:rsidRPr="006A0DE6" w:rsidRDefault="00317494" w:rsidP="0033226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</w:t>
            </w:r>
            <w:r w:rsidR="00332260">
              <w:rPr>
                <w:rFonts w:cs="Arial"/>
                <w:sz w:val="14"/>
                <w:szCs w:val="14"/>
              </w:rPr>
              <w:t>2</w:t>
            </w:r>
            <w:r w:rsidRPr="006A0DE6">
              <w:rPr>
                <w:rFonts w:cs="Arial"/>
                <w:sz w:val="14"/>
                <w:szCs w:val="14"/>
              </w:rPr>
              <w:t>.11.20</w:t>
            </w:r>
          </w:p>
        </w:tc>
        <w:tc>
          <w:tcPr>
            <w:tcW w:w="1096" w:type="dxa"/>
            <w:shd w:val="clear" w:color="auto" w:fill="CCFFCC"/>
            <w:vAlign w:val="center"/>
          </w:tcPr>
          <w:p w:rsidR="004C12DE" w:rsidRPr="006A0DE6" w:rsidRDefault="00332260" w:rsidP="00DA463B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10.00–11.00</w:t>
            </w:r>
          </w:p>
        </w:tc>
        <w:tc>
          <w:tcPr>
            <w:tcW w:w="3240" w:type="dxa"/>
            <w:shd w:val="clear" w:color="auto" w:fill="CCFFCC"/>
            <w:vAlign w:val="center"/>
          </w:tcPr>
          <w:p w:rsidR="004C12DE" w:rsidRPr="006A0DE6" w:rsidRDefault="004C12DE" w:rsidP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Geriatri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Hemşireliği</w:t>
            </w:r>
            <w:proofErr w:type="spellEnd"/>
          </w:p>
        </w:tc>
        <w:tc>
          <w:tcPr>
            <w:tcW w:w="2592" w:type="dxa"/>
            <w:shd w:val="clear" w:color="auto" w:fill="CCFFCC"/>
            <w:vAlign w:val="center"/>
          </w:tcPr>
          <w:p w:rsidR="004C12DE" w:rsidRPr="006A0DE6" w:rsidRDefault="004C12DE" w:rsidP="004C12DE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Münevver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ÖZCAN</w:t>
            </w:r>
          </w:p>
        </w:tc>
        <w:tc>
          <w:tcPr>
            <w:tcW w:w="4126" w:type="dxa"/>
            <w:shd w:val="clear" w:color="auto" w:fill="CCFFCC"/>
            <w:vAlign w:val="center"/>
          </w:tcPr>
          <w:p w:rsidR="004C12DE" w:rsidRPr="006A0DE6" w:rsidRDefault="0011111A" w:rsidP="0011111A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Gökçen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AYDIN AKBUĞA; </w:t>
            </w:r>
            <w:r w:rsidR="00332260"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Esra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 ÖZBUDAK ARICA </w:t>
            </w:r>
            <w:proofErr w:type="spellStart"/>
            <w:r w:rsidR="00DA2EF0"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="00DA2EF0"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="00DA2EF0" w:rsidRPr="006A0DE6">
              <w:rPr>
                <w:rFonts w:cs="Arial"/>
                <w:sz w:val="14"/>
                <w:szCs w:val="14"/>
              </w:rPr>
              <w:t>Sevim</w:t>
            </w:r>
            <w:proofErr w:type="spellEnd"/>
            <w:r w:rsidR="00DA2EF0" w:rsidRPr="006A0DE6">
              <w:rPr>
                <w:rFonts w:cs="Arial"/>
                <w:sz w:val="14"/>
                <w:szCs w:val="14"/>
              </w:rPr>
              <w:t xml:space="preserve"> ÇİMKE</w:t>
            </w:r>
          </w:p>
        </w:tc>
      </w:tr>
      <w:tr w:rsidR="004C12DE" w:rsidRPr="006A0DE6" w:rsidTr="00755AF9">
        <w:trPr>
          <w:jc w:val="center"/>
        </w:trPr>
        <w:tc>
          <w:tcPr>
            <w:tcW w:w="1584" w:type="dxa"/>
            <w:shd w:val="clear" w:color="auto" w:fill="CCECFF"/>
            <w:vAlign w:val="center"/>
          </w:tcPr>
          <w:p w:rsidR="004C12DE" w:rsidRPr="006A0DE6" w:rsidRDefault="004C12DE" w:rsidP="00EC756C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</w:t>
            </w:r>
            <w:r w:rsidR="00EC756C" w:rsidRPr="006A0DE6">
              <w:rPr>
                <w:rFonts w:cs="Arial"/>
                <w:sz w:val="14"/>
                <w:szCs w:val="14"/>
              </w:rPr>
              <w:t>1</w:t>
            </w:r>
            <w:r w:rsidRPr="006A0DE6">
              <w:rPr>
                <w:rFonts w:cs="Arial"/>
                <w:sz w:val="14"/>
                <w:szCs w:val="14"/>
              </w:rPr>
              <w:t xml:space="preserve">.11.2026 </w:t>
            </w:r>
          </w:p>
        </w:tc>
        <w:tc>
          <w:tcPr>
            <w:tcW w:w="1096" w:type="dxa"/>
            <w:shd w:val="clear" w:color="auto" w:fill="CCECFF"/>
            <w:vAlign w:val="center"/>
          </w:tcPr>
          <w:p w:rsidR="004C12DE" w:rsidRPr="006A0DE6" w:rsidRDefault="004C12DE" w:rsidP="004C12DE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09.00–10.00</w:t>
            </w:r>
          </w:p>
        </w:tc>
        <w:tc>
          <w:tcPr>
            <w:tcW w:w="3240" w:type="dxa"/>
            <w:shd w:val="clear" w:color="auto" w:fill="CCECFF"/>
            <w:vAlign w:val="center"/>
          </w:tcPr>
          <w:p w:rsidR="004C12DE" w:rsidRPr="006A0DE6" w:rsidRDefault="004C12DE" w:rsidP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Doğum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-Kadin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Sağliği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Hastaliklari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Hemşireliği</w:t>
            </w:r>
            <w:proofErr w:type="spellEnd"/>
          </w:p>
        </w:tc>
        <w:tc>
          <w:tcPr>
            <w:tcW w:w="2592" w:type="dxa"/>
            <w:shd w:val="clear" w:color="auto" w:fill="CCECFF"/>
            <w:vAlign w:val="center"/>
          </w:tcPr>
          <w:p w:rsidR="004C12DE" w:rsidRPr="006A0DE6" w:rsidRDefault="00317494" w:rsidP="004C12DE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Funda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GÜLEROĞLU</w:t>
            </w:r>
          </w:p>
        </w:tc>
        <w:tc>
          <w:tcPr>
            <w:tcW w:w="4126" w:type="dxa"/>
            <w:shd w:val="clear" w:color="auto" w:fill="CCECFF"/>
            <w:vAlign w:val="center"/>
          </w:tcPr>
          <w:p w:rsidR="004C12DE" w:rsidRPr="006A0DE6" w:rsidRDefault="004C12DE" w:rsidP="0033226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Hacer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DEMİRKOL; </w:t>
            </w:r>
            <w:r w:rsidR="00AC3295"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="00AC3295"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="00AC3295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AC3295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AC3295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AC3295" w:rsidRPr="006A0DE6">
              <w:rPr>
                <w:rFonts w:cs="Arial"/>
                <w:sz w:val="14"/>
                <w:szCs w:val="14"/>
              </w:rPr>
              <w:t>Münevver</w:t>
            </w:r>
            <w:proofErr w:type="spellEnd"/>
            <w:r w:rsidR="00AC3295" w:rsidRPr="006A0DE6">
              <w:rPr>
                <w:rFonts w:cs="Arial"/>
                <w:sz w:val="14"/>
                <w:szCs w:val="14"/>
              </w:rPr>
              <w:t xml:space="preserve"> ÖZCAN;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Gör.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  <w:tr w:rsidR="00317494" w:rsidRPr="006A0DE6" w:rsidTr="00755AF9">
        <w:trPr>
          <w:jc w:val="center"/>
        </w:trPr>
        <w:tc>
          <w:tcPr>
            <w:tcW w:w="1584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13.11.2026 </w:t>
            </w:r>
          </w:p>
        </w:tc>
        <w:tc>
          <w:tcPr>
            <w:tcW w:w="1096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11.00–12.00</w:t>
            </w:r>
          </w:p>
        </w:tc>
        <w:tc>
          <w:tcPr>
            <w:tcW w:w="3240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Öğretim</w:t>
            </w:r>
            <w:proofErr w:type="spellEnd"/>
          </w:p>
        </w:tc>
        <w:tc>
          <w:tcPr>
            <w:tcW w:w="2592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Dr. Öğr. Üyesi Gülay YILMAZ</w:t>
            </w:r>
          </w:p>
        </w:tc>
        <w:tc>
          <w:tcPr>
            <w:tcW w:w="4126" w:type="dxa"/>
            <w:shd w:val="clear" w:color="auto" w:fill="CCECFF"/>
            <w:vAlign w:val="center"/>
          </w:tcPr>
          <w:p w:rsidR="00317494" w:rsidRPr="006A0DE6" w:rsidRDefault="00317494" w:rsidP="0033226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Doç. Dr. Selda YÜZER ALSAÇ; Dr. Öğr. Üyesi Aybike BAHÇELİ; Arş. Gör.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Seher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 DÖNER</w:t>
            </w:r>
            <w:r w:rsidR="00332260" w:rsidRPr="006A0DE6">
              <w:rPr>
                <w:rFonts w:cs="Arial"/>
                <w:sz w:val="14"/>
                <w:szCs w:val="14"/>
              </w:rPr>
              <w:t xml:space="preserve"> </w:t>
            </w:r>
          </w:p>
        </w:tc>
      </w:tr>
      <w:tr w:rsidR="00317494" w:rsidRPr="006A0DE6" w:rsidTr="00755AF9">
        <w:trPr>
          <w:jc w:val="center"/>
        </w:trPr>
        <w:tc>
          <w:tcPr>
            <w:tcW w:w="1584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13.11.2026 </w:t>
            </w:r>
          </w:p>
        </w:tc>
        <w:tc>
          <w:tcPr>
            <w:tcW w:w="1096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13.00–14.00</w:t>
            </w:r>
          </w:p>
        </w:tc>
        <w:tc>
          <w:tcPr>
            <w:tcW w:w="3240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Mesleki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İngilizce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I</w:t>
            </w:r>
          </w:p>
        </w:tc>
        <w:tc>
          <w:tcPr>
            <w:tcW w:w="2592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Doç. Dr. Selda YÜZER ALSAÇ</w:t>
            </w:r>
          </w:p>
        </w:tc>
        <w:tc>
          <w:tcPr>
            <w:tcW w:w="4126" w:type="dxa"/>
            <w:shd w:val="clear" w:color="auto" w:fill="CCECFF"/>
            <w:vAlign w:val="center"/>
          </w:tcPr>
          <w:p w:rsidR="00317494" w:rsidRPr="006A0DE6" w:rsidRDefault="00332260" w:rsidP="0033226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Aybike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BAHÇELİ</w:t>
            </w:r>
            <w:r w:rsidR="00317494" w:rsidRPr="006A0DE6">
              <w:rPr>
                <w:rFonts w:cs="Arial"/>
                <w:sz w:val="14"/>
                <w:szCs w:val="14"/>
              </w:rPr>
              <w:t xml:space="preserve">; </w:t>
            </w:r>
            <w:r w:rsidR="00AC3295"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="00AC3295"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="00AC3295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AC3295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AC3295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AC3295" w:rsidRPr="006A0DE6">
              <w:rPr>
                <w:rFonts w:cs="Arial"/>
                <w:sz w:val="14"/>
                <w:szCs w:val="14"/>
              </w:rPr>
              <w:t>Hacer</w:t>
            </w:r>
            <w:proofErr w:type="spellEnd"/>
            <w:r w:rsidR="00AC3295" w:rsidRPr="006A0DE6">
              <w:rPr>
                <w:rFonts w:cs="Arial"/>
                <w:sz w:val="14"/>
                <w:szCs w:val="14"/>
              </w:rPr>
              <w:t xml:space="preserve"> DEMİRKOL; </w:t>
            </w:r>
            <w:proofErr w:type="spellStart"/>
            <w:r w:rsidR="00317494"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="00317494" w:rsidRPr="006A0DE6">
              <w:rPr>
                <w:rFonts w:cs="Arial"/>
                <w:sz w:val="14"/>
                <w:szCs w:val="14"/>
              </w:rPr>
              <w:t>. Gör. Seher DÖNER</w:t>
            </w:r>
          </w:p>
        </w:tc>
      </w:tr>
      <w:tr w:rsidR="00317494" w:rsidRPr="006A0DE6" w:rsidTr="00755AF9">
        <w:trPr>
          <w:jc w:val="center"/>
        </w:trPr>
        <w:tc>
          <w:tcPr>
            <w:tcW w:w="1584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12.11.2026 </w:t>
            </w:r>
          </w:p>
        </w:tc>
        <w:tc>
          <w:tcPr>
            <w:tcW w:w="1096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11.00–12.00</w:t>
            </w:r>
          </w:p>
        </w:tc>
        <w:tc>
          <w:tcPr>
            <w:tcW w:w="3240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Çocuk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Sağliği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Hastaliklari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Hemşireliği</w:t>
            </w:r>
            <w:proofErr w:type="spellEnd"/>
          </w:p>
        </w:tc>
        <w:tc>
          <w:tcPr>
            <w:tcW w:w="2592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Doç. Dr. Ayşe Ş. TAPLAK</w:t>
            </w:r>
          </w:p>
        </w:tc>
        <w:tc>
          <w:tcPr>
            <w:tcW w:w="4126" w:type="dxa"/>
            <w:shd w:val="clear" w:color="auto" w:fill="CCECFF"/>
            <w:vAlign w:val="center"/>
          </w:tcPr>
          <w:p w:rsidR="00317494" w:rsidRPr="006A0DE6" w:rsidRDefault="00317494" w:rsidP="0033226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Doç. Dr. Sevim ÇİMKE; Dr. Öğr. Üyesi Münevver ÖZCAN; Arş. Gör.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Seher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 DÖNER</w:t>
            </w:r>
          </w:p>
        </w:tc>
      </w:tr>
      <w:tr w:rsidR="00317494" w:rsidRPr="006A0DE6" w:rsidTr="00755AF9">
        <w:trPr>
          <w:jc w:val="center"/>
        </w:trPr>
        <w:tc>
          <w:tcPr>
            <w:tcW w:w="1584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11.11.2026 </w:t>
            </w:r>
          </w:p>
        </w:tc>
        <w:tc>
          <w:tcPr>
            <w:tcW w:w="1096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15.00–16.00</w:t>
            </w:r>
          </w:p>
        </w:tc>
        <w:tc>
          <w:tcPr>
            <w:tcW w:w="3240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Araştirma</w:t>
            </w:r>
            <w:proofErr w:type="spellEnd"/>
          </w:p>
        </w:tc>
        <w:tc>
          <w:tcPr>
            <w:tcW w:w="2592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Dr. Öğr. Üyesi Dilek YILDIRIM GÜRKAN</w:t>
            </w:r>
          </w:p>
        </w:tc>
        <w:tc>
          <w:tcPr>
            <w:tcW w:w="4126" w:type="dxa"/>
            <w:shd w:val="clear" w:color="auto" w:fill="CCECFF"/>
            <w:vAlign w:val="center"/>
          </w:tcPr>
          <w:p w:rsidR="00317494" w:rsidRPr="006A0DE6" w:rsidRDefault="006A0DE6" w:rsidP="0033226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. Dr. Suzan TEKAYAZ</w:t>
            </w:r>
            <w:r w:rsidR="00317494" w:rsidRPr="006A0DE6">
              <w:rPr>
                <w:rFonts w:cs="Arial"/>
                <w:sz w:val="14"/>
                <w:szCs w:val="14"/>
              </w:rPr>
              <w:t>;</w:t>
            </w:r>
            <w:r w:rsidR="00332260" w:rsidRPr="006A0DE6">
              <w:rPr>
                <w:rFonts w:cs="Arial"/>
                <w:sz w:val="14"/>
                <w:szCs w:val="14"/>
              </w:rPr>
              <w:t xml:space="preserve"> </w:t>
            </w:r>
            <w:r w:rsidR="00332260" w:rsidRPr="006A0DE6">
              <w:rPr>
                <w:rFonts w:cs="Arial"/>
                <w:sz w:val="14"/>
                <w:szCs w:val="14"/>
              </w:rPr>
              <w:t xml:space="preserve">Dr. Öğr.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Münevver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 ÖZCAN</w:t>
            </w:r>
            <w:r w:rsidR="00317494" w:rsidRPr="006A0DE6">
              <w:rPr>
                <w:rFonts w:cs="Arial"/>
                <w:sz w:val="14"/>
                <w:szCs w:val="14"/>
              </w:rPr>
              <w:t xml:space="preserve">; </w:t>
            </w:r>
            <w:proofErr w:type="spellStart"/>
            <w:r w:rsidR="00317494"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="00317494" w:rsidRPr="006A0DE6">
              <w:rPr>
                <w:rFonts w:cs="Arial"/>
                <w:sz w:val="14"/>
                <w:szCs w:val="14"/>
              </w:rPr>
              <w:t xml:space="preserve">. Gör. </w:t>
            </w:r>
            <w:proofErr w:type="spellStart"/>
            <w:r w:rsidR="00792941"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="00792941"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  <w:tr w:rsidR="00317494" w:rsidRPr="006A0DE6" w:rsidTr="00755AF9">
        <w:trPr>
          <w:jc w:val="center"/>
        </w:trPr>
        <w:tc>
          <w:tcPr>
            <w:tcW w:w="1584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11.11.2026 </w:t>
            </w:r>
          </w:p>
        </w:tc>
        <w:tc>
          <w:tcPr>
            <w:tcW w:w="1096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11.00–12.00</w:t>
            </w:r>
          </w:p>
        </w:tc>
        <w:tc>
          <w:tcPr>
            <w:tcW w:w="3240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Epidemiyoloji</w:t>
            </w:r>
            <w:proofErr w:type="spellEnd"/>
          </w:p>
        </w:tc>
        <w:tc>
          <w:tcPr>
            <w:tcW w:w="2592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Doç. Dr. Tuğba UZUNÇAKMAK</w:t>
            </w:r>
          </w:p>
        </w:tc>
        <w:tc>
          <w:tcPr>
            <w:tcW w:w="4126" w:type="dxa"/>
            <w:shd w:val="clear" w:color="auto" w:fill="CCECFF"/>
            <w:vAlign w:val="center"/>
          </w:tcPr>
          <w:p w:rsidR="00317494" w:rsidRPr="006A0DE6" w:rsidRDefault="00317494" w:rsidP="0033226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Doç. Dr. Suzan TEKAYAZ; Dr. Öğr. Üyesi Esra ÖZBUDAK ARICA; Arş. Gör.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  <w:tr w:rsidR="00317494" w:rsidRPr="006A0DE6" w:rsidTr="00755AF9">
        <w:trPr>
          <w:jc w:val="center"/>
        </w:trPr>
        <w:tc>
          <w:tcPr>
            <w:tcW w:w="1584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9.11.2026 </w:t>
            </w:r>
          </w:p>
        </w:tc>
        <w:tc>
          <w:tcPr>
            <w:tcW w:w="1096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11.00–12.00</w:t>
            </w:r>
          </w:p>
        </w:tc>
        <w:tc>
          <w:tcPr>
            <w:tcW w:w="3240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Çocuk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Ruh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Sağliği</w:t>
            </w:r>
            <w:proofErr w:type="spellEnd"/>
          </w:p>
        </w:tc>
        <w:tc>
          <w:tcPr>
            <w:tcW w:w="2592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Doç. Dr. Esin CERİT</w:t>
            </w:r>
          </w:p>
        </w:tc>
        <w:tc>
          <w:tcPr>
            <w:tcW w:w="4126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Hacer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DEMİRKOL; </w:t>
            </w:r>
            <w:r w:rsidR="00AC3295"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="00AC3295"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="00AC3295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AC3295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AC3295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AC3295" w:rsidRPr="006A0DE6">
              <w:rPr>
                <w:rFonts w:cs="Arial"/>
                <w:sz w:val="14"/>
                <w:szCs w:val="14"/>
              </w:rPr>
              <w:t>Münevver</w:t>
            </w:r>
            <w:proofErr w:type="spellEnd"/>
            <w:r w:rsidR="00AC3295" w:rsidRPr="006A0DE6">
              <w:rPr>
                <w:rFonts w:cs="Arial"/>
                <w:sz w:val="14"/>
                <w:szCs w:val="14"/>
              </w:rPr>
              <w:t xml:space="preserve"> ÖZCAN;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. Gör. Safa YALÇIN</w:t>
            </w:r>
          </w:p>
        </w:tc>
      </w:tr>
      <w:tr w:rsidR="00317494" w:rsidRPr="006A0DE6" w:rsidTr="00755AF9">
        <w:trPr>
          <w:jc w:val="center"/>
        </w:trPr>
        <w:tc>
          <w:tcPr>
            <w:tcW w:w="1584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13.11.2026 </w:t>
            </w:r>
          </w:p>
        </w:tc>
        <w:tc>
          <w:tcPr>
            <w:tcW w:w="1096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11.00–12.00</w:t>
            </w:r>
          </w:p>
        </w:tc>
        <w:tc>
          <w:tcPr>
            <w:tcW w:w="3240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Bilişimi</w:t>
            </w:r>
            <w:proofErr w:type="spellEnd"/>
          </w:p>
        </w:tc>
        <w:tc>
          <w:tcPr>
            <w:tcW w:w="2592" w:type="dxa"/>
            <w:shd w:val="clear" w:color="auto" w:fill="CCECFF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Aybike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BAHÇELİ</w:t>
            </w:r>
          </w:p>
        </w:tc>
        <w:tc>
          <w:tcPr>
            <w:tcW w:w="4126" w:type="dxa"/>
            <w:shd w:val="clear" w:color="auto" w:fill="CCECFF"/>
            <w:vAlign w:val="center"/>
          </w:tcPr>
          <w:p w:rsidR="00317494" w:rsidRPr="006A0DE6" w:rsidRDefault="00332260" w:rsidP="00332260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Gökçen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AYDIN AKBUĞA; Dr. Öğr. Üyesi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Esra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ÖZBUDAK ARICA;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Seher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DÖNER</w:t>
            </w:r>
            <w:r w:rsidRPr="006A0DE6">
              <w:rPr>
                <w:rFonts w:cs="Arial"/>
                <w:sz w:val="14"/>
                <w:szCs w:val="14"/>
              </w:rPr>
              <w:t xml:space="preserve"> </w:t>
            </w:r>
          </w:p>
        </w:tc>
      </w:tr>
      <w:tr w:rsidR="00317494" w:rsidRPr="006A0DE6" w:rsidTr="00755AF9">
        <w:trPr>
          <w:jc w:val="center"/>
        </w:trPr>
        <w:tc>
          <w:tcPr>
            <w:tcW w:w="1584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9</w:t>
            </w:r>
            <w:r w:rsidR="00332260">
              <w:rPr>
                <w:rFonts w:cs="Arial"/>
                <w:sz w:val="14"/>
                <w:szCs w:val="14"/>
              </w:rPr>
              <w:t>.</w:t>
            </w:r>
            <w:r w:rsidRPr="006A0DE6">
              <w:rPr>
                <w:rFonts w:cs="Arial"/>
                <w:sz w:val="14"/>
                <w:szCs w:val="14"/>
              </w:rPr>
              <w:t xml:space="preserve">11.2026 </w:t>
            </w:r>
          </w:p>
        </w:tc>
        <w:tc>
          <w:tcPr>
            <w:tcW w:w="1096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14.00–15.00</w:t>
            </w:r>
          </w:p>
        </w:tc>
        <w:tc>
          <w:tcPr>
            <w:tcW w:w="3240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Bakim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Yönetimi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-I: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İç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Hastaliklari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Hemşireliği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Uyg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.</w:t>
            </w:r>
          </w:p>
        </w:tc>
        <w:tc>
          <w:tcPr>
            <w:tcW w:w="2592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Dr. Öğr. Üyesi Münevver ÖZCAN</w:t>
            </w:r>
          </w:p>
        </w:tc>
        <w:tc>
          <w:tcPr>
            <w:tcW w:w="4126" w:type="dxa"/>
            <w:shd w:val="clear" w:color="auto" w:fill="FFFFCC"/>
            <w:vAlign w:val="center"/>
          </w:tcPr>
          <w:p w:rsidR="00317494" w:rsidRPr="006A0DE6" w:rsidRDefault="00836E84" w:rsidP="00317494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Funda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GÜLEROĞLU; </w:t>
            </w:r>
            <w:r w:rsidR="00317494" w:rsidRPr="006A0DE6">
              <w:rPr>
                <w:rFonts w:cs="Arial"/>
                <w:sz w:val="14"/>
                <w:szCs w:val="14"/>
              </w:rPr>
              <w:t xml:space="preserve">Dr. Öğr. </w:t>
            </w:r>
            <w:proofErr w:type="spellStart"/>
            <w:r w:rsidR="00317494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317494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317494" w:rsidRPr="006A0DE6">
              <w:rPr>
                <w:rFonts w:cs="Arial"/>
                <w:sz w:val="14"/>
                <w:szCs w:val="14"/>
              </w:rPr>
              <w:t>Gülay</w:t>
            </w:r>
            <w:proofErr w:type="spellEnd"/>
            <w:r w:rsidR="00317494" w:rsidRPr="006A0DE6">
              <w:rPr>
                <w:rFonts w:cs="Arial"/>
                <w:sz w:val="14"/>
                <w:szCs w:val="14"/>
              </w:rPr>
              <w:t xml:space="preserve"> YILMAZ; </w:t>
            </w:r>
            <w:r w:rsidR="006A0DE6"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Aybike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 BAHÇELİ</w:t>
            </w:r>
          </w:p>
        </w:tc>
      </w:tr>
      <w:tr w:rsidR="00317494" w:rsidRPr="006A0DE6" w:rsidTr="00755AF9">
        <w:trPr>
          <w:jc w:val="center"/>
        </w:trPr>
        <w:tc>
          <w:tcPr>
            <w:tcW w:w="1584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10.11.202</w:t>
            </w:r>
          </w:p>
        </w:tc>
        <w:tc>
          <w:tcPr>
            <w:tcW w:w="1096" w:type="dxa"/>
            <w:shd w:val="clear" w:color="auto" w:fill="FFFFCC"/>
            <w:vAlign w:val="center"/>
          </w:tcPr>
          <w:p w:rsidR="00317494" w:rsidRPr="006A0DE6" w:rsidRDefault="00317494" w:rsidP="00743F51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</w:t>
            </w:r>
            <w:r w:rsidR="00743F51">
              <w:rPr>
                <w:rFonts w:cs="Arial"/>
                <w:sz w:val="14"/>
                <w:szCs w:val="14"/>
              </w:rPr>
              <w:t>0.00–11</w:t>
            </w:r>
            <w:r w:rsidRPr="006A0DE6">
              <w:rPr>
                <w:rFonts w:cs="Arial"/>
                <w:sz w:val="14"/>
                <w:szCs w:val="14"/>
              </w:rPr>
              <w:t>.00</w:t>
            </w:r>
          </w:p>
        </w:tc>
        <w:tc>
          <w:tcPr>
            <w:tcW w:w="3240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Bakim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Yönetimi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-I: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Cerrahi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Hastaliklari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Hemşireliği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Uyg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.</w:t>
            </w:r>
          </w:p>
        </w:tc>
        <w:tc>
          <w:tcPr>
            <w:tcW w:w="2592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Doç. Dr. Gökçen AYDIN AKBUĞA</w:t>
            </w:r>
          </w:p>
        </w:tc>
        <w:tc>
          <w:tcPr>
            <w:tcW w:w="4126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Doç. Dr. Özlem ŞAHİN AKBOĞA; 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Aybike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BAHÇELİ; </w:t>
            </w:r>
            <w:r w:rsidR="00AC3295"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="00AC3295"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="00AC3295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AC3295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AC3295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AC3295" w:rsidRPr="006A0DE6">
              <w:rPr>
                <w:rFonts w:cs="Arial"/>
                <w:sz w:val="14"/>
                <w:szCs w:val="14"/>
              </w:rPr>
              <w:t>Münevver</w:t>
            </w:r>
            <w:proofErr w:type="spellEnd"/>
            <w:r w:rsidR="00AC3295" w:rsidRPr="006A0DE6">
              <w:rPr>
                <w:rFonts w:cs="Arial"/>
                <w:sz w:val="14"/>
                <w:szCs w:val="14"/>
              </w:rPr>
              <w:t xml:space="preserve"> ÖZCAN</w:t>
            </w:r>
          </w:p>
        </w:tc>
      </w:tr>
      <w:tr w:rsidR="00317494" w:rsidRPr="006A0DE6" w:rsidTr="00755AF9">
        <w:trPr>
          <w:jc w:val="center"/>
        </w:trPr>
        <w:tc>
          <w:tcPr>
            <w:tcW w:w="1584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11.11.2026 </w:t>
            </w:r>
          </w:p>
        </w:tc>
        <w:tc>
          <w:tcPr>
            <w:tcW w:w="1096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14.00–15.00</w:t>
            </w:r>
          </w:p>
        </w:tc>
        <w:tc>
          <w:tcPr>
            <w:tcW w:w="3240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Toplumsal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Cinsiyet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Sağlik</w:t>
            </w:r>
            <w:proofErr w:type="spellEnd"/>
          </w:p>
        </w:tc>
        <w:tc>
          <w:tcPr>
            <w:tcW w:w="2592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Dr. Öğr. Üyesi Şeniz ASLAN</w:t>
            </w:r>
          </w:p>
        </w:tc>
        <w:tc>
          <w:tcPr>
            <w:tcW w:w="4126" w:type="dxa"/>
            <w:shd w:val="clear" w:color="auto" w:fill="FFFFCC"/>
            <w:vAlign w:val="center"/>
          </w:tcPr>
          <w:p w:rsidR="00317494" w:rsidRPr="006A0DE6" w:rsidRDefault="00317494" w:rsidP="00332260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Doç. Dr. Suzan TEKAYAZ; </w:t>
            </w:r>
            <w:r w:rsidR="00332260"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Münevver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 ÖZCAN;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332260"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="00332260"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  <w:tr w:rsidR="00317494" w:rsidRPr="006A0DE6" w:rsidTr="00755AF9">
        <w:trPr>
          <w:jc w:val="center"/>
        </w:trPr>
        <w:tc>
          <w:tcPr>
            <w:tcW w:w="1584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12.11.2026 </w:t>
            </w:r>
          </w:p>
        </w:tc>
        <w:tc>
          <w:tcPr>
            <w:tcW w:w="1096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14.00–15.00</w:t>
            </w:r>
          </w:p>
        </w:tc>
        <w:tc>
          <w:tcPr>
            <w:tcW w:w="3240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Bakim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Yönetimi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-I: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Ruh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Sağliği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Hastaliklari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Hemşireliği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Uyg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.</w:t>
            </w:r>
          </w:p>
        </w:tc>
        <w:tc>
          <w:tcPr>
            <w:tcW w:w="2592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Doç. Dr. Esin CERİT</w:t>
            </w:r>
          </w:p>
        </w:tc>
        <w:tc>
          <w:tcPr>
            <w:tcW w:w="4126" w:type="dxa"/>
            <w:shd w:val="clear" w:color="auto" w:fill="FFFFCC"/>
            <w:vAlign w:val="center"/>
          </w:tcPr>
          <w:p w:rsidR="00317494" w:rsidRPr="006A0DE6" w:rsidRDefault="00317494" w:rsidP="00743F51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Doç. Dr.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Selda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YÜZER ALSAÇ; </w:t>
            </w:r>
            <w:proofErr w:type="spellStart"/>
            <w:r w:rsidR="00743F51" w:rsidRPr="006A0DE6">
              <w:rPr>
                <w:rFonts w:cs="Arial"/>
                <w:sz w:val="14"/>
                <w:szCs w:val="14"/>
              </w:rPr>
              <w:t>Doç</w:t>
            </w:r>
            <w:proofErr w:type="spellEnd"/>
            <w:r w:rsidR="00743F51" w:rsidRPr="006A0DE6">
              <w:rPr>
                <w:rFonts w:cs="Arial"/>
                <w:sz w:val="14"/>
                <w:szCs w:val="14"/>
              </w:rPr>
              <w:t xml:space="preserve">. Dr. Ayşe Ş. TAPLAK </w:t>
            </w:r>
            <w:r w:rsidR="00332260">
              <w:rPr>
                <w:rFonts w:cs="Arial"/>
                <w:sz w:val="14"/>
                <w:szCs w:val="14"/>
              </w:rPr>
              <w:t xml:space="preserve">Dr. Öğr. </w:t>
            </w:r>
            <w:proofErr w:type="spellStart"/>
            <w:r w:rsidR="00332260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332260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332260">
              <w:rPr>
                <w:rFonts w:cs="Arial"/>
                <w:sz w:val="14"/>
                <w:szCs w:val="14"/>
              </w:rPr>
              <w:t>Hacer</w:t>
            </w:r>
            <w:proofErr w:type="spellEnd"/>
            <w:r w:rsidR="00332260">
              <w:rPr>
                <w:rFonts w:cs="Arial"/>
                <w:sz w:val="14"/>
                <w:szCs w:val="14"/>
              </w:rPr>
              <w:t xml:space="preserve"> DEMİRKOL</w:t>
            </w:r>
          </w:p>
        </w:tc>
      </w:tr>
      <w:tr w:rsidR="00317494" w:rsidRPr="006A0DE6" w:rsidTr="00755AF9">
        <w:trPr>
          <w:jc w:val="center"/>
        </w:trPr>
        <w:tc>
          <w:tcPr>
            <w:tcW w:w="1584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13.11.2026 </w:t>
            </w:r>
          </w:p>
        </w:tc>
        <w:tc>
          <w:tcPr>
            <w:tcW w:w="1096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14.00–15.00</w:t>
            </w:r>
          </w:p>
        </w:tc>
        <w:tc>
          <w:tcPr>
            <w:tcW w:w="3240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sz w:val="14"/>
                <w:szCs w:val="14"/>
              </w:rPr>
              <w:t>Hemşirelikte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Bakim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Yönetimi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-I: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Halk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Sağliği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Hastaliklari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Hemşireliği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Uyg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.</w:t>
            </w:r>
          </w:p>
        </w:tc>
        <w:tc>
          <w:tcPr>
            <w:tcW w:w="2592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>Doç. Dr. Tuğba UZUNÇAKMAK</w:t>
            </w:r>
          </w:p>
        </w:tc>
        <w:tc>
          <w:tcPr>
            <w:tcW w:w="4126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Doç. Dr. Esin CERİT; Dr. Öğr.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Gülay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YILMAZ; </w:t>
            </w:r>
            <w:r w:rsidR="006A0DE6" w:rsidRPr="006A0DE6">
              <w:rPr>
                <w:rFonts w:cs="Arial"/>
                <w:sz w:val="14"/>
                <w:szCs w:val="14"/>
              </w:rPr>
              <w:t xml:space="preserve">Dr.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Öğr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Üyesi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="006A0DE6" w:rsidRPr="006A0DE6">
              <w:rPr>
                <w:rFonts w:cs="Arial"/>
                <w:sz w:val="14"/>
                <w:szCs w:val="14"/>
              </w:rPr>
              <w:t>Aybike</w:t>
            </w:r>
            <w:proofErr w:type="spellEnd"/>
            <w:r w:rsidR="006A0DE6" w:rsidRPr="006A0DE6">
              <w:rPr>
                <w:rFonts w:cs="Arial"/>
                <w:sz w:val="14"/>
                <w:szCs w:val="14"/>
              </w:rPr>
              <w:t xml:space="preserve"> BAHÇELİ</w:t>
            </w:r>
          </w:p>
        </w:tc>
      </w:tr>
      <w:tr w:rsidR="00317494" w:rsidRPr="006A0DE6" w:rsidTr="00755AF9">
        <w:trPr>
          <w:jc w:val="center"/>
        </w:trPr>
        <w:tc>
          <w:tcPr>
            <w:tcW w:w="1584" w:type="dxa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1054" w:type="dxa"/>
            <w:gridSpan w:val="4"/>
            <w:shd w:val="clear" w:color="auto" w:fill="FFFFCC"/>
            <w:vAlign w:val="center"/>
          </w:tcPr>
          <w:p w:rsidR="00317494" w:rsidRPr="006A0DE6" w:rsidRDefault="00317494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sz w:val="14"/>
                <w:szCs w:val="14"/>
              </w:rPr>
              <w:t xml:space="preserve">Alan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Dışı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Derslerde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Asenkron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Ders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içerisine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yüklenen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10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Haftalık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Quizler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Vize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Sınavını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oluşturacaktır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BOYSİS'te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yüklenen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sınavlar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takip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sz w:val="14"/>
                <w:szCs w:val="14"/>
              </w:rPr>
              <w:t>edilmelidir</w:t>
            </w:r>
            <w:proofErr w:type="spellEnd"/>
            <w:r w:rsidRPr="006A0DE6">
              <w:rPr>
                <w:rFonts w:cs="Arial"/>
                <w:sz w:val="14"/>
                <w:szCs w:val="14"/>
              </w:rPr>
              <w:t>.</w:t>
            </w:r>
          </w:p>
        </w:tc>
      </w:tr>
      <w:tr w:rsidR="00755AF9" w:rsidRPr="006A0DE6" w:rsidTr="00755AF9">
        <w:trPr>
          <w:jc w:val="center"/>
        </w:trPr>
        <w:tc>
          <w:tcPr>
            <w:tcW w:w="1584" w:type="dxa"/>
            <w:shd w:val="clear" w:color="auto" w:fill="FFFFCC"/>
            <w:vAlign w:val="center"/>
          </w:tcPr>
          <w:p w:rsidR="00755AF9" w:rsidRPr="006A0DE6" w:rsidRDefault="00755AF9" w:rsidP="00317494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color w:val="000000"/>
                <w:sz w:val="14"/>
                <w:szCs w:val="14"/>
              </w:rPr>
              <w:t>10.11.2026</w:t>
            </w:r>
          </w:p>
        </w:tc>
        <w:tc>
          <w:tcPr>
            <w:tcW w:w="1096" w:type="dxa"/>
            <w:shd w:val="clear" w:color="auto" w:fill="FFFFCC"/>
            <w:vAlign w:val="center"/>
          </w:tcPr>
          <w:p w:rsidR="00755AF9" w:rsidRPr="006A0DE6" w:rsidRDefault="00755AF9" w:rsidP="00755AF9">
            <w:pPr>
              <w:rPr>
                <w:rFonts w:cs="Arial"/>
                <w:sz w:val="14"/>
                <w:szCs w:val="14"/>
              </w:rPr>
            </w:pPr>
            <w:r w:rsidRPr="006A0DE6">
              <w:rPr>
                <w:rFonts w:cs="Arial"/>
                <w:color w:val="000000"/>
                <w:sz w:val="14"/>
                <w:szCs w:val="14"/>
              </w:rPr>
              <w:t xml:space="preserve">13.00–14.45      </w:t>
            </w:r>
          </w:p>
        </w:tc>
        <w:tc>
          <w:tcPr>
            <w:tcW w:w="9958" w:type="dxa"/>
            <w:gridSpan w:val="3"/>
            <w:shd w:val="clear" w:color="auto" w:fill="FFFFCC"/>
            <w:vAlign w:val="center"/>
          </w:tcPr>
          <w:p w:rsidR="00755AF9" w:rsidRPr="006A0DE6" w:rsidRDefault="00755AF9" w:rsidP="00317494">
            <w:pPr>
              <w:rPr>
                <w:rFonts w:cs="Arial"/>
                <w:sz w:val="14"/>
                <w:szCs w:val="14"/>
              </w:rPr>
            </w:pPr>
            <w:proofErr w:type="spellStart"/>
            <w:r w:rsidRPr="006A0DE6">
              <w:rPr>
                <w:rFonts w:cs="Arial"/>
                <w:color w:val="000000"/>
                <w:sz w:val="14"/>
                <w:szCs w:val="14"/>
              </w:rPr>
              <w:t>Formasyon</w:t>
            </w:r>
            <w:proofErr w:type="spellEnd"/>
            <w:r w:rsidRPr="006A0DE6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A0DE6">
              <w:rPr>
                <w:rFonts w:cs="Arial"/>
                <w:color w:val="000000"/>
                <w:sz w:val="14"/>
                <w:szCs w:val="14"/>
              </w:rPr>
              <w:t>Dersleri</w:t>
            </w:r>
            <w:proofErr w:type="spellEnd"/>
            <w:r w:rsidR="00705E06" w:rsidRPr="006A0DE6">
              <w:rPr>
                <w:rFonts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="00705E06" w:rsidRPr="006A0DE6">
              <w:rPr>
                <w:rFonts w:cs="Arial"/>
                <w:sz w:val="14"/>
                <w:szCs w:val="14"/>
              </w:rPr>
              <w:t>Arş</w:t>
            </w:r>
            <w:proofErr w:type="spellEnd"/>
            <w:r w:rsidR="00705E06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705E06" w:rsidRPr="006A0DE6">
              <w:rPr>
                <w:rFonts w:cs="Arial"/>
                <w:sz w:val="14"/>
                <w:szCs w:val="14"/>
              </w:rPr>
              <w:t>Gör</w:t>
            </w:r>
            <w:proofErr w:type="spellEnd"/>
            <w:r w:rsidR="00705E06" w:rsidRPr="006A0DE6">
              <w:rPr>
                <w:rFonts w:cs="Arial"/>
                <w:sz w:val="14"/>
                <w:szCs w:val="14"/>
              </w:rPr>
              <w:t xml:space="preserve">. </w:t>
            </w:r>
            <w:proofErr w:type="spellStart"/>
            <w:r w:rsidR="00705E06" w:rsidRPr="006A0DE6">
              <w:rPr>
                <w:rFonts w:cs="Arial"/>
                <w:sz w:val="14"/>
                <w:szCs w:val="14"/>
              </w:rPr>
              <w:t>Safa</w:t>
            </w:r>
            <w:proofErr w:type="spellEnd"/>
            <w:r w:rsidR="00705E06" w:rsidRPr="006A0DE6">
              <w:rPr>
                <w:rFonts w:cs="Arial"/>
                <w:sz w:val="14"/>
                <w:szCs w:val="14"/>
              </w:rPr>
              <w:t xml:space="preserve"> YALÇIN</w:t>
            </w:r>
          </w:p>
        </w:tc>
      </w:tr>
    </w:tbl>
    <w:p w:rsidR="009F03AE" w:rsidRDefault="009F03AE"/>
    <w:sectPr w:rsidR="009F03AE" w:rsidSect="00034616">
      <w:pgSz w:w="15840" w:h="12240" w:orient="landscape"/>
      <w:pgMar w:top="648" w:right="504" w:bottom="648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111A"/>
    <w:rsid w:val="00117CF8"/>
    <w:rsid w:val="0015074B"/>
    <w:rsid w:val="0029639D"/>
    <w:rsid w:val="002C76C9"/>
    <w:rsid w:val="00317494"/>
    <w:rsid w:val="00326F90"/>
    <w:rsid w:val="00332260"/>
    <w:rsid w:val="004C12DE"/>
    <w:rsid w:val="005507AC"/>
    <w:rsid w:val="00635218"/>
    <w:rsid w:val="006A0DE6"/>
    <w:rsid w:val="00705E06"/>
    <w:rsid w:val="00743F51"/>
    <w:rsid w:val="00755AF9"/>
    <w:rsid w:val="00792941"/>
    <w:rsid w:val="00836E84"/>
    <w:rsid w:val="009F03AE"/>
    <w:rsid w:val="00AA1D8D"/>
    <w:rsid w:val="00AC3295"/>
    <w:rsid w:val="00AC383E"/>
    <w:rsid w:val="00B47730"/>
    <w:rsid w:val="00BB7556"/>
    <w:rsid w:val="00CB0664"/>
    <w:rsid w:val="00DA2EF0"/>
    <w:rsid w:val="00DA463B"/>
    <w:rsid w:val="00E77440"/>
    <w:rsid w:val="00EC756C"/>
    <w:rsid w:val="00EF7527"/>
    <w:rsid w:val="00F979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39FE622-6736-44A5-950F-9748CB94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3D1C48-40AE-4887-8FD5-0F98F966C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724</Words>
  <Characters>4131</Characters>
  <Application>Microsoft Office Word</Application>
  <DocSecurity>0</DocSecurity>
  <Lines>34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4846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17</cp:revision>
  <dcterms:created xsi:type="dcterms:W3CDTF">2013-12-23T23:15:00Z</dcterms:created>
  <dcterms:modified xsi:type="dcterms:W3CDTF">2026-10-19T10:02:00Z</dcterms:modified>
  <cp:category/>
</cp:coreProperties>
</file>