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1" w:type="dxa"/>
        <w:jc w:val="center"/>
        <w:tblBorders>
          <w:bottom w:val="single" w:sz="12" w:space="0" w:color="44546A"/>
        </w:tblBorders>
        <w:tblLook w:val="04A0" w:firstRow="1" w:lastRow="0" w:firstColumn="1" w:lastColumn="0" w:noHBand="0" w:noVBand="1"/>
      </w:tblPr>
      <w:tblGrid>
        <w:gridCol w:w="1276"/>
        <w:gridCol w:w="5401"/>
        <w:gridCol w:w="1828"/>
        <w:gridCol w:w="1676"/>
      </w:tblGrid>
      <w:tr w:rsidR="00476EB5" w:rsidRPr="00476EB5" w14:paraId="242349D0" w14:textId="77777777" w:rsidTr="00C936A5">
        <w:trPr>
          <w:trHeight w:val="283"/>
          <w:jc w:val="center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60C74E6C" w14:textId="05A4FAA0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Calibri" w:cs="Arial"/>
                <w:sz w:val="22"/>
                <w:lang w:val="tr-TR" w:eastAsia="tr-TR"/>
              </w:rPr>
            </w:pPr>
            <w:bookmarkStart w:id="0" w:name="_GoBack"/>
            <w:bookmarkEnd w:id="0"/>
            <w:r w:rsidRPr="00476EB5">
              <w:rPr>
                <w:rFonts w:eastAsia="Calibri" w:cs="Arial"/>
                <w:noProof/>
                <w:sz w:val="22"/>
                <w:lang w:val="tr-TR" w:eastAsia="tr-TR"/>
              </w:rPr>
              <w:drawing>
                <wp:inline distT="0" distB="0" distL="0" distR="0" wp14:anchorId="7A4C6B8F" wp14:editId="65018054">
                  <wp:extent cx="657225" cy="657225"/>
                  <wp:effectExtent l="0" t="0" r="9525" b="9525"/>
                  <wp:docPr id="2" name="Resim 2" descr="C:\Users\Fujitsu\Desktop\zw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7757317" descr="C:\Users\Fujitsu\Desktop\zwew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1" w:type="dxa"/>
            <w:tcBorders>
              <w:right w:val="single" w:sz="18" w:space="0" w:color="E30713"/>
            </w:tcBorders>
            <w:shd w:val="clear" w:color="auto" w:fill="auto"/>
            <w:vAlign w:val="center"/>
          </w:tcPr>
          <w:p w14:paraId="591880A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  <w:t>YOZGAT BOZOK ÜNİVERSİTESİ</w:t>
            </w:r>
          </w:p>
        </w:tc>
        <w:tc>
          <w:tcPr>
            <w:tcW w:w="1828" w:type="dxa"/>
            <w:tcBorders>
              <w:right w:val="nil"/>
            </w:tcBorders>
            <w:shd w:val="clear" w:color="auto" w:fill="auto"/>
            <w:vAlign w:val="center"/>
          </w:tcPr>
          <w:p w14:paraId="1C0BF3A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tr-TR" w:eastAsia="tr-TR"/>
              </w:rPr>
              <w:t>Doküman Kodu</w:t>
            </w:r>
          </w:p>
        </w:tc>
        <w:tc>
          <w:tcPr>
            <w:tcW w:w="1676" w:type="dxa"/>
            <w:tcBorders>
              <w:left w:val="nil"/>
              <w:right w:val="single" w:sz="18" w:space="0" w:color="E30713"/>
            </w:tcBorders>
            <w:shd w:val="clear" w:color="auto" w:fill="auto"/>
            <w:vAlign w:val="center"/>
          </w:tcPr>
          <w:p w14:paraId="118E88D0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noProof/>
                <w:color w:val="E30713"/>
                <w:sz w:val="16"/>
                <w:szCs w:val="16"/>
                <w:lang w:val="tr-TR" w:eastAsia="tr-TR"/>
              </w:rPr>
              <w:t>KYT-FRM-389</w:t>
            </w:r>
          </w:p>
        </w:tc>
      </w:tr>
      <w:tr w:rsidR="00476EB5" w:rsidRPr="00476EB5" w14:paraId="0DC77E59" w14:textId="77777777" w:rsidTr="00C936A5">
        <w:trPr>
          <w:trHeight w:val="283"/>
          <w:jc w:val="center"/>
        </w:trPr>
        <w:tc>
          <w:tcPr>
            <w:tcW w:w="1276" w:type="dxa"/>
            <w:vMerge/>
            <w:shd w:val="clear" w:color="auto" w:fill="auto"/>
            <w:vAlign w:val="center"/>
          </w:tcPr>
          <w:p w14:paraId="78D3778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Arial"/>
                <w:noProof/>
                <w:sz w:val="22"/>
                <w:lang w:val="tr-TR" w:eastAsia="tr-TR"/>
              </w:rPr>
            </w:pPr>
          </w:p>
        </w:tc>
        <w:tc>
          <w:tcPr>
            <w:tcW w:w="5401" w:type="dxa"/>
            <w:vMerge w:val="restart"/>
            <w:tcBorders>
              <w:right w:val="single" w:sz="18" w:space="0" w:color="E30713"/>
            </w:tcBorders>
            <w:shd w:val="clear" w:color="auto" w:fill="auto"/>
            <w:vAlign w:val="center"/>
          </w:tcPr>
          <w:p w14:paraId="639D03AE" w14:textId="77777777" w:rsidR="00476EB5" w:rsidRPr="00476EB5" w:rsidRDefault="00476EB5" w:rsidP="00476EB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</w:pPr>
            <w:r w:rsidRPr="00476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  <w:t xml:space="preserve">7592 SAYILI KANUN / GEÇİCİ MADDE 85 </w:t>
            </w:r>
          </w:p>
          <w:p w14:paraId="19A30673" w14:textId="77777777" w:rsidR="00476EB5" w:rsidRPr="00476EB5" w:rsidRDefault="00476EB5" w:rsidP="0047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476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  <w:t>2026 ÖĞRENCİ AFFI BAŞVURU FORMU</w:t>
            </w:r>
          </w:p>
        </w:tc>
        <w:tc>
          <w:tcPr>
            <w:tcW w:w="1828" w:type="dxa"/>
            <w:tcBorders>
              <w:right w:val="nil"/>
            </w:tcBorders>
            <w:shd w:val="clear" w:color="auto" w:fill="auto"/>
            <w:vAlign w:val="center"/>
          </w:tcPr>
          <w:p w14:paraId="1E3B3442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tr-TR" w:eastAsia="tr-TR"/>
              </w:rPr>
              <w:t>İlk Yayın Tarihi</w:t>
            </w:r>
          </w:p>
        </w:tc>
        <w:tc>
          <w:tcPr>
            <w:tcW w:w="1676" w:type="dxa"/>
            <w:tcBorders>
              <w:left w:val="nil"/>
              <w:right w:val="single" w:sz="18" w:space="0" w:color="E30713"/>
            </w:tcBorders>
            <w:shd w:val="clear" w:color="auto" w:fill="auto"/>
            <w:vAlign w:val="center"/>
          </w:tcPr>
          <w:p w14:paraId="60509095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color w:val="E30713"/>
                <w:sz w:val="16"/>
                <w:szCs w:val="16"/>
                <w:lang w:val="tr-TR" w:eastAsia="tr-TR"/>
              </w:rPr>
              <w:t>19.08.2026</w:t>
            </w:r>
          </w:p>
        </w:tc>
      </w:tr>
      <w:tr w:rsidR="00476EB5" w:rsidRPr="00476EB5" w14:paraId="201FE214" w14:textId="77777777" w:rsidTr="00C936A5">
        <w:trPr>
          <w:trHeight w:val="283"/>
          <w:jc w:val="center"/>
        </w:trPr>
        <w:tc>
          <w:tcPr>
            <w:tcW w:w="1276" w:type="dxa"/>
            <w:vMerge/>
            <w:shd w:val="clear" w:color="auto" w:fill="auto"/>
          </w:tcPr>
          <w:p w14:paraId="3946C41F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Arial"/>
                <w:noProof/>
                <w:sz w:val="22"/>
                <w:lang w:val="tr-TR" w:eastAsia="tr-TR"/>
              </w:rPr>
            </w:pPr>
          </w:p>
        </w:tc>
        <w:tc>
          <w:tcPr>
            <w:tcW w:w="5401" w:type="dxa"/>
            <w:vMerge/>
            <w:tcBorders>
              <w:right w:val="single" w:sz="18" w:space="0" w:color="E30713"/>
            </w:tcBorders>
            <w:shd w:val="clear" w:color="auto" w:fill="auto"/>
            <w:vAlign w:val="center"/>
          </w:tcPr>
          <w:p w14:paraId="6ADE9E0B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  <w:lang w:val="tr-TR" w:eastAsia="tr-TR"/>
              </w:rPr>
            </w:pPr>
          </w:p>
        </w:tc>
        <w:tc>
          <w:tcPr>
            <w:tcW w:w="18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2027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tr-TR" w:eastAsia="tr-TR"/>
              </w:rPr>
              <w:t>Revizyon Tarihi / No</w:t>
            </w:r>
          </w:p>
        </w:tc>
        <w:tc>
          <w:tcPr>
            <w:tcW w:w="1676" w:type="dxa"/>
            <w:tcBorders>
              <w:left w:val="nil"/>
              <w:bottom w:val="nil"/>
              <w:right w:val="single" w:sz="18" w:space="0" w:color="E30713"/>
            </w:tcBorders>
            <w:shd w:val="clear" w:color="auto" w:fill="auto"/>
            <w:vAlign w:val="center"/>
          </w:tcPr>
          <w:p w14:paraId="40052316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color w:val="E30713"/>
                <w:sz w:val="16"/>
                <w:szCs w:val="16"/>
                <w:lang w:val="tr-TR" w:eastAsia="tr-TR"/>
              </w:rPr>
              <w:t>-</w:t>
            </w:r>
          </w:p>
        </w:tc>
      </w:tr>
      <w:tr w:rsidR="00476EB5" w:rsidRPr="00476EB5" w14:paraId="7E3695F1" w14:textId="77777777" w:rsidTr="00C936A5">
        <w:trPr>
          <w:trHeight w:val="283"/>
          <w:jc w:val="center"/>
        </w:trPr>
        <w:tc>
          <w:tcPr>
            <w:tcW w:w="1276" w:type="dxa"/>
            <w:vMerge/>
            <w:tcBorders>
              <w:bottom w:val="single" w:sz="18" w:space="0" w:color="E30713"/>
            </w:tcBorders>
            <w:shd w:val="clear" w:color="auto" w:fill="auto"/>
          </w:tcPr>
          <w:p w14:paraId="0230E001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Arial"/>
                <w:noProof/>
                <w:sz w:val="22"/>
                <w:lang w:val="tr-TR" w:eastAsia="tr-TR"/>
              </w:rPr>
            </w:pPr>
          </w:p>
        </w:tc>
        <w:tc>
          <w:tcPr>
            <w:tcW w:w="5401" w:type="dxa"/>
            <w:vMerge/>
            <w:tcBorders>
              <w:bottom w:val="single" w:sz="18" w:space="0" w:color="E30713"/>
              <w:right w:val="single" w:sz="18" w:space="0" w:color="E30713"/>
            </w:tcBorders>
            <w:shd w:val="clear" w:color="auto" w:fill="auto"/>
            <w:vAlign w:val="center"/>
          </w:tcPr>
          <w:p w14:paraId="280E2576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Calibri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1828" w:type="dxa"/>
            <w:tcBorders>
              <w:left w:val="nil"/>
              <w:bottom w:val="single" w:sz="18" w:space="0" w:color="E30713"/>
              <w:right w:val="nil"/>
            </w:tcBorders>
            <w:shd w:val="clear" w:color="auto" w:fill="auto"/>
            <w:vAlign w:val="center"/>
          </w:tcPr>
          <w:p w14:paraId="41BFE1F5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  <w:t>Sayfa</w:t>
            </w:r>
          </w:p>
        </w:tc>
        <w:tc>
          <w:tcPr>
            <w:tcW w:w="1676" w:type="dxa"/>
            <w:tcBorders>
              <w:left w:val="nil"/>
              <w:bottom w:val="single" w:sz="18" w:space="0" w:color="E30713"/>
              <w:right w:val="single" w:sz="18" w:space="0" w:color="E30713"/>
            </w:tcBorders>
            <w:shd w:val="clear" w:color="auto" w:fill="auto"/>
            <w:vAlign w:val="center"/>
          </w:tcPr>
          <w:p w14:paraId="794C466C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begin"/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instrText>PAGE  \* Arabic  \* MERGEFORMAT</w:instrTex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separate"/>
            </w:r>
            <w:r w:rsidRPr="00476EB5">
              <w:rPr>
                <w:rFonts w:ascii="Times New Roman" w:eastAsia="Calibri" w:hAnsi="Times New Roman" w:cs="Times New Roman"/>
                <w:bCs/>
                <w:noProof/>
                <w:color w:val="E30713"/>
                <w:sz w:val="16"/>
                <w:szCs w:val="16"/>
                <w:lang w:val="tr-TR" w:eastAsia="tr-TR"/>
              </w:rPr>
              <w:t>1</w: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end"/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t xml:space="preserve"> / </w: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begin"/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instrText>NUMPAGES  \* Arabic  \* MERGEFORMAT</w:instrTex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separate"/>
            </w:r>
            <w:r w:rsidRPr="00476EB5">
              <w:rPr>
                <w:rFonts w:ascii="Times New Roman" w:eastAsia="Calibri" w:hAnsi="Times New Roman" w:cs="Times New Roman"/>
                <w:bCs/>
                <w:noProof/>
                <w:color w:val="E30713"/>
                <w:sz w:val="16"/>
                <w:szCs w:val="16"/>
                <w:lang w:val="tr-TR" w:eastAsia="tr-TR"/>
              </w:rPr>
              <w:t>1</w: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end"/>
            </w:r>
          </w:p>
        </w:tc>
      </w:tr>
    </w:tbl>
    <w:p w14:paraId="1AA0A9E4" w14:textId="77777777" w:rsidR="00A134C7" w:rsidRDefault="00A134C7" w:rsidP="008D6EDB">
      <w:pPr>
        <w:spacing w:after="160"/>
        <w:rPr>
          <w:b/>
        </w:rPr>
      </w:pPr>
    </w:p>
    <w:p w14:paraId="4117B3B3" w14:textId="0BE9925D" w:rsidR="008D6EDB" w:rsidRPr="00476EB5" w:rsidRDefault="00421E10" w:rsidP="008D6EDB">
      <w:pPr>
        <w:spacing w:after="160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Başvuru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Türü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:  </w:t>
      </w:r>
      <w:r w:rsidR="008D6EDB" w:rsidRPr="00476EB5">
        <w:rPr>
          <w:rFonts w:ascii="Times New Roman" w:hAnsi="Times New Roman" w:cs="Times New Roman"/>
          <w:b/>
          <w:sz w:val="18"/>
          <w:szCs w:val="18"/>
        </w:rPr>
        <w:tab/>
      </w:r>
      <w:r w:rsidRPr="00476EB5">
        <w:rPr>
          <w:rFonts w:ascii="Segoe UI Symbol" w:hAnsi="Segoe UI Symbol" w:cs="Segoe UI Symbol"/>
          <w:b/>
          <w:sz w:val="18"/>
          <w:szCs w:val="18"/>
        </w:rPr>
        <w:t>☐</w:t>
      </w:r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İlişiği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Kesilen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Öğrenci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7D372BBE" w14:textId="3D6CFEC1" w:rsidR="00381CD5" w:rsidRPr="00476EB5" w:rsidRDefault="00C54BC6" w:rsidP="00C54BC6">
      <w:pPr>
        <w:spacing w:after="160"/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b/>
          <w:sz w:val="18"/>
          <w:szCs w:val="18"/>
        </w:rPr>
        <w:t xml:space="preserve">                             </w:t>
      </w:r>
      <w:r w:rsidR="00421E10" w:rsidRPr="00476EB5">
        <w:rPr>
          <w:rFonts w:ascii="Segoe UI Symbol" w:hAnsi="Segoe UI Symbol" w:cs="Segoe UI Symbol"/>
          <w:b/>
          <w:sz w:val="18"/>
          <w:szCs w:val="18"/>
        </w:rPr>
        <w:t>☐</w:t>
      </w:r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Kayıt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Hakkı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Kazanıp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Kayıt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Yaptırmayan Aday</w:t>
      </w:r>
    </w:p>
    <w:p w14:paraId="489600D9" w14:textId="3FF7FFB1" w:rsidR="00381CD5" w:rsidRPr="00476EB5" w:rsidRDefault="00421E10">
      <w:pPr>
        <w:spacing w:before="10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t>A. KİŞİSEL BİLGİLER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8D6EDB" w:rsidRPr="00476EB5" w14:paraId="1D1BAF5D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B632B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T.C. Kimlik No / Yabancı Kimlik No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3665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9AF0284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4133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Soyadı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92721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0AAA8D6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06084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Doğum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Uyruğu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6445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233E7B0C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E5B57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Cep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Telefonu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2ECAC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716DBE3E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338E0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E-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posta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9C816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4AB43E53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50F4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Tebligat Adresi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7067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B66102" w14:textId="20A25AD5" w:rsidR="00A134C7" w:rsidRPr="00476EB5" w:rsidRDefault="00A134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FC7E39E" w14:textId="77777777" w:rsidR="00381CD5" w:rsidRPr="00476EB5" w:rsidRDefault="00421E10">
      <w:pPr>
        <w:spacing w:before="10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t>B. ÖĞRENİM / KAYIT HAKKI BİLGİLERİ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8D6EDB" w:rsidRPr="00476EB5" w14:paraId="2606D0B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3310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Akademik Birim (Fakülte/YO/MYO/Enstitü)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7C0A9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6D876084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0B9BD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Bölüm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Program / Anabilim Dalı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284A4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6590B812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9917" w14:textId="03A9F428" w:rsidR="00381CD5" w:rsidRPr="00476EB5" w:rsidRDefault="00710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="00421E10"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ğrenim</w:t>
            </w:r>
            <w:proofErr w:type="spellEnd"/>
            <w:r w:rsidR="00421E10"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421E10"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Düzeyi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41258" w14:textId="38BD00F3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Hazırlık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Önlisans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Tamamlama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Yüksek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Doktora</w:t>
            </w:r>
            <w:proofErr w:type="spellEnd"/>
          </w:p>
        </w:tc>
      </w:tr>
      <w:tr w:rsidR="008D6EDB" w:rsidRPr="00476EB5" w14:paraId="095E78DC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27F46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Öğrenci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 (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varsa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9A07C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041C426D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F522A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İlk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Kayıt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Yerleşme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Yılı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FB83F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041BF01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F489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Kayıt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Yerleşme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Türü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1AAB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ÖSYS/YKS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DGS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YÖS/Uluslararası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Yatay Geçiş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Lisansüstü Başvuru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Diğer: __________</w:t>
            </w:r>
          </w:p>
        </w:tc>
      </w:tr>
      <w:tr w:rsidR="008D6EDB" w:rsidRPr="00476EB5" w14:paraId="10B50DC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95BA2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İlişik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Kesme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varsa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40A0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18269699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D2724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İlişik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Kesme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Nedeni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varsa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33FE3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5EF90D" w14:textId="77777777" w:rsidR="00381CD5" w:rsidRPr="00476EB5" w:rsidRDefault="00421E10">
      <w:pPr>
        <w:spacing w:before="10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t>C. MEVCUT ÖĞRENCİLİK / ÖZEL DURUM BİLGİLERİ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850"/>
        <w:gridCol w:w="5340"/>
      </w:tblGrid>
      <w:tr w:rsidR="008D6EDB" w:rsidRPr="00476EB5" w14:paraId="4EDE14A3" w14:textId="77777777" w:rsidTr="00075C21">
        <w:trPr>
          <w:cantSplit/>
          <w:jc w:val="center"/>
        </w:trPr>
        <w:tc>
          <w:tcPr>
            <w:tcW w:w="485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5398C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Hâlen başka bir yükseköğretim programında aktif kaydınız var mı?</w:t>
            </w:r>
          </w:p>
        </w:tc>
        <w:tc>
          <w:tcPr>
            <w:tcW w:w="5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70D3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Hayır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Evet → Kurum/Program: __________________________________________</w:t>
            </w:r>
          </w:p>
        </w:tc>
      </w:tr>
      <w:tr w:rsidR="00075C21" w:rsidRPr="00476EB5" w14:paraId="3C750DC0" w14:textId="77777777" w:rsidTr="00075C21">
        <w:tblPrEx>
          <w:jc w:val="left"/>
        </w:tblPrEx>
        <w:tc>
          <w:tcPr>
            <w:tcW w:w="4850" w:type="dxa"/>
          </w:tcPr>
          <w:p w14:paraId="5FB2B4B3" w14:textId="77777777" w:rsidR="00075C21" w:rsidRPr="00476EB5" w:rsidRDefault="00075C21" w:rsidP="007B7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09.08.2026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tarihinde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askerlik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görevini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yapmakta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mıydınız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?</w:t>
            </w:r>
          </w:p>
        </w:tc>
        <w:tc>
          <w:tcPr>
            <w:tcW w:w="5340" w:type="dxa"/>
          </w:tcPr>
          <w:p w14:paraId="65CB1F1A" w14:textId="77777777" w:rsidR="00075C21" w:rsidRPr="00476EB5" w:rsidRDefault="00075C21" w:rsidP="007B7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color w:val="202020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>Hayır</w:t>
            </w:r>
            <w:proofErr w:type="spellEnd"/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color w:val="202020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>Evet</w:t>
            </w:r>
            <w:proofErr w:type="spellEnd"/>
          </w:p>
        </w:tc>
      </w:tr>
      <w:tr w:rsidR="008D6EDB" w:rsidRPr="00476EB5" w14:paraId="24064038" w14:textId="77777777" w:rsidTr="00075C21">
        <w:trPr>
          <w:cantSplit/>
          <w:jc w:val="center"/>
        </w:trPr>
        <w:tc>
          <w:tcPr>
            <w:tcW w:w="485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E611F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Sağlık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nedeniyle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süresinde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başvuramadınız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mı?</w:t>
            </w:r>
          </w:p>
        </w:tc>
        <w:tc>
          <w:tcPr>
            <w:tcW w:w="5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AB3F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Hayır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Evet → Heyet raporu tarihi: ____________________________________</w:t>
            </w:r>
          </w:p>
        </w:tc>
      </w:tr>
    </w:tbl>
    <w:p w14:paraId="1EDA5DE4" w14:textId="77777777" w:rsidR="00381CD5" w:rsidRPr="00476EB5" w:rsidRDefault="00421E10">
      <w:pPr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sz w:val="18"/>
          <w:szCs w:val="18"/>
        </w:rPr>
        <w:br w:type="page"/>
      </w:r>
    </w:p>
    <w:p w14:paraId="3A50BA7C" w14:textId="77777777" w:rsidR="00381CD5" w:rsidRPr="00476EB5" w:rsidRDefault="00421E10">
      <w:pPr>
        <w:spacing w:before="12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lastRenderedPageBreak/>
        <w:t>D. BAŞVURU TALEBİ VE BEYAN</w:t>
      </w:r>
    </w:p>
    <w:p w14:paraId="460F0BE6" w14:textId="77777777" w:rsidR="00381CD5" w:rsidRPr="00476EB5" w:rsidRDefault="00421E10" w:rsidP="00686210">
      <w:pPr>
        <w:spacing w:after="100"/>
        <w:jc w:val="both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sz w:val="18"/>
          <w:szCs w:val="18"/>
        </w:rPr>
        <w:t xml:space="preserve">2547 sayılı Yükseköğretim Kanununun Geçici 85 inci maddesi ve bu maddeye ilişkin Yükseköğretim Kurulu uygulama ilkeleri kapsamında, yukarıda bilgileri yer alan programdaki öğrencilik/kayıt hakkımın değerlendirilerek yeniden öğrenime başlama hakkından yararlandırılmamı arz ederim. Başvurumda verdiğim bilgilerin doğru olduğunu, kapsam dışı bırakılmayı gerektiren bir durumun tespit edilmesi hâlinde başvurumun reddedilebileceğini/kaydımın buna göre işlem görebileceğini, aynı düzeyde eş zamanlı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örgün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kayıt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ve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lisansüstü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tek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program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kurallarına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uymam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gerektiğini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bildiğimi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beyan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ederim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>.</w:t>
      </w:r>
    </w:p>
    <w:p w14:paraId="05F8ABCA" w14:textId="77777777" w:rsidR="00686210" w:rsidRPr="00476EB5" w:rsidRDefault="00686210">
      <w:pPr>
        <w:spacing w:after="10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8D6EDB" w:rsidRPr="00476EB5" w14:paraId="3114A5D7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86320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Başvuru Tarihi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FA408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ADBE51F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B0845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E668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B6E7DE7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A718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227E8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A3FEAF" w14:textId="5E9403C9" w:rsidR="00686210" w:rsidRPr="00476EB5" w:rsidRDefault="00686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02473134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0EA5A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Vekil ile başvuru varsa vekilin adı-soyadı / imzası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5C003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8B3399" w14:textId="2FE307FA" w:rsidR="00686210" w:rsidRPr="00476EB5" w:rsidRDefault="00686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9CE8966" w14:textId="77777777" w:rsidR="00C77B8E" w:rsidRPr="00476EB5" w:rsidRDefault="00C77B8E">
      <w:pPr>
        <w:spacing w:before="140" w:after="40"/>
        <w:rPr>
          <w:rFonts w:ascii="Times New Roman" w:hAnsi="Times New Roman" w:cs="Times New Roman"/>
          <w:b/>
          <w:sz w:val="18"/>
          <w:szCs w:val="18"/>
        </w:rPr>
      </w:pPr>
    </w:p>
    <w:p w14:paraId="67B40BB2" w14:textId="2BA095A8" w:rsidR="00381CD5" w:rsidRPr="00476EB5" w:rsidRDefault="00381CD5">
      <w:pPr>
        <w:spacing w:before="160" w:after="40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0"/>
      </w:tblGrid>
      <w:tr w:rsidR="008D6EDB" w:rsidRPr="00476EB5" w14:paraId="28F15A24" w14:textId="77777777">
        <w:tc>
          <w:tcPr>
            <w:tcW w:w="10200" w:type="dxa"/>
            <w:tcBorders>
              <w:top w:val="single" w:sz="6" w:space="0" w:color="B0B0B0"/>
              <w:left w:val="single" w:sz="6" w:space="0" w:color="B0B0B0"/>
              <w:bottom w:val="single" w:sz="6" w:space="0" w:color="B0B0B0"/>
              <w:right w:val="single" w:sz="6" w:space="0" w:color="B0B0B0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31563B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KVKK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Bilgilendirmesi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Bu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formda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yer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alan kişisel veriler, öğrenci affı başvurusunun alınması, kapsam ve kayıt hakkının değerlendirilmesi, kayıt/intibak işlemlerinin yürütülmesi ve yasal yükümlülüklerin yerine getirilmesi amaçlarıyla ilgili mevzuat kapsamında işlenir. Ayrıntılı aydınlatma metni Üniversitenin KVKK sayfasından sunulmalıdır.</w:t>
            </w:r>
          </w:p>
          <w:p w14:paraId="55C6066D" w14:textId="77777777" w:rsidR="00381CD5" w:rsidRPr="00476EB5" w:rsidRDefault="00421E1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i/>
                <w:sz w:val="18"/>
                <w:szCs w:val="18"/>
              </w:rPr>
              <w:t>Doküman kodu notu: “YBÜ-FRM-___/00” alanı, BKYS/Kalite Yönetim Sistemi tarafından form numarası tahsis edildikten sonra güncellenmelidir.</w:t>
            </w:r>
          </w:p>
        </w:tc>
      </w:tr>
    </w:tbl>
    <w:p w14:paraId="1CD2D2C5" w14:textId="77777777" w:rsidR="003C15E3" w:rsidRPr="00476EB5" w:rsidRDefault="003C15E3">
      <w:pPr>
        <w:rPr>
          <w:rFonts w:ascii="Times New Roman" w:hAnsi="Times New Roman" w:cs="Times New Roman"/>
          <w:sz w:val="18"/>
          <w:szCs w:val="18"/>
        </w:rPr>
      </w:pPr>
    </w:p>
    <w:sectPr w:rsidR="003C15E3" w:rsidRPr="00476EB5" w:rsidSect="00476EB5">
      <w:footerReference w:type="default" r:id="rId10"/>
      <w:pgSz w:w="12240" w:h="15840"/>
      <w:pgMar w:top="907" w:right="1020" w:bottom="850" w:left="10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B2EA32" w14:textId="77777777" w:rsidR="007122C1" w:rsidRDefault="007122C1">
      <w:pPr>
        <w:spacing w:after="0" w:line="240" w:lineRule="auto"/>
      </w:pPr>
      <w:r>
        <w:separator/>
      </w:r>
    </w:p>
  </w:endnote>
  <w:endnote w:type="continuationSeparator" w:id="0">
    <w:p w14:paraId="250AF496" w14:textId="77777777" w:rsidR="007122C1" w:rsidRDefault="0071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3448"/>
      <w:gridCol w:w="3448"/>
      <w:gridCol w:w="3448"/>
    </w:tblGrid>
    <w:tr w:rsidR="00476EB5" w:rsidRPr="00476EB5" w14:paraId="7C9762D8" w14:textId="77777777" w:rsidTr="00C936A5"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3B2548E4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Hazırlayan</w:t>
          </w:r>
        </w:p>
      </w:tc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206A1BBC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Kontrol Eden</w:t>
          </w:r>
        </w:p>
      </w:tc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21B6CB06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Onaylayan</w:t>
          </w:r>
        </w:p>
      </w:tc>
    </w:tr>
    <w:tr w:rsidR="00476EB5" w:rsidRPr="00476EB5" w14:paraId="478E85D2" w14:textId="77777777" w:rsidTr="00C936A5">
      <w:trPr>
        <w:trHeight w:val="397"/>
      </w:trPr>
      <w:tc>
        <w:tcPr>
          <w:tcW w:w="3448" w:type="dxa"/>
          <w:shd w:val="clear" w:color="auto" w:fill="auto"/>
        </w:tcPr>
        <w:p w14:paraId="56B7E51D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Stratejik Yönetim ve Kalite Koordinatörlüğü</w:t>
          </w:r>
        </w:p>
      </w:tc>
      <w:tc>
        <w:tcPr>
          <w:tcW w:w="3448" w:type="dxa"/>
          <w:shd w:val="clear" w:color="auto" w:fill="auto"/>
        </w:tcPr>
        <w:p w14:paraId="67DD720F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Stratejik Yönetim ve Kalite Koordinatörlüğü</w:t>
          </w:r>
        </w:p>
      </w:tc>
      <w:tc>
        <w:tcPr>
          <w:tcW w:w="3448" w:type="dxa"/>
          <w:shd w:val="clear" w:color="auto" w:fill="auto"/>
        </w:tcPr>
        <w:p w14:paraId="356D9233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Kalite Komisyonu</w:t>
          </w:r>
        </w:p>
      </w:tc>
    </w:tr>
  </w:tbl>
  <w:p w14:paraId="41B09438" w14:textId="77777777" w:rsidR="00476EB5" w:rsidRPr="00476EB5" w:rsidRDefault="00476EB5" w:rsidP="00476EB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tr-TR" w:eastAsia="tr-TR"/>
      </w:rPr>
    </w:pPr>
  </w:p>
  <w:p w14:paraId="2E32F466" w14:textId="77777777" w:rsidR="00476EB5" w:rsidRPr="00476EB5" w:rsidRDefault="00476EB5" w:rsidP="00476EB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tr-TR" w:eastAsia="tr-TR"/>
      </w:rPr>
    </w:pPr>
  </w:p>
  <w:p w14:paraId="2190170E" w14:textId="77777777" w:rsidR="00476EB5" w:rsidRDefault="00476EB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3037A" w14:textId="77777777" w:rsidR="007122C1" w:rsidRDefault="007122C1">
      <w:pPr>
        <w:spacing w:after="0" w:line="240" w:lineRule="auto"/>
      </w:pPr>
      <w:r>
        <w:separator/>
      </w:r>
    </w:p>
  </w:footnote>
  <w:footnote w:type="continuationSeparator" w:id="0">
    <w:p w14:paraId="0ECB8D66" w14:textId="77777777" w:rsidR="007122C1" w:rsidRDefault="00712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5C21"/>
    <w:rsid w:val="000839C2"/>
    <w:rsid w:val="0015074B"/>
    <w:rsid w:val="0028772D"/>
    <w:rsid w:val="00293C93"/>
    <w:rsid w:val="0029639D"/>
    <w:rsid w:val="002F43AE"/>
    <w:rsid w:val="00300E0C"/>
    <w:rsid w:val="00326F90"/>
    <w:rsid w:val="00381CD5"/>
    <w:rsid w:val="003C15E3"/>
    <w:rsid w:val="00421E10"/>
    <w:rsid w:val="00476EB5"/>
    <w:rsid w:val="00686210"/>
    <w:rsid w:val="00710981"/>
    <w:rsid w:val="007122C1"/>
    <w:rsid w:val="007C5EC9"/>
    <w:rsid w:val="008066B1"/>
    <w:rsid w:val="008D6EDB"/>
    <w:rsid w:val="009302ED"/>
    <w:rsid w:val="00A134C7"/>
    <w:rsid w:val="00AA1D8D"/>
    <w:rsid w:val="00B47730"/>
    <w:rsid w:val="00B769DE"/>
    <w:rsid w:val="00BD5729"/>
    <w:rsid w:val="00C54BC6"/>
    <w:rsid w:val="00C77B8E"/>
    <w:rsid w:val="00CB0664"/>
    <w:rsid w:val="00FA5A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/>
      <w:b/>
      <w:bCs/>
      <w:color w:val="202020"/>
      <w:sz w:val="26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color w:val="202020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020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202020"/>
      <w:spacing w:val="5"/>
      <w:kern w:val="28"/>
      <w:sz w:val="34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7C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5EC9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/>
      <w:b/>
      <w:bCs/>
      <w:color w:val="202020"/>
      <w:sz w:val="26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color w:val="202020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020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202020"/>
      <w:spacing w:val="5"/>
      <w:kern w:val="28"/>
      <w:sz w:val="34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7C5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C5EC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63561E-C79F-4258-A0D2-A70496B7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önal</dc:creator>
  <dc:description>generated by python-docx</dc:description>
  <cp:lastModifiedBy>Casper</cp:lastModifiedBy>
  <cp:revision>2</cp:revision>
  <dcterms:created xsi:type="dcterms:W3CDTF">2026-08-28T07:54:00Z</dcterms:created>
  <dcterms:modified xsi:type="dcterms:W3CDTF">2026-08-28T07:54:00Z</dcterms:modified>
</cp:coreProperties>
</file>