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33F9E" w14:textId="77777777" w:rsidR="0082727E" w:rsidRPr="007A5049" w:rsidRDefault="0083508F" w:rsidP="0083508F">
      <w:pPr>
        <w:ind w:left="-709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7A5049">
        <w:rPr>
          <w:rFonts w:ascii="Times New Roman" w:hAnsi="Times New Roman" w:cs="Times New Roman"/>
          <w:b/>
          <w:sz w:val="18"/>
          <w:szCs w:val="18"/>
        </w:rPr>
        <w:t>Topluluk Adı:</w:t>
      </w:r>
    </w:p>
    <w:tbl>
      <w:tblPr>
        <w:tblStyle w:val="TabloKlavuzu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701"/>
        <w:gridCol w:w="1417"/>
        <w:gridCol w:w="4253"/>
      </w:tblGrid>
      <w:tr w:rsidR="00E940EC" w:rsidRPr="007A5049" w14:paraId="0D5FCF75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634C31F7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843" w:type="dxa"/>
            <w:vAlign w:val="center"/>
          </w:tcPr>
          <w:p w14:paraId="7D25B8F4" w14:textId="77777777" w:rsidR="00E940EC" w:rsidRPr="007A5049" w:rsidRDefault="00E940EC" w:rsidP="00AE67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1701" w:type="dxa"/>
            <w:vAlign w:val="center"/>
          </w:tcPr>
          <w:p w14:paraId="2B356A45" w14:textId="77777777" w:rsidR="00E940EC" w:rsidRPr="007A5049" w:rsidRDefault="00E940EC" w:rsidP="00AE67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b/>
                <w:sz w:val="18"/>
                <w:szCs w:val="18"/>
              </w:rPr>
              <w:t>Öğrenci Numarası</w:t>
            </w:r>
          </w:p>
        </w:tc>
        <w:tc>
          <w:tcPr>
            <w:tcW w:w="1417" w:type="dxa"/>
            <w:vAlign w:val="center"/>
          </w:tcPr>
          <w:p w14:paraId="3B3A95D5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b/>
                <w:sz w:val="18"/>
                <w:szCs w:val="18"/>
              </w:rPr>
              <w:t>Üyelik Tarihi</w:t>
            </w:r>
          </w:p>
        </w:tc>
        <w:tc>
          <w:tcPr>
            <w:tcW w:w="4253" w:type="dxa"/>
            <w:vAlign w:val="center"/>
          </w:tcPr>
          <w:p w14:paraId="5192F221" w14:textId="77777777" w:rsidR="00E940EC" w:rsidRPr="007A5049" w:rsidRDefault="00E940EC" w:rsidP="00C45E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Fakülte / Yüksekokul</w:t>
            </w:r>
          </w:p>
        </w:tc>
      </w:tr>
      <w:tr w:rsidR="00E940EC" w:rsidRPr="007A5049" w14:paraId="12C4BEC7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2FA66B76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14:paraId="1E754AF0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C88E17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FFC4F8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2B345C46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75AE20B7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20D78780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14:paraId="0775FD9D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8F27C8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F602E5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2D9B980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3E6FF843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3429F5AF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14:paraId="48C30607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CB1102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586B19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7C114AD0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2A84340F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6893EEFD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E445926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1CB63B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87F4D0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69C7A14F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1AC1520E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2CCDED8E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14:paraId="731F2CB6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0330F1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79338A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63BB127E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6747FE37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0575943E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0AC4C7FF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394154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8BF621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16E15D3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7B88AD53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4FF07785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 w14:paraId="5726069A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D82140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809640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4E10F4B5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33338C87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456E46BB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center"/>
          </w:tcPr>
          <w:p w14:paraId="329C5E42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D8DA27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35CB48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27C45D14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6442A066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5BA2DCBA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vAlign w:val="center"/>
          </w:tcPr>
          <w:p w14:paraId="11FAA291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3B43BB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A23979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458396F2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1E78E7E0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6B1044C4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14:paraId="6A2AF9A1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B77B05" w14:textId="77777777" w:rsidR="00E940EC" w:rsidRPr="007A5049" w:rsidRDefault="00E940EC" w:rsidP="00A71698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F72703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6EA080C5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20562AEF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1F643BD7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3" w:type="dxa"/>
            <w:vAlign w:val="center"/>
          </w:tcPr>
          <w:p w14:paraId="63587B2C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7A3F8B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E49B4C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D26B0B8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5CABBEA5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24B9CD1F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center"/>
          </w:tcPr>
          <w:p w14:paraId="06FEDDE1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92BC61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51C58E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5E14BD37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5903B846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43BDADB6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43" w:type="dxa"/>
            <w:vAlign w:val="center"/>
          </w:tcPr>
          <w:p w14:paraId="5EBDFCED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9CF9D2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28D271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771E1B21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24910F8F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7EC135DC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center"/>
          </w:tcPr>
          <w:p w14:paraId="553C305B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180195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016189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7D078548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1C8CFDC4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6C0EAE7F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  <w:vAlign w:val="center"/>
          </w:tcPr>
          <w:p w14:paraId="0A493E45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E6818F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051008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1144EEE2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5E4D1B5B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67EFFB61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vAlign w:val="center"/>
          </w:tcPr>
          <w:p w14:paraId="7C8B9466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C8F6EE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B5D543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BC34C27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4CFFDE07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4F1F4BD2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43" w:type="dxa"/>
            <w:vAlign w:val="center"/>
          </w:tcPr>
          <w:p w14:paraId="7EACA85A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C38892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5B16E4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4989F81A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367FC00F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0EF5918E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43" w:type="dxa"/>
            <w:vAlign w:val="center"/>
          </w:tcPr>
          <w:p w14:paraId="7DDDB459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5CAA47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FD27A8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58E724E8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6A333A00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5DF7C8E1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43" w:type="dxa"/>
            <w:vAlign w:val="center"/>
          </w:tcPr>
          <w:p w14:paraId="05E239E2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D333EB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7BADA5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22C13C4E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EC" w:rsidRPr="007A5049" w14:paraId="1BC1C891" w14:textId="77777777" w:rsidTr="0083508F">
        <w:trPr>
          <w:trHeight w:val="397"/>
        </w:trPr>
        <w:tc>
          <w:tcPr>
            <w:tcW w:w="851" w:type="dxa"/>
            <w:vAlign w:val="center"/>
          </w:tcPr>
          <w:p w14:paraId="4A44FEA5" w14:textId="77777777" w:rsidR="00E940EC" w:rsidRPr="007A5049" w:rsidRDefault="0083508F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center"/>
          </w:tcPr>
          <w:p w14:paraId="53E9E851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2463D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CD71B1" w14:textId="77777777" w:rsidR="00E940EC" w:rsidRPr="007A5049" w:rsidRDefault="00E940EC" w:rsidP="002E63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B8F83D9" w14:textId="77777777" w:rsidR="00E940EC" w:rsidRPr="007A5049" w:rsidRDefault="00E940EC" w:rsidP="00A71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4382702" w14:textId="77777777" w:rsidR="002E632F" w:rsidRPr="007A5049" w:rsidRDefault="002E632F" w:rsidP="0082727E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7210" w:type="dxa"/>
        <w:jc w:val="center"/>
        <w:tblLook w:val="04A0" w:firstRow="1" w:lastRow="0" w:firstColumn="1" w:lastColumn="0" w:noHBand="0" w:noVBand="1"/>
      </w:tblPr>
      <w:tblGrid>
        <w:gridCol w:w="7210"/>
      </w:tblGrid>
      <w:tr w:rsidR="002E632F" w:rsidRPr="007A5049" w14:paraId="68CE7FDA" w14:textId="77777777" w:rsidTr="0083508F">
        <w:trPr>
          <w:trHeight w:val="461"/>
          <w:jc w:val="center"/>
        </w:trPr>
        <w:tc>
          <w:tcPr>
            <w:tcW w:w="7210" w:type="dxa"/>
          </w:tcPr>
          <w:p w14:paraId="293D6ABE" w14:textId="77777777" w:rsidR="0083508F" w:rsidRPr="007A5049" w:rsidRDefault="0083508F" w:rsidP="00C45E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434CDF8" w14:textId="77777777" w:rsidR="002E632F" w:rsidRPr="007A5049" w:rsidRDefault="00EB41C8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 xml:space="preserve">Topluluk </w:t>
            </w:r>
            <w:r w:rsidR="002E632F" w:rsidRPr="007A5049">
              <w:rPr>
                <w:rFonts w:ascii="Times New Roman" w:hAnsi="Times New Roman" w:cs="Times New Roman"/>
                <w:sz w:val="18"/>
                <w:szCs w:val="18"/>
              </w:rPr>
              <w:t>Akademik Danışman</w:t>
            </w: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ı</w:t>
            </w:r>
          </w:p>
        </w:tc>
      </w:tr>
      <w:tr w:rsidR="002E632F" w:rsidRPr="007A5049" w14:paraId="49D3B19C" w14:textId="77777777" w:rsidTr="0083508F">
        <w:trPr>
          <w:trHeight w:val="829"/>
          <w:jc w:val="center"/>
        </w:trPr>
        <w:tc>
          <w:tcPr>
            <w:tcW w:w="7210" w:type="dxa"/>
          </w:tcPr>
          <w:p w14:paraId="550BC974" w14:textId="77777777" w:rsidR="002E632F" w:rsidRPr="007A5049" w:rsidRDefault="002E632F" w:rsidP="002E632F">
            <w:pPr>
              <w:tabs>
                <w:tab w:val="left" w:pos="2355"/>
                <w:tab w:val="center" w:pos="349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03C3943" w14:textId="77777777" w:rsidR="002E632F" w:rsidRPr="007A5049" w:rsidRDefault="00BD7415" w:rsidP="002E632F">
            <w:pPr>
              <w:tabs>
                <w:tab w:val="left" w:pos="2355"/>
                <w:tab w:val="center" w:pos="3497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97539727"/>
                <w:placeholder>
                  <w:docPart w:val="2729F1576E0942E6AE7DFEAF656FD3A3"/>
                </w:placeholder>
                <w:text/>
              </w:sdtPr>
              <w:sdtEndPr/>
              <w:sdtContent>
                <w:r w:rsidR="002E632F" w:rsidRPr="007A5049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Adı Soyadı </w:t>
                </w:r>
              </w:sdtContent>
            </w:sdt>
          </w:p>
          <w:p w14:paraId="616D9C2D" w14:textId="77777777" w:rsidR="002E632F" w:rsidRPr="007A5049" w:rsidRDefault="002E632F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0D4636" w14:textId="77777777" w:rsidR="002E632F" w:rsidRPr="007A5049" w:rsidRDefault="002E632F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049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</w:p>
          <w:p w14:paraId="294B539F" w14:textId="77777777" w:rsidR="002E632F" w:rsidRPr="007A5049" w:rsidRDefault="002E632F" w:rsidP="00C45E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9518603" w14:textId="77777777" w:rsidR="00324041" w:rsidRPr="007A5049" w:rsidRDefault="00324041" w:rsidP="00EB41C8">
      <w:pPr>
        <w:tabs>
          <w:tab w:val="left" w:pos="915"/>
        </w:tabs>
        <w:rPr>
          <w:rFonts w:ascii="Times New Roman" w:hAnsi="Times New Roman" w:cs="Times New Roman"/>
          <w:sz w:val="18"/>
          <w:szCs w:val="18"/>
        </w:rPr>
      </w:pPr>
    </w:p>
    <w:p w14:paraId="79419C36" w14:textId="6512C8EA" w:rsidR="007A5049" w:rsidRPr="007A5049" w:rsidRDefault="007A5049" w:rsidP="007A5049">
      <w:pPr>
        <w:tabs>
          <w:tab w:val="left" w:pos="2604"/>
        </w:tabs>
        <w:rPr>
          <w:rFonts w:ascii="Times New Roman" w:hAnsi="Times New Roman" w:cs="Times New Roman"/>
          <w:sz w:val="18"/>
          <w:szCs w:val="18"/>
        </w:rPr>
      </w:pPr>
      <w:r w:rsidRPr="007A5049">
        <w:rPr>
          <w:rFonts w:ascii="Times New Roman" w:hAnsi="Times New Roman" w:cs="Times New Roman"/>
          <w:sz w:val="18"/>
          <w:szCs w:val="18"/>
        </w:rPr>
        <w:tab/>
      </w:r>
    </w:p>
    <w:sectPr w:rsidR="007A5049" w:rsidRPr="007A5049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DFA99" w14:textId="77777777" w:rsidR="00BD7415" w:rsidRPr="007A5049" w:rsidRDefault="00BD7415" w:rsidP="007A4E1E">
      <w:pPr>
        <w:spacing w:after="0" w:line="240" w:lineRule="auto"/>
      </w:pPr>
      <w:r w:rsidRPr="007A5049">
        <w:separator/>
      </w:r>
    </w:p>
  </w:endnote>
  <w:endnote w:type="continuationSeparator" w:id="0">
    <w:p w14:paraId="06E27E1D" w14:textId="77777777" w:rsidR="00BD7415" w:rsidRPr="007A5049" w:rsidRDefault="00BD7415" w:rsidP="007A4E1E">
      <w:pPr>
        <w:spacing w:after="0" w:line="240" w:lineRule="auto"/>
      </w:pPr>
      <w:r w:rsidRPr="007A50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C464FD" w:rsidRPr="007A5049" w14:paraId="2F4F63C0" w14:textId="77777777" w:rsidTr="007A5049">
      <w:trPr>
        <w:jc w:val="center"/>
      </w:trPr>
      <w:tc>
        <w:tcPr>
          <w:tcW w:w="3402" w:type="dxa"/>
          <w:tcBorders>
            <w:top w:val="single" w:sz="18" w:space="0" w:color="E30713"/>
          </w:tcBorders>
        </w:tcPr>
        <w:p w14:paraId="2DFA900C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7A5049">
            <w:rPr>
              <w:rFonts w:ascii="Times New Roman" w:eastAsia="Calibri" w:hAnsi="Times New Roman" w:cs="Times New Roman"/>
              <w:b/>
              <w:sz w:val="16"/>
              <w:szCs w:val="16"/>
            </w:rPr>
            <w:t>Hazırlayan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0074DC47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7A5049">
            <w:rPr>
              <w:rFonts w:ascii="Times New Roman" w:eastAsia="Calibri" w:hAnsi="Times New Roman" w:cs="Times New Roman"/>
              <w:b/>
              <w:sz w:val="16"/>
              <w:szCs w:val="16"/>
            </w:rPr>
            <w:t>Kontrol Eden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1E3340F3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7A5049">
            <w:rPr>
              <w:rFonts w:ascii="Times New Roman" w:eastAsia="Calibri" w:hAnsi="Times New Roman" w:cs="Times New Roman"/>
              <w:b/>
              <w:sz w:val="16"/>
              <w:szCs w:val="16"/>
            </w:rPr>
            <w:t>Onaylayan</w:t>
          </w:r>
        </w:p>
      </w:tc>
    </w:tr>
    <w:tr w:rsidR="00C464FD" w:rsidRPr="007A5049" w14:paraId="2BFDE4DF" w14:textId="77777777" w:rsidTr="007A5049">
      <w:trPr>
        <w:trHeight w:val="397"/>
        <w:jc w:val="center"/>
      </w:trPr>
      <w:tc>
        <w:tcPr>
          <w:tcW w:w="3402" w:type="dxa"/>
        </w:tcPr>
        <w:p w14:paraId="13B287F2" w14:textId="77777777" w:rsidR="00C464FD" w:rsidRPr="007A5049" w:rsidRDefault="0073255F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7A5049">
            <w:rPr>
              <w:rFonts w:ascii="Times New Roman" w:eastAsia="Calibri" w:hAnsi="Times New Roman" w:cs="Times New Roman"/>
              <w:sz w:val="16"/>
              <w:szCs w:val="16"/>
            </w:rPr>
            <w:t>Sağlık Kültür ve Spor Daire Başkanlığı</w:t>
          </w:r>
        </w:p>
      </w:tc>
      <w:tc>
        <w:tcPr>
          <w:tcW w:w="3402" w:type="dxa"/>
        </w:tcPr>
        <w:p w14:paraId="4315F9D0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7A5049">
            <w:rPr>
              <w:rFonts w:ascii="Times New Roman" w:eastAsia="Calibri" w:hAnsi="Times New Roman" w:cs="Times New Roman"/>
              <w:sz w:val="16"/>
              <w:szCs w:val="16"/>
            </w:rPr>
            <w:t>Stratejik Yönetim ve Kalite Koordinatörlüğü</w:t>
          </w:r>
        </w:p>
      </w:tc>
      <w:tc>
        <w:tcPr>
          <w:tcW w:w="3402" w:type="dxa"/>
        </w:tcPr>
        <w:p w14:paraId="3D1D66CF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7A5049">
            <w:rPr>
              <w:rFonts w:ascii="Times New Roman" w:eastAsia="Calibri" w:hAnsi="Times New Roman" w:cs="Times New Roman"/>
              <w:sz w:val="16"/>
              <w:szCs w:val="16"/>
            </w:rPr>
            <w:t>Kalite Komisyonu</w:t>
          </w:r>
        </w:p>
      </w:tc>
    </w:tr>
  </w:tbl>
  <w:p w14:paraId="70AEF5A4" w14:textId="77777777" w:rsidR="007C03F0" w:rsidRPr="007A5049" w:rsidRDefault="007C03F0">
    <w:pPr>
      <w:pStyle w:val="Altbilgi"/>
      <w:rPr>
        <w:rFonts w:ascii="Times New Roman" w:hAnsi="Times New Roman" w:cs="Times New Roman"/>
        <w:sz w:val="18"/>
        <w:szCs w:val="18"/>
      </w:rPr>
    </w:pPr>
    <w:r w:rsidRPr="007A5049">
      <w:rPr>
        <w:rFonts w:ascii="Times New Roman" w:hAnsi="Times New Roman" w:cs="Times New Roman"/>
        <w:b/>
        <w:i/>
        <w:sz w:val="18"/>
        <w:szCs w:val="18"/>
      </w:rPr>
      <w:t xml:space="preserve">Not: </w:t>
    </w:r>
    <w:r w:rsidRPr="007A5049">
      <w:rPr>
        <w:rFonts w:ascii="Times New Roman" w:hAnsi="Times New Roman" w:cs="Times New Roman"/>
        <w:i/>
        <w:sz w:val="18"/>
        <w:szCs w:val="18"/>
      </w:rPr>
      <w:t>Bu form bilgisayar ortamında doldurulup SKSDB’ye gönderilmek üzere ıslak imzalı olarak akademik danışmanın görevli olduğu birime teslim edilecektir.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A910A" w14:textId="77777777" w:rsidR="00BD7415" w:rsidRPr="007A5049" w:rsidRDefault="00BD7415" w:rsidP="007A4E1E">
      <w:pPr>
        <w:spacing w:after="0" w:line="240" w:lineRule="auto"/>
      </w:pPr>
      <w:r w:rsidRPr="007A5049">
        <w:separator/>
      </w:r>
    </w:p>
  </w:footnote>
  <w:footnote w:type="continuationSeparator" w:id="0">
    <w:p w14:paraId="4F89BC03" w14:textId="77777777" w:rsidR="00BD7415" w:rsidRPr="007A5049" w:rsidRDefault="00BD7415" w:rsidP="007A4E1E">
      <w:pPr>
        <w:spacing w:after="0" w:line="240" w:lineRule="auto"/>
      </w:pPr>
      <w:r w:rsidRPr="007A5049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81" w:type="dxa"/>
      <w:jc w:val="center"/>
      <w:tblBorders>
        <w:bottom w:val="single" w:sz="12" w:space="0" w:color="44546A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C464FD" w:rsidRPr="007A5049" w14:paraId="3E3E8C5B" w14:textId="77777777" w:rsidTr="00C45E2E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367E8DBF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lang w:eastAsia="tr-TR"/>
            </w:rPr>
          </w:pPr>
          <w:r w:rsidRPr="007A5049">
            <w:rPr>
              <w:rFonts w:ascii="Arial" w:eastAsia="Calibri" w:hAnsi="Arial" w:cs="Arial"/>
              <w:noProof/>
              <w:lang w:eastAsia="tr-TR"/>
            </w:rPr>
            <w:drawing>
              <wp:inline distT="0" distB="0" distL="0" distR="0" wp14:anchorId="1963FC4F" wp14:editId="2BD31880">
                <wp:extent cx="657225" cy="657225"/>
                <wp:effectExtent l="0" t="0" r="9525" b="9525"/>
                <wp:docPr id="2" name="Resim 2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87757317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vAlign w:val="center"/>
        </w:tcPr>
        <w:p w14:paraId="3010A291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color w:val="002060"/>
              <w:sz w:val="20"/>
              <w:szCs w:val="20"/>
              <w:lang w:eastAsia="tr-TR"/>
            </w:rPr>
          </w:pPr>
          <w:r w:rsidRPr="007A5049">
            <w:rPr>
              <w:rFonts w:ascii="Times New Roman" w:eastAsia="Calibri" w:hAnsi="Times New Roman" w:cs="Times New Roman"/>
              <w:b/>
              <w:sz w:val="20"/>
              <w:szCs w:val="20"/>
              <w:lang w:eastAsia="tr-TR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093967C6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7A5049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7A4EDB43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color w:val="E30713"/>
              <w:sz w:val="16"/>
              <w:szCs w:val="16"/>
              <w:lang w:eastAsia="tr-TR"/>
            </w:rPr>
          </w:pPr>
          <w:r w:rsidRPr="007A5049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KYT-FRM-</w:t>
          </w:r>
          <w:r w:rsidR="000833BF" w:rsidRPr="007A5049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015</w:t>
          </w:r>
        </w:p>
      </w:tc>
    </w:tr>
    <w:tr w:rsidR="00C464FD" w:rsidRPr="007A5049" w14:paraId="5F96D2BC" w14:textId="77777777" w:rsidTr="00C45E2E">
      <w:trPr>
        <w:trHeight w:val="283"/>
        <w:jc w:val="center"/>
      </w:trPr>
      <w:tc>
        <w:tcPr>
          <w:tcW w:w="1276" w:type="dxa"/>
          <w:vMerge/>
          <w:vAlign w:val="center"/>
        </w:tcPr>
        <w:p w14:paraId="009B5202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lang w:eastAsia="tr-TR"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vAlign w:val="center"/>
        </w:tcPr>
        <w:p w14:paraId="61A5CD1F" w14:textId="77777777" w:rsidR="00C464FD" w:rsidRPr="007A5049" w:rsidRDefault="00EB41C8" w:rsidP="00E940E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7A504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 xml:space="preserve">Öğrenci Toplulukları </w:t>
          </w:r>
          <w:r w:rsidR="00E940EC" w:rsidRPr="007A504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Üye Listesi</w:t>
          </w:r>
          <w:r w:rsidRPr="007A504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 xml:space="preserve"> 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30BB1985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7A5049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14CEE0E8" w14:textId="77777777" w:rsidR="00C464FD" w:rsidRPr="007A5049" w:rsidRDefault="00FB0FE8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</w:pPr>
          <w:r w:rsidRPr="007A5049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21.04.2026</w:t>
          </w:r>
        </w:p>
      </w:tc>
    </w:tr>
    <w:tr w:rsidR="00C464FD" w:rsidRPr="007A5049" w14:paraId="178CA8E1" w14:textId="77777777" w:rsidTr="00C45E2E">
      <w:trPr>
        <w:trHeight w:val="283"/>
        <w:jc w:val="center"/>
      </w:trPr>
      <w:tc>
        <w:tcPr>
          <w:tcW w:w="1276" w:type="dxa"/>
          <w:vMerge/>
        </w:tcPr>
        <w:p w14:paraId="381F67D0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lang w:eastAsia="tr-TR"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vAlign w:val="center"/>
        </w:tcPr>
        <w:p w14:paraId="27DE7786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tr-TR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vAlign w:val="center"/>
        </w:tcPr>
        <w:p w14:paraId="1C9C04CE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7A5049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vAlign w:val="center"/>
        </w:tcPr>
        <w:p w14:paraId="2871245C" w14:textId="77777777" w:rsidR="00C464FD" w:rsidRPr="007A5049" w:rsidRDefault="00C464FD" w:rsidP="0083508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color w:val="E30713"/>
              <w:sz w:val="16"/>
              <w:szCs w:val="16"/>
              <w:lang w:eastAsia="tr-TR"/>
            </w:rPr>
          </w:pPr>
        </w:p>
      </w:tc>
    </w:tr>
    <w:tr w:rsidR="00C464FD" w:rsidRPr="007A5049" w14:paraId="470EA412" w14:textId="77777777" w:rsidTr="00C45E2E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</w:tcPr>
        <w:p w14:paraId="0A376FD9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lang w:eastAsia="tr-TR"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vAlign w:val="center"/>
        </w:tcPr>
        <w:p w14:paraId="0BCA7C7A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eastAsia="tr-TR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vAlign w:val="center"/>
        </w:tcPr>
        <w:p w14:paraId="721600FA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sz w:val="16"/>
              <w:szCs w:val="16"/>
              <w:lang w:eastAsia="tr-TR"/>
            </w:rPr>
          </w:pPr>
          <w:r w:rsidRPr="007A5049"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vAlign w:val="center"/>
        </w:tcPr>
        <w:p w14:paraId="51305A8D" w14:textId="77777777" w:rsidR="00C464FD" w:rsidRPr="007A5049" w:rsidRDefault="00C464FD" w:rsidP="00C464F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</w:pPr>
          <w:r w:rsidRPr="007A5049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7A5049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PAGE  \* Arabic  \* MERGEFORMAT</w:instrText>
          </w:r>
          <w:r w:rsidRPr="007A5049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 w:rsidR="00782843"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1</w:t>
          </w:r>
          <w:r w:rsidRPr="007A5049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  <w:r w:rsidRPr="007A5049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t xml:space="preserve"> / </w:t>
          </w:r>
          <w:r w:rsidRPr="007A5049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7A5049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NUMPAGES  \* Arabic  \* MERGEFORMAT</w:instrText>
          </w:r>
          <w:r w:rsidRPr="007A5049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 w:rsidR="00782843"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1</w:t>
          </w:r>
          <w:r w:rsidRPr="007A5049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</w:p>
      </w:tc>
    </w:tr>
  </w:tbl>
  <w:p w14:paraId="17B92002" w14:textId="77777777" w:rsidR="0068727D" w:rsidRPr="007A5049" w:rsidRDefault="00687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33BF"/>
    <w:rsid w:val="000A0943"/>
    <w:rsid w:val="000B4CB3"/>
    <w:rsid w:val="000F07A9"/>
    <w:rsid w:val="001240A6"/>
    <w:rsid w:val="0015074B"/>
    <w:rsid w:val="0017401C"/>
    <w:rsid w:val="00246F05"/>
    <w:rsid w:val="002716FA"/>
    <w:rsid w:val="0029639D"/>
    <w:rsid w:val="002E632F"/>
    <w:rsid w:val="00324041"/>
    <w:rsid w:val="00326F90"/>
    <w:rsid w:val="003425BB"/>
    <w:rsid w:val="003974F9"/>
    <w:rsid w:val="00472F9F"/>
    <w:rsid w:val="00557F3C"/>
    <w:rsid w:val="005734EB"/>
    <w:rsid w:val="005B0B88"/>
    <w:rsid w:val="0068727D"/>
    <w:rsid w:val="006B021E"/>
    <w:rsid w:val="0073255F"/>
    <w:rsid w:val="00782843"/>
    <w:rsid w:val="007A4E1E"/>
    <w:rsid w:val="007A5049"/>
    <w:rsid w:val="007C03F0"/>
    <w:rsid w:val="007F35D8"/>
    <w:rsid w:val="0082727E"/>
    <w:rsid w:val="008308CD"/>
    <w:rsid w:val="0083508F"/>
    <w:rsid w:val="00865C8E"/>
    <w:rsid w:val="008A2F82"/>
    <w:rsid w:val="008C08CF"/>
    <w:rsid w:val="0090380C"/>
    <w:rsid w:val="00931653"/>
    <w:rsid w:val="00980E0A"/>
    <w:rsid w:val="009B00C8"/>
    <w:rsid w:val="00A54D67"/>
    <w:rsid w:val="00A71698"/>
    <w:rsid w:val="00AA1D8D"/>
    <w:rsid w:val="00AE79B1"/>
    <w:rsid w:val="00B27CA5"/>
    <w:rsid w:val="00B47730"/>
    <w:rsid w:val="00B51168"/>
    <w:rsid w:val="00B76861"/>
    <w:rsid w:val="00B93F9D"/>
    <w:rsid w:val="00BD7415"/>
    <w:rsid w:val="00C464FD"/>
    <w:rsid w:val="00C72BD2"/>
    <w:rsid w:val="00CA5E09"/>
    <w:rsid w:val="00CB0664"/>
    <w:rsid w:val="00CE234F"/>
    <w:rsid w:val="00DD2560"/>
    <w:rsid w:val="00E940EC"/>
    <w:rsid w:val="00EB41C8"/>
    <w:rsid w:val="00F47145"/>
    <w:rsid w:val="00F97830"/>
    <w:rsid w:val="00FB0FE8"/>
    <w:rsid w:val="00FC693F"/>
    <w:rsid w:val="00F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7511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2716FA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727D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980E0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2716FA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727D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980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729F1576E0942E6AE7DFEAF656FD3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EFD50B-7B78-4A57-91A7-2CE04939E9FC}"/>
      </w:docPartPr>
      <w:docPartBody>
        <w:p w:rsidR="00B43A9D" w:rsidRDefault="006277EB" w:rsidP="006277EB">
          <w:pPr>
            <w:pStyle w:val="2729F1576E0942E6AE7DFEAF656FD3A3"/>
          </w:pPr>
          <w:r w:rsidRPr="00C03D46">
            <w:rPr>
              <w:rStyle w:val="YerTutucuMetni"/>
              <w:rFonts w:ascii="Arial" w:hAnsi="Arial" w:cs="Arial"/>
              <w:color w:val="auto"/>
            </w:rPr>
            <w:t>Metin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EB"/>
    <w:rsid w:val="000C1A29"/>
    <w:rsid w:val="000F07A9"/>
    <w:rsid w:val="00460371"/>
    <w:rsid w:val="005962F6"/>
    <w:rsid w:val="005C1061"/>
    <w:rsid w:val="005E21AC"/>
    <w:rsid w:val="00610F30"/>
    <w:rsid w:val="006277EB"/>
    <w:rsid w:val="00712684"/>
    <w:rsid w:val="0076265D"/>
    <w:rsid w:val="0086528A"/>
    <w:rsid w:val="00936F66"/>
    <w:rsid w:val="00B43A9D"/>
    <w:rsid w:val="00B4648E"/>
    <w:rsid w:val="00E00C31"/>
    <w:rsid w:val="00FC487B"/>
    <w:rsid w:val="00FD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6265D"/>
    <w:rPr>
      <w:color w:val="808080"/>
    </w:rPr>
  </w:style>
  <w:style w:type="paragraph" w:customStyle="1" w:styleId="2729F1576E0942E6AE7DFEAF656FD3A3">
    <w:name w:val="2729F1576E0942E6AE7DFEAF656FD3A3"/>
    <w:rsid w:val="006277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6265D"/>
    <w:rPr>
      <w:color w:val="808080"/>
    </w:rPr>
  </w:style>
  <w:style w:type="paragraph" w:customStyle="1" w:styleId="2729F1576E0942E6AE7DFEAF656FD3A3">
    <w:name w:val="2729F1576E0942E6AE7DFEAF656FD3A3"/>
    <w:rsid w:val="00627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FD0D8C-8624-42E1-BBFC-D3169E30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ACER</cp:lastModifiedBy>
  <cp:revision>2</cp:revision>
  <dcterms:created xsi:type="dcterms:W3CDTF">2026-08-25T12:34:00Z</dcterms:created>
  <dcterms:modified xsi:type="dcterms:W3CDTF">2026-08-25T12:34:00Z</dcterms:modified>
</cp:coreProperties>
</file>