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885" w:rsidRDefault="001A0C5B">
      <w:pPr>
        <w:jc w:val="center"/>
        <w:rPr>
          <w:rFonts w:hint="eastAsia"/>
        </w:rPr>
      </w:pPr>
      <w:r>
        <w:rPr>
          <w:b/>
          <w:color w:val="14365A"/>
          <w:sz w:val="38"/>
        </w:rPr>
        <w:t>BASKETBOL AKŞAM LİGİ FİKSTÜRÜ</w:t>
      </w:r>
    </w:p>
    <w:p w:rsidR="00342885" w:rsidRDefault="001A0C5B">
      <w:pPr>
        <w:rPr>
          <w:rFonts w:hint="eastAsia"/>
        </w:rPr>
      </w:pPr>
      <w:r>
        <w:rPr>
          <w:b/>
          <w:color w:val="12507E"/>
          <w:sz w:val="22"/>
        </w:rPr>
        <w:t>1. HAFTA  |  19 Ekim – 20 Ekim 2026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256170" w:rsidTr="00256170">
        <w:trPr>
          <w:jc w:val="center"/>
        </w:trPr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Tarih</w:t>
            </w:r>
          </w:p>
        </w:tc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Saat</w:t>
            </w:r>
          </w:p>
        </w:tc>
        <w:tc>
          <w:tcPr>
            <w:tcW w:w="5082" w:type="dxa"/>
            <w:gridSpan w:val="2"/>
            <w:shd w:val="clear" w:color="auto" w:fill="173F65"/>
            <w:vAlign w:val="center"/>
          </w:tcPr>
          <w:p w:rsidR="00256170" w:rsidRDefault="00256170" w:rsidP="0025617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Maçlar</w:t>
            </w:r>
          </w:p>
        </w:tc>
      </w:tr>
      <w:tr w:rsidR="00342885">
        <w:trPr>
          <w:jc w:val="center"/>
        </w:trPr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19.10.2026</w:t>
            </w:r>
            <w:r>
              <w:rPr>
                <w:sz w:val="16"/>
              </w:rPr>
              <w:br/>
              <w:t>Pazartesi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İletişim Fakültesi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Fen-Edebiyat Fakültesi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20.10.2026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Veteriner Fakültesi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Spor Bilimleri Fakültesi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20.10.2026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20.00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Mühendislik-Mimarlık Fakültesi (MMF)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Tıp Fakültesi</w:t>
            </w:r>
          </w:p>
        </w:tc>
      </w:tr>
    </w:tbl>
    <w:p w:rsidR="00256170" w:rsidRDefault="00256170">
      <w:pPr>
        <w:rPr>
          <w:b/>
          <w:color w:val="12507E"/>
          <w:sz w:val="22"/>
        </w:rPr>
      </w:pPr>
    </w:p>
    <w:p w:rsidR="00342885" w:rsidRDefault="001A0C5B">
      <w:pPr>
        <w:rPr>
          <w:rFonts w:hint="eastAsia"/>
        </w:rPr>
      </w:pPr>
      <w:r>
        <w:rPr>
          <w:b/>
          <w:color w:val="12507E"/>
          <w:sz w:val="22"/>
        </w:rPr>
        <w:t>2. HAFTA  |  2 Kasım – 3 Kasım 2026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256170" w:rsidTr="00256170">
        <w:trPr>
          <w:jc w:val="center"/>
        </w:trPr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Tarih</w:t>
            </w:r>
          </w:p>
        </w:tc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Saat</w:t>
            </w:r>
          </w:p>
        </w:tc>
        <w:tc>
          <w:tcPr>
            <w:tcW w:w="5082" w:type="dxa"/>
            <w:gridSpan w:val="2"/>
            <w:shd w:val="clear" w:color="auto" w:fill="173F65"/>
            <w:vAlign w:val="center"/>
          </w:tcPr>
          <w:p w:rsidR="00256170" w:rsidRDefault="00256170" w:rsidP="0025617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Maçlar</w:t>
            </w:r>
          </w:p>
        </w:tc>
      </w:tr>
      <w:tr w:rsidR="00342885">
        <w:trPr>
          <w:jc w:val="center"/>
        </w:trPr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02.11.2026</w:t>
            </w:r>
            <w:r>
              <w:rPr>
                <w:sz w:val="16"/>
              </w:rPr>
              <w:br/>
              <w:t>Pazartesi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Fen-Edebiyat Fakültesi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Tıp Fakültesi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03.11.2026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İletişim Fakültesi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Spor Bilimleri Fakültesi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03.11.2026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20.00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Veteriner Fakültesi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Mühendislik-Mimarlık Fakültesi (MMF)</w:t>
            </w:r>
          </w:p>
        </w:tc>
      </w:tr>
    </w:tbl>
    <w:p w:rsidR="00256170" w:rsidRDefault="00256170">
      <w:pPr>
        <w:rPr>
          <w:b/>
          <w:color w:val="12507E"/>
          <w:sz w:val="22"/>
        </w:rPr>
      </w:pPr>
    </w:p>
    <w:p w:rsidR="00342885" w:rsidRDefault="001A0C5B">
      <w:pPr>
        <w:rPr>
          <w:rFonts w:hint="eastAsia"/>
        </w:rPr>
      </w:pPr>
      <w:r>
        <w:rPr>
          <w:b/>
          <w:color w:val="12507E"/>
          <w:sz w:val="22"/>
        </w:rPr>
        <w:t>3. HAFTA  |  23 Kasım – 24 Kasım 2026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256170" w:rsidTr="00442654">
        <w:trPr>
          <w:jc w:val="center"/>
        </w:trPr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Tarih</w:t>
            </w:r>
          </w:p>
        </w:tc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Saat</w:t>
            </w:r>
          </w:p>
        </w:tc>
        <w:tc>
          <w:tcPr>
            <w:tcW w:w="5082" w:type="dxa"/>
            <w:gridSpan w:val="2"/>
            <w:shd w:val="clear" w:color="auto" w:fill="173F65"/>
            <w:vAlign w:val="center"/>
          </w:tcPr>
          <w:p w:rsidR="00256170" w:rsidRDefault="00256170" w:rsidP="0025617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Maçlar</w:t>
            </w:r>
          </w:p>
        </w:tc>
      </w:tr>
      <w:tr w:rsidR="00342885">
        <w:trPr>
          <w:jc w:val="center"/>
        </w:trPr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23.11.2026</w:t>
            </w:r>
            <w:r>
              <w:rPr>
                <w:sz w:val="16"/>
              </w:rPr>
              <w:br/>
              <w:t>Pazartesi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Fen-Edebiyat Fakültesi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Veteriner Fakültesi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24.11.2026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İletişim Fakültesi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Tıp Fakültesi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24.11.2026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20.00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Spor Bilimleri Fakültesi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Mühendislik-Mimarlık Fakültesi (MMF)</w:t>
            </w:r>
          </w:p>
        </w:tc>
      </w:tr>
    </w:tbl>
    <w:p w:rsidR="00256170" w:rsidRDefault="00256170">
      <w:pPr>
        <w:rPr>
          <w:b/>
          <w:color w:val="12507E"/>
          <w:sz w:val="22"/>
        </w:rPr>
      </w:pPr>
    </w:p>
    <w:p w:rsidR="00342885" w:rsidRDefault="001A0C5B">
      <w:pPr>
        <w:rPr>
          <w:rFonts w:hint="eastAsia"/>
        </w:rPr>
      </w:pPr>
      <w:r>
        <w:rPr>
          <w:b/>
          <w:color w:val="12507E"/>
          <w:sz w:val="22"/>
        </w:rPr>
        <w:t>4. HAFTA  |  30 Kasım – 1 Aralık 2026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256170" w:rsidTr="00256170">
        <w:trPr>
          <w:jc w:val="center"/>
        </w:trPr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Tarih</w:t>
            </w:r>
          </w:p>
        </w:tc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Saat</w:t>
            </w:r>
          </w:p>
        </w:tc>
        <w:tc>
          <w:tcPr>
            <w:tcW w:w="5082" w:type="dxa"/>
            <w:gridSpan w:val="2"/>
            <w:shd w:val="clear" w:color="auto" w:fill="173F65"/>
            <w:vAlign w:val="center"/>
          </w:tcPr>
          <w:p w:rsidR="00256170" w:rsidRDefault="00256170" w:rsidP="0025617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Maçlar</w:t>
            </w:r>
          </w:p>
        </w:tc>
      </w:tr>
      <w:tr w:rsidR="00342885" w:rsidTr="001A0C5B">
        <w:trPr>
          <w:trHeight w:val="395"/>
          <w:jc w:val="center"/>
        </w:trPr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30.11.2026</w:t>
            </w:r>
            <w:r>
              <w:rPr>
                <w:sz w:val="16"/>
              </w:rPr>
              <w:br/>
              <w:t>Pazartesi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İletişim Fakültesi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Mühendislik-Mimarlık Fakültesi (MMF)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01.12.2026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Tıp Fakültesi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Veteriner Fakültesi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01.12.2026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20.00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Spor Bilimleri Fakültesi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Fen-Edebiyat Fakültesi</w:t>
            </w:r>
          </w:p>
        </w:tc>
      </w:tr>
    </w:tbl>
    <w:p w:rsidR="00256170" w:rsidRDefault="00256170">
      <w:pPr>
        <w:rPr>
          <w:b/>
          <w:color w:val="12507E"/>
          <w:sz w:val="22"/>
        </w:rPr>
      </w:pPr>
    </w:p>
    <w:p w:rsidR="00342885" w:rsidRDefault="001A0C5B">
      <w:pPr>
        <w:rPr>
          <w:rFonts w:hint="eastAsia"/>
        </w:rPr>
      </w:pPr>
      <w:bookmarkStart w:id="0" w:name="_GoBack"/>
      <w:bookmarkEnd w:id="0"/>
      <w:r>
        <w:rPr>
          <w:b/>
          <w:color w:val="12507E"/>
          <w:sz w:val="22"/>
        </w:rPr>
        <w:t>5. HAFTA  |  7 Aralık – 8 Aralık 2026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256170" w:rsidTr="00256170">
        <w:trPr>
          <w:jc w:val="center"/>
        </w:trPr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Tarih</w:t>
            </w:r>
          </w:p>
        </w:tc>
        <w:tc>
          <w:tcPr>
            <w:tcW w:w="2541" w:type="dxa"/>
            <w:shd w:val="clear" w:color="auto" w:fill="173F65"/>
          </w:tcPr>
          <w:p w:rsidR="00256170" w:rsidRDefault="0025617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Saat</w:t>
            </w:r>
          </w:p>
        </w:tc>
        <w:tc>
          <w:tcPr>
            <w:tcW w:w="5082" w:type="dxa"/>
            <w:gridSpan w:val="2"/>
            <w:shd w:val="clear" w:color="auto" w:fill="173F65"/>
            <w:vAlign w:val="center"/>
          </w:tcPr>
          <w:p w:rsidR="00256170" w:rsidRDefault="00256170" w:rsidP="0025617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Maçlar</w:t>
            </w:r>
          </w:p>
        </w:tc>
      </w:tr>
      <w:tr w:rsidR="00342885">
        <w:trPr>
          <w:jc w:val="center"/>
        </w:trPr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07.12.2026</w:t>
            </w:r>
            <w:r>
              <w:rPr>
                <w:sz w:val="16"/>
              </w:rPr>
              <w:br/>
              <w:t>Pazartesi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Mühendislik-Mimarlık Fakültesi (MMF)</w:t>
            </w:r>
          </w:p>
        </w:tc>
        <w:tc>
          <w:tcPr>
            <w:tcW w:w="2541" w:type="dxa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Fen-Edebiyat Fakültesi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08.12.2026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18.00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İletişim Fakültesi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Veteriner Fakültesi</w:t>
            </w:r>
          </w:p>
        </w:tc>
      </w:tr>
      <w:tr w:rsidR="00342885">
        <w:trPr>
          <w:jc w:val="center"/>
        </w:trPr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08.12.2026</w:t>
            </w:r>
            <w:r>
              <w:rPr>
                <w:sz w:val="16"/>
              </w:rPr>
              <w:br/>
              <w:t>Salı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20.00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Tıp Fakültesi</w:t>
            </w:r>
          </w:p>
        </w:tc>
        <w:tc>
          <w:tcPr>
            <w:tcW w:w="2541" w:type="dxa"/>
            <w:shd w:val="clear" w:color="auto" w:fill="F0F5F9"/>
            <w:vAlign w:val="center"/>
          </w:tcPr>
          <w:p w:rsidR="00342885" w:rsidRDefault="001A0C5B">
            <w:pPr>
              <w:spacing w:after="20"/>
              <w:rPr>
                <w:rFonts w:hint="eastAsia"/>
              </w:rPr>
            </w:pPr>
            <w:r>
              <w:rPr>
                <w:sz w:val="16"/>
              </w:rPr>
              <w:t>Spor Bilimleri Fakültesi</w:t>
            </w:r>
          </w:p>
        </w:tc>
      </w:tr>
    </w:tbl>
    <w:p w:rsidR="00342885" w:rsidRDefault="001A0C5B">
      <w:pPr>
        <w:rPr>
          <w:rFonts w:hint="eastAsia"/>
        </w:rPr>
      </w:pPr>
      <w:r>
        <w:t>Not: Her takım diğer beş takımla birer kez karşılaşır. Pazartesi günleri 18.00’de bir; salı günleri 18.00 ve 20.00’de iki maç oynanır.</w:t>
      </w:r>
    </w:p>
    <w:sectPr w:rsidR="00342885" w:rsidSect="00034616">
      <w:pgSz w:w="12240" w:h="15840"/>
      <w:pgMar w:top="936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0C5B"/>
    <w:rsid w:val="00256170"/>
    <w:rsid w:val="0029639D"/>
    <w:rsid w:val="00326F90"/>
    <w:rsid w:val="0034288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42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42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361C89-D02C-497F-8456-E9C05801C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3</cp:revision>
  <dcterms:created xsi:type="dcterms:W3CDTF">2013-12-23T23:15:00Z</dcterms:created>
  <dcterms:modified xsi:type="dcterms:W3CDTF">2026-10-13T13:09:00Z</dcterms:modified>
  <cp:category/>
</cp:coreProperties>
</file>