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E5C" w:rsidRPr="006544E2" w:rsidRDefault="000D0E5C">
      <w:pPr>
        <w:spacing w:after="0" w:line="240" w:lineRule="auto"/>
        <w:rPr>
          <w:rFonts w:cs="Times New Roman"/>
        </w:rPr>
      </w:pPr>
    </w:p>
    <w:p w:rsidR="000D0E5C" w:rsidRPr="006544E2" w:rsidRDefault="000D0E5C">
      <w:pPr>
        <w:spacing w:after="0" w:line="240" w:lineRule="auto"/>
        <w:rPr>
          <w:rFonts w:cs="Times New Roman"/>
        </w:rPr>
      </w:pPr>
    </w:p>
    <w:p w:rsidR="000D0E5C" w:rsidRPr="006544E2" w:rsidRDefault="00C11A28">
      <w:pPr>
        <w:jc w:val="center"/>
        <w:rPr>
          <w:rFonts w:cs="Times New Roman"/>
        </w:rPr>
      </w:pPr>
      <w:r w:rsidRPr="006544E2">
        <w:rPr>
          <w:rFonts w:cs="Times New Roman"/>
          <w:b/>
        </w:rPr>
        <w:t>YOZGAT BOZOK ÜNİVERSİTESİ</w:t>
      </w:r>
    </w:p>
    <w:p w:rsidR="000D0E5C" w:rsidRPr="006544E2" w:rsidRDefault="00C11A28">
      <w:pPr>
        <w:jc w:val="center"/>
        <w:rPr>
          <w:rFonts w:cs="Times New Roman"/>
        </w:rPr>
      </w:pPr>
      <w:r w:rsidRPr="006544E2">
        <w:rPr>
          <w:rFonts w:cs="Times New Roman"/>
          <w:b/>
        </w:rPr>
        <w:t>SAĞLIK BİLİMLERİ FAKÜLTESİ</w:t>
      </w:r>
    </w:p>
    <w:p w:rsidR="000D0E5C" w:rsidRPr="006544E2" w:rsidRDefault="00C11A28">
      <w:pPr>
        <w:jc w:val="center"/>
        <w:rPr>
          <w:rFonts w:cs="Times New Roman"/>
        </w:rPr>
      </w:pPr>
      <w:r w:rsidRPr="006544E2">
        <w:rPr>
          <w:rFonts w:cs="Times New Roman"/>
          <w:b/>
        </w:rPr>
        <w:t>HEMŞİRELİK BÖLÜMÜ</w:t>
      </w:r>
    </w:p>
    <w:p w:rsidR="000D0E5C" w:rsidRPr="006544E2" w:rsidRDefault="00C11A28">
      <w:pPr>
        <w:jc w:val="center"/>
        <w:rPr>
          <w:rFonts w:cs="Times New Roman"/>
        </w:rPr>
      </w:pPr>
      <w:r w:rsidRPr="006544E2">
        <w:rPr>
          <w:rFonts w:cs="Times New Roman"/>
          <w:b/>
        </w:rPr>
        <w:t>2025-2026 EĞİTİM ÖĞRETİM YILI</w:t>
      </w:r>
    </w:p>
    <w:p w:rsidR="000D0E5C" w:rsidRPr="006544E2" w:rsidRDefault="001E4A5C">
      <w:pPr>
        <w:spacing w:before="400" w:after="360"/>
        <w:jc w:val="center"/>
        <w:rPr>
          <w:rFonts w:cs="Times New Roman"/>
        </w:rPr>
      </w:pPr>
      <w:r>
        <w:rPr>
          <w:rFonts w:cs="Times New Roman"/>
          <w:b/>
        </w:rPr>
        <w:t>KENDİNİ TANIMA VE İLETİŞİM YÖNTEMLERİ</w:t>
      </w:r>
      <w:r w:rsidR="00C11A28" w:rsidRPr="006544E2">
        <w:rPr>
          <w:rFonts w:cs="Times New Roman"/>
          <w:b/>
        </w:rPr>
        <w:t xml:space="preserve"> DERS</w:t>
      </w:r>
      <w:r>
        <w:rPr>
          <w:rFonts w:cs="Times New Roman"/>
          <w:b/>
        </w:rPr>
        <w:t>İ</w:t>
      </w:r>
      <w:r w:rsidR="00C11A28" w:rsidRPr="006544E2">
        <w:rPr>
          <w:rFonts w:cs="Times New Roman"/>
          <w:b/>
        </w:rPr>
        <w:t xml:space="preserve"> BİLGİ KİTAPÇIĞI</w:t>
      </w:r>
    </w:p>
    <w:p w:rsidR="000D0E5C" w:rsidRPr="006544E2" w:rsidRDefault="00C11A28">
      <w:pPr>
        <w:jc w:val="center"/>
        <w:rPr>
          <w:rFonts w:cs="Times New Roman"/>
        </w:rPr>
      </w:pPr>
      <w:r w:rsidRPr="006544E2">
        <w:rPr>
          <w:rFonts w:cs="Times New Roman"/>
          <w:noProof/>
          <w:lang w:val="tr-TR" w:eastAsia="tr-TR"/>
        </w:rPr>
        <w:drawing>
          <wp:inline distT="0" distB="0" distL="0" distR="0">
            <wp:extent cx="1554480" cy="1554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9"/>
                    <a:stretch>
                      <a:fillRect/>
                    </a:stretch>
                  </pic:blipFill>
                  <pic:spPr>
                    <a:xfrm>
                      <a:off x="0" y="0"/>
                      <a:ext cx="1554480" cy="1554480"/>
                    </a:xfrm>
                    <a:prstGeom prst="rect">
                      <a:avLst/>
                    </a:prstGeom>
                  </pic:spPr>
                </pic:pic>
              </a:graphicData>
            </a:graphic>
          </wp:inline>
        </w:drawing>
      </w:r>
    </w:p>
    <w:p w:rsidR="000D0E5C" w:rsidRPr="006544E2" w:rsidRDefault="00C11A28">
      <w:pPr>
        <w:spacing w:before="360"/>
        <w:jc w:val="center"/>
        <w:rPr>
          <w:rFonts w:cs="Times New Roman"/>
        </w:rPr>
      </w:pPr>
      <w:r w:rsidRPr="006544E2">
        <w:rPr>
          <w:rFonts w:cs="Times New Roman"/>
          <w:b/>
        </w:rPr>
        <w:t>DERSTEN SORUMLU ÖĞRETİM ELEMANI</w:t>
      </w:r>
    </w:p>
    <w:p w:rsidR="000D0E5C" w:rsidRPr="006544E2" w:rsidRDefault="00DC49E8">
      <w:pPr>
        <w:jc w:val="center"/>
        <w:rPr>
          <w:rFonts w:cs="Times New Roman"/>
        </w:rPr>
      </w:pPr>
      <w:r>
        <w:rPr>
          <w:rFonts w:cs="Times New Roman"/>
        </w:rPr>
        <w:t>Dr.Öğr. Üyesi Hacer DEMİRKOL</w:t>
      </w: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C11A28">
      <w:pPr>
        <w:jc w:val="center"/>
        <w:rPr>
          <w:rFonts w:cs="Times New Roman"/>
        </w:rPr>
      </w:pPr>
      <w:r w:rsidRPr="006544E2">
        <w:rPr>
          <w:rFonts w:cs="Times New Roman"/>
          <w:b/>
        </w:rPr>
        <w:t>YOZGAT</w:t>
      </w:r>
    </w:p>
    <w:p w:rsidR="000D0E5C" w:rsidRPr="006544E2" w:rsidRDefault="00C11A28">
      <w:pPr>
        <w:jc w:val="center"/>
        <w:rPr>
          <w:rFonts w:cs="Times New Roman"/>
        </w:rPr>
      </w:pPr>
      <w:r w:rsidRPr="006544E2">
        <w:rPr>
          <w:rFonts w:cs="Times New Roman"/>
        </w:rPr>
        <w:t>2025-2026</w:t>
      </w:r>
    </w:p>
    <w:p w:rsidR="000D0E5C" w:rsidRPr="006544E2" w:rsidRDefault="00C11A28">
      <w:pPr>
        <w:rPr>
          <w:rFonts w:cs="Times New Roman"/>
        </w:rPr>
      </w:pPr>
      <w:r w:rsidRPr="006544E2">
        <w:rPr>
          <w:rFonts w:cs="Times New Roman"/>
        </w:rPr>
        <w:br w:type="page"/>
      </w:r>
    </w:p>
    <w:p w:rsidR="000D0E5C"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İçindekiler Tablosu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848"/>
      </w:tblGrid>
      <w:tr w:rsidR="009D0514" w:rsidTr="003E1876">
        <w:tc>
          <w:tcPr>
            <w:tcW w:w="8897" w:type="dxa"/>
          </w:tcPr>
          <w:p w:rsidR="009D0514" w:rsidRPr="009D0514" w:rsidRDefault="00952E6F" w:rsidP="009D0514">
            <w:pPr>
              <w:rPr>
                <w:b/>
              </w:rPr>
            </w:pPr>
            <w:r>
              <w:rPr>
                <w:b/>
              </w:rPr>
              <w:t>İ</w:t>
            </w:r>
            <w:r w:rsidR="009D0514" w:rsidRPr="009D0514">
              <w:rPr>
                <w:b/>
              </w:rPr>
              <w:t xml:space="preserve">çindekiler </w:t>
            </w:r>
          </w:p>
        </w:tc>
        <w:tc>
          <w:tcPr>
            <w:tcW w:w="848" w:type="dxa"/>
          </w:tcPr>
          <w:p w:rsidR="009D0514" w:rsidRPr="009D0514" w:rsidRDefault="009D0514" w:rsidP="009D0514">
            <w:pPr>
              <w:rPr>
                <w:b/>
              </w:rPr>
            </w:pPr>
            <w:r w:rsidRPr="009D0514">
              <w:rPr>
                <w:b/>
              </w:rPr>
              <w:t>Sayfa No</w:t>
            </w:r>
          </w:p>
        </w:tc>
      </w:tr>
      <w:tr w:rsidR="009D0514" w:rsidTr="003E1876">
        <w:tc>
          <w:tcPr>
            <w:tcW w:w="8897" w:type="dxa"/>
          </w:tcPr>
          <w:p w:rsidR="009D0514" w:rsidRPr="00766F84" w:rsidRDefault="009D0514" w:rsidP="009D0514">
            <w:pPr>
              <w:jc w:val="both"/>
              <w:rPr>
                <w:b/>
              </w:rPr>
            </w:pPr>
            <w:r w:rsidRPr="00766F84">
              <w:rPr>
                <w:b/>
              </w:rPr>
              <w:t>1. YOZGAT BOZOK ÜNİVERSİTESİ SAĞLIK BİLİMLERİ FAKÜLTESİ HEMŞİRELİK BÖLÜMÜ MİSYON, VİZYON VE DEĞERLERİ</w:t>
            </w:r>
          </w:p>
        </w:tc>
        <w:tc>
          <w:tcPr>
            <w:tcW w:w="848" w:type="dxa"/>
          </w:tcPr>
          <w:p w:rsidR="009D0514" w:rsidRDefault="003E1876" w:rsidP="003E1876">
            <w:pPr>
              <w:jc w:val="center"/>
            </w:pPr>
            <w:r>
              <w:t>3</w:t>
            </w:r>
          </w:p>
        </w:tc>
      </w:tr>
      <w:tr w:rsidR="009D0514" w:rsidTr="003E1876">
        <w:tc>
          <w:tcPr>
            <w:tcW w:w="8897" w:type="dxa"/>
          </w:tcPr>
          <w:p w:rsidR="009D0514" w:rsidRPr="00766F84" w:rsidRDefault="009D0514" w:rsidP="009D0514">
            <w:pPr>
              <w:jc w:val="both"/>
              <w:rPr>
                <w:b/>
              </w:rPr>
            </w:pPr>
            <w:r w:rsidRPr="00766F84">
              <w:rPr>
                <w:b/>
              </w:rPr>
              <w:t xml:space="preserve">2. </w:t>
            </w:r>
            <w:r w:rsidR="001E4A5C" w:rsidRPr="00766F84">
              <w:rPr>
                <w:b/>
              </w:rPr>
              <w:t>KENDİNİ TANIMA VE İLETİŞİM YÖNTEMLERİ</w:t>
            </w:r>
            <w:r w:rsidRPr="00766F84">
              <w:rPr>
                <w:b/>
              </w:rPr>
              <w:t xml:space="preserve"> DERSİ  </w:t>
            </w:r>
          </w:p>
        </w:tc>
        <w:tc>
          <w:tcPr>
            <w:tcW w:w="848" w:type="dxa"/>
          </w:tcPr>
          <w:p w:rsidR="009D0514" w:rsidRDefault="003E1876" w:rsidP="003E1876">
            <w:pPr>
              <w:jc w:val="center"/>
            </w:pPr>
            <w:r>
              <w:t>4</w:t>
            </w:r>
          </w:p>
        </w:tc>
      </w:tr>
      <w:tr w:rsidR="009D0514" w:rsidTr="003E1876">
        <w:tc>
          <w:tcPr>
            <w:tcW w:w="8897" w:type="dxa"/>
          </w:tcPr>
          <w:p w:rsidR="009D0514" w:rsidRDefault="00766F84" w:rsidP="009D0514">
            <w:pPr>
              <w:jc w:val="both"/>
            </w:pPr>
            <w:r>
              <w:t xml:space="preserve">    </w:t>
            </w:r>
            <w:r w:rsidR="009D0514">
              <w:t xml:space="preserve">2.1. </w:t>
            </w:r>
            <w:r w:rsidR="009D0514" w:rsidRPr="009D0514">
              <w:t>Dersin Genel Bilgileri</w:t>
            </w:r>
          </w:p>
        </w:tc>
        <w:tc>
          <w:tcPr>
            <w:tcW w:w="848" w:type="dxa"/>
          </w:tcPr>
          <w:p w:rsidR="009D0514" w:rsidRDefault="003E1876" w:rsidP="003E1876">
            <w:pPr>
              <w:jc w:val="center"/>
            </w:pPr>
            <w:r>
              <w:t>4</w:t>
            </w:r>
          </w:p>
        </w:tc>
      </w:tr>
      <w:tr w:rsidR="009D0514" w:rsidTr="003E1876">
        <w:tc>
          <w:tcPr>
            <w:tcW w:w="8897" w:type="dxa"/>
          </w:tcPr>
          <w:p w:rsidR="009D0514" w:rsidRDefault="00766F84" w:rsidP="009D0514">
            <w:pPr>
              <w:jc w:val="both"/>
            </w:pPr>
            <w:r>
              <w:t xml:space="preserve">    </w:t>
            </w:r>
            <w:r w:rsidR="009D0514">
              <w:t xml:space="preserve">2.2. </w:t>
            </w:r>
            <w:r w:rsidR="009D0514" w:rsidRPr="009D0514">
              <w:t>Dersin Tanımı ve Amacı</w:t>
            </w:r>
          </w:p>
        </w:tc>
        <w:tc>
          <w:tcPr>
            <w:tcW w:w="848" w:type="dxa"/>
          </w:tcPr>
          <w:p w:rsidR="009D0514" w:rsidRDefault="003E1876" w:rsidP="003E1876">
            <w:pPr>
              <w:jc w:val="center"/>
            </w:pPr>
            <w:r>
              <w:t>4</w:t>
            </w:r>
          </w:p>
        </w:tc>
      </w:tr>
      <w:tr w:rsidR="009D0514" w:rsidTr="003E1876">
        <w:tc>
          <w:tcPr>
            <w:tcW w:w="8897" w:type="dxa"/>
          </w:tcPr>
          <w:p w:rsidR="009D0514" w:rsidRDefault="00766F84" w:rsidP="009D0514">
            <w:pPr>
              <w:jc w:val="both"/>
            </w:pPr>
            <w:r>
              <w:t xml:space="preserve">    </w:t>
            </w:r>
            <w:r w:rsidR="009D0514">
              <w:t xml:space="preserve">2.3. </w:t>
            </w:r>
            <w:r w:rsidR="009D0514" w:rsidRPr="009D0514">
              <w:t>Dersin İçeriği</w:t>
            </w:r>
          </w:p>
        </w:tc>
        <w:tc>
          <w:tcPr>
            <w:tcW w:w="848" w:type="dxa"/>
          </w:tcPr>
          <w:p w:rsidR="009D0514" w:rsidRDefault="003E1876" w:rsidP="003E1876">
            <w:pPr>
              <w:jc w:val="center"/>
            </w:pPr>
            <w:r>
              <w:t>4</w:t>
            </w:r>
          </w:p>
        </w:tc>
      </w:tr>
      <w:tr w:rsidR="009D0514" w:rsidTr="003E1876">
        <w:tc>
          <w:tcPr>
            <w:tcW w:w="8897" w:type="dxa"/>
          </w:tcPr>
          <w:p w:rsidR="009D0514" w:rsidRDefault="00766F84" w:rsidP="009D0514">
            <w:pPr>
              <w:jc w:val="both"/>
            </w:pPr>
            <w:r>
              <w:t xml:space="preserve">    </w:t>
            </w:r>
            <w:r w:rsidR="009D0514" w:rsidRPr="009D0514">
              <w:t>2.4. Dersin Genel Hedefleri</w:t>
            </w:r>
          </w:p>
        </w:tc>
        <w:tc>
          <w:tcPr>
            <w:tcW w:w="848" w:type="dxa"/>
          </w:tcPr>
          <w:p w:rsidR="009D0514" w:rsidRDefault="003E1876" w:rsidP="003E1876">
            <w:pPr>
              <w:jc w:val="center"/>
            </w:pPr>
            <w:r>
              <w:t>4</w:t>
            </w:r>
          </w:p>
        </w:tc>
      </w:tr>
      <w:tr w:rsidR="009D0514" w:rsidTr="003E1876">
        <w:tc>
          <w:tcPr>
            <w:tcW w:w="8897" w:type="dxa"/>
          </w:tcPr>
          <w:p w:rsidR="009D0514" w:rsidRDefault="00766F84" w:rsidP="009D0514">
            <w:pPr>
              <w:jc w:val="both"/>
            </w:pPr>
            <w:r>
              <w:t xml:space="preserve">    </w:t>
            </w:r>
            <w:r w:rsidR="009D0514" w:rsidRPr="009D0514">
              <w:t>2.5. Dersin Öğrenme Çıktıları</w:t>
            </w:r>
          </w:p>
        </w:tc>
        <w:tc>
          <w:tcPr>
            <w:tcW w:w="848" w:type="dxa"/>
          </w:tcPr>
          <w:p w:rsidR="009D0514" w:rsidRDefault="003E1876" w:rsidP="003E1876">
            <w:pPr>
              <w:jc w:val="center"/>
            </w:pPr>
            <w:r>
              <w:t>5</w:t>
            </w:r>
          </w:p>
        </w:tc>
      </w:tr>
      <w:tr w:rsidR="009D0514" w:rsidTr="003E1876">
        <w:tc>
          <w:tcPr>
            <w:tcW w:w="8897" w:type="dxa"/>
          </w:tcPr>
          <w:p w:rsidR="009D0514" w:rsidRPr="009D0514" w:rsidRDefault="00766F84" w:rsidP="009D0514">
            <w:pPr>
              <w:jc w:val="both"/>
            </w:pPr>
            <w:r>
              <w:t xml:space="preserve">    </w:t>
            </w:r>
            <w:r w:rsidR="009D0514" w:rsidRPr="009D0514">
              <w:t>2.6. Dersin Becerileri</w:t>
            </w:r>
          </w:p>
        </w:tc>
        <w:tc>
          <w:tcPr>
            <w:tcW w:w="848" w:type="dxa"/>
          </w:tcPr>
          <w:p w:rsidR="009D0514" w:rsidRDefault="003E1876" w:rsidP="003E1876">
            <w:pPr>
              <w:jc w:val="center"/>
            </w:pPr>
            <w:r>
              <w:t>5</w:t>
            </w:r>
          </w:p>
        </w:tc>
      </w:tr>
      <w:tr w:rsidR="009D0514" w:rsidTr="003E1876">
        <w:tc>
          <w:tcPr>
            <w:tcW w:w="8897" w:type="dxa"/>
          </w:tcPr>
          <w:p w:rsidR="009D0514" w:rsidRPr="009D0514" w:rsidRDefault="00766F84" w:rsidP="009D0514">
            <w:pPr>
              <w:jc w:val="both"/>
            </w:pPr>
            <w:r>
              <w:t xml:space="preserve">    </w:t>
            </w:r>
            <w:r w:rsidR="009D0514">
              <w:t xml:space="preserve">2.7. </w:t>
            </w:r>
            <w:r w:rsidR="009D0514" w:rsidRPr="009D0514">
              <w:t>Dersin Öğretim Yöntem ve Teknikleri</w:t>
            </w:r>
          </w:p>
        </w:tc>
        <w:tc>
          <w:tcPr>
            <w:tcW w:w="848" w:type="dxa"/>
          </w:tcPr>
          <w:p w:rsidR="009D0514" w:rsidRDefault="003E1876" w:rsidP="003E1876">
            <w:pPr>
              <w:jc w:val="center"/>
            </w:pPr>
            <w:r>
              <w:t>5</w:t>
            </w:r>
          </w:p>
        </w:tc>
      </w:tr>
      <w:tr w:rsidR="009D0514" w:rsidTr="003E1876">
        <w:tc>
          <w:tcPr>
            <w:tcW w:w="8897" w:type="dxa"/>
          </w:tcPr>
          <w:p w:rsidR="009D0514" w:rsidRDefault="00766F84" w:rsidP="009D0514">
            <w:pPr>
              <w:jc w:val="both"/>
            </w:pPr>
            <w:r>
              <w:t xml:space="preserve">    </w:t>
            </w:r>
            <w:r w:rsidR="009D0514">
              <w:t xml:space="preserve">2.8. </w:t>
            </w:r>
            <w:r w:rsidR="009D0514" w:rsidRPr="009D0514">
              <w:t>Dersin Değerlendirmesi</w:t>
            </w:r>
          </w:p>
        </w:tc>
        <w:tc>
          <w:tcPr>
            <w:tcW w:w="848" w:type="dxa"/>
          </w:tcPr>
          <w:p w:rsidR="009D0514" w:rsidRDefault="003E1876" w:rsidP="003E1876">
            <w:pPr>
              <w:jc w:val="center"/>
            </w:pPr>
            <w:r>
              <w:t>6</w:t>
            </w:r>
          </w:p>
        </w:tc>
      </w:tr>
      <w:tr w:rsidR="009D0514" w:rsidTr="003E1876">
        <w:tc>
          <w:tcPr>
            <w:tcW w:w="8897" w:type="dxa"/>
          </w:tcPr>
          <w:p w:rsidR="009D0514" w:rsidRDefault="00766F84" w:rsidP="009D0514">
            <w:pPr>
              <w:jc w:val="both"/>
            </w:pPr>
            <w:r>
              <w:t xml:space="preserve">    </w:t>
            </w:r>
            <w:r w:rsidR="009D0514">
              <w:t xml:space="preserve">2.9. </w:t>
            </w:r>
            <w:r w:rsidR="009D0514" w:rsidRPr="009D0514">
              <w:t>Eğitimde Öğrenciden Beklentiler</w:t>
            </w:r>
          </w:p>
        </w:tc>
        <w:tc>
          <w:tcPr>
            <w:tcW w:w="848" w:type="dxa"/>
          </w:tcPr>
          <w:p w:rsidR="009D0514" w:rsidRDefault="003E1876" w:rsidP="003E1876">
            <w:pPr>
              <w:jc w:val="center"/>
            </w:pPr>
            <w:r>
              <w:t>6</w:t>
            </w:r>
          </w:p>
        </w:tc>
      </w:tr>
      <w:tr w:rsidR="009D0514" w:rsidTr="003E1876">
        <w:tc>
          <w:tcPr>
            <w:tcW w:w="8897" w:type="dxa"/>
          </w:tcPr>
          <w:p w:rsidR="009D0514" w:rsidRPr="00766F84" w:rsidRDefault="009D0514" w:rsidP="009D0514">
            <w:pPr>
              <w:jc w:val="both"/>
              <w:rPr>
                <w:b/>
              </w:rPr>
            </w:pPr>
            <w:r w:rsidRPr="00766F84">
              <w:rPr>
                <w:b/>
              </w:rPr>
              <w:t xml:space="preserve">3. </w:t>
            </w:r>
            <w:r w:rsidR="001E4A5C" w:rsidRPr="00766F84">
              <w:rPr>
                <w:b/>
              </w:rPr>
              <w:t xml:space="preserve">KENDİNİ TANIMA VE İLETİŞİM YÖNTEMLERİ DERSİ </w:t>
            </w:r>
            <w:r w:rsidRPr="00766F84">
              <w:rPr>
                <w:b/>
              </w:rPr>
              <w:t>HAFTALIK DERS PROGRAMI, ÖĞRENME, PROGRAM ÇIKTILARI, HASTA GÜVENLİĞİ, SAĞLIĞIN SOSYAL BELİRLEYİCİLERİ VE SÜRDÜRÜLEBİLİR KALKINMA HEDEFLERİ İLE İLİŞKİSİ</w:t>
            </w:r>
          </w:p>
        </w:tc>
        <w:tc>
          <w:tcPr>
            <w:tcW w:w="848" w:type="dxa"/>
          </w:tcPr>
          <w:p w:rsidR="009D0514" w:rsidRDefault="003E1876" w:rsidP="003E1876">
            <w:pPr>
              <w:jc w:val="center"/>
            </w:pPr>
            <w:r>
              <w:t>7</w:t>
            </w:r>
          </w:p>
        </w:tc>
      </w:tr>
      <w:tr w:rsidR="009D0514" w:rsidTr="003E1876">
        <w:tc>
          <w:tcPr>
            <w:tcW w:w="8897" w:type="dxa"/>
          </w:tcPr>
          <w:p w:rsidR="009D0514" w:rsidRPr="00766F84" w:rsidRDefault="009D0514" w:rsidP="009D0514">
            <w:pPr>
              <w:jc w:val="both"/>
              <w:rPr>
                <w:b/>
              </w:rPr>
            </w:pPr>
            <w:r w:rsidRPr="00766F84">
              <w:rPr>
                <w:b/>
              </w:rPr>
              <w:t>4. HASTA GÜVENLİĞİ, SÜRDÜRÜLEBİLİR KALKINMA HEDEFLERİ, SAĞLIĞIN SOSYAL BELİRLEYİCİLERİ İLE İLİŞKİSİ</w:t>
            </w:r>
          </w:p>
        </w:tc>
        <w:tc>
          <w:tcPr>
            <w:tcW w:w="848" w:type="dxa"/>
          </w:tcPr>
          <w:p w:rsidR="009D0514" w:rsidRDefault="003E1876" w:rsidP="003E1876">
            <w:pPr>
              <w:jc w:val="center"/>
            </w:pPr>
            <w:r>
              <w:t>11</w:t>
            </w:r>
          </w:p>
        </w:tc>
      </w:tr>
      <w:tr w:rsidR="009D0514" w:rsidTr="003E1876">
        <w:tc>
          <w:tcPr>
            <w:tcW w:w="8897" w:type="dxa"/>
          </w:tcPr>
          <w:p w:rsidR="009D0514" w:rsidRPr="00766F84" w:rsidRDefault="009D0514" w:rsidP="000D1517">
            <w:pPr>
              <w:jc w:val="both"/>
              <w:rPr>
                <w:b/>
              </w:rPr>
            </w:pPr>
            <w:r w:rsidRPr="00766F84">
              <w:rPr>
                <w:b/>
              </w:rPr>
              <w:t xml:space="preserve">5. </w:t>
            </w:r>
            <w:r w:rsidR="001E4A5C" w:rsidRPr="00766F84">
              <w:rPr>
                <w:b/>
              </w:rPr>
              <w:t xml:space="preserve">KENDİNİ TANIMA VE İLETİŞİM YÖNTEMLERİ </w:t>
            </w:r>
            <w:r w:rsidRPr="00766F84">
              <w:rPr>
                <w:b/>
              </w:rPr>
              <w:t>DERSİ KAYNAK LİSTESİ</w:t>
            </w:r>
          </w:p>
        </w:tc>
        <w:tc>
          <w:tcPr>
            <w:tcW w:w="848" w:type="dxa"/>
          </w:tcPr>
          <w:p w:rsidR="009D0514" w:rsidRDefault="003E1876" w:rsidP="003E1876">
            <w:pPr>
              <w:jc w:val="center"/>
            </w:pPr>
            <w:r>
              <w:t>12</w:t>
            </w:r>
          </w:p>
        </w:tc>
      </w:tr>
    </w:tbl>
    <w:p w:rsidR="009D0514" w:rsidRDefault="009D0514" w:rsidP="009D0514"/>
    <w:p w:rsidR="009D0514" w:rsidRDefault="009D0514" w:rsidP="009D0514"/>
    <w:p w:rsidR="009D0514" w:rsidRDefault="009D0514" w:rsidP="009D0514"/>
    <w:p w:rsidR="009D0514" w:rsidRDefault="009D0514" w:rsidP="009D0514"/>
    <w:p w:rsidR="009D0514" w:rsidRDefault="009D0514" w:rsidP="009D0514"/>
    <w:p w:rsidR="009D0514" w:rsidRDefault="009D0514" w:rsidP="009D0514"/>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rsidP="009D0514"/>
    <w:p w:rsidR="009D0514" w:rsidRDefault="009D0514" w:rsidP="009D0514"/>
    <w:p w:rsidR="009D0514" w:rsidRPr="009D0514" w:rsidRDefault="009D0514" w:rsidP="009D0514"/>
    <w:p w:rsidR="009D0514" w:rsidRDefault="009D0514" w:rsidP="009D0514">
      <w:pPr>
        <w:pStyle w:val="Balk1"/>
        <w:spacing w:before="0" w:line="240" w:lineRule="auto"/>
        <w:jc w:val="both"/>
        <w:rPr>
          <w:rFonts w:ascii="Times New Roman" w:hAnsi="Times New Roman" w:cs="Times New Roman"/>
          <w:color w:val="auto"/>
          <w:sz w:val="22"/>
          <w:szCs w:val="22"/>
        </w:rPr>
      </w:pPr>
    </w:p>
    <w:p w:rsidR="000D0E5C" w:rsidRPr="006544E2" w:rsidRDefault="00C11A28" w:rsidP="009D0514">
      <w:pPr>
        <w:pStyle w:val="Balk1"/>
        <w:spacing w:before="0" w:line="360" w:lineRule="auto"/>
        <w:jc w:val="both"/>
        <w:rPr>
          <w:rFonts w:ascii="Times New Roman" w:hAnsi="Times New Roman" w:cs="Times New Roman"/>
          <w:color w:val="auto"/>
          <w:sz w:val="22"/>
          <w:szCs w:val="22"/>
        </w:rPr>
      </w:pPr>
      <w:r w:rsidRPr="006544E2">
        <w:rPr>
          <w:rFonts w:ascii="Times New Roman" w:hAnsi="Times New Roman" w:cs="Times New Roman"/>
          <w:color w:val="auto"/>
          <w:sz w:val="22"/>
          <w:szCs w:val="22"/>
        </w:rPr>
        <w:t>1. YOZGAT BOZOK ÜNİVERSİTESİ SAĞLIK BİLİMLERİ FAKÜLTESİ HEMŞİRELİK BÖLÜMÜ MİSYON, VİZYON VE DEĞERLERİ</w:t>
      </w:r>
    </w:p>
    <w:p w:rsidR="000D0E5C" w:rsidRPr="006544E2" w:rsidRDefault="00C11A28" w:rsidP="00766F84">
      <w:pPr>
        <w:spacing w:after="0" w:line="360" w:lineRule="auto"/>
        <w:jc w:val="both"/>
        <w:rPr>
          <w:rFonts w:cs="Times New Roman"/>
        </w:rPr>
      </w:pPr>
      <w:r w:rsidRPr="006544E2">
        <w:rPr>
          <w:rFonts w:cs="Times New Roman"/>
          <w:b/>
        </w:rPr>
        <w:t>Misyon:</w:t>
      </w:r>
      <w:r w:rsidRPr="006544E2">
        <w:rPr>
          <w:rFonts w:cs="Times New Roman"/>
        </w:rPr>
        <w:t xml:space="preserve"> 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rsidR="000D0E5C" w:rsidRPr="006544E2" w:rsidRDefault="00C11A28" w:rsidP="00766F84">
      <w:pPr>
        <w:spacing w:after="0" w:line="360" w:lineRule="auto"/>
        <w:jc w:val="both"/>
        <w:rPr>
          <w:rFonts w:cs="Times New Roman"/>
        </w:rPr>
      </w:pPr>
      <w:r w:rsidRPr="006544E2">
        <w:rPr>
          <w:rFonts w:cs="Times New Roman"/>
          <w:b/>
        </w:rPr>
        <w:t>Vizyon:</w:t>
      </w:r>
      <w:r w:rsidRPr="006544E2">
        <w:rPr>
          <w:rFonts w:cs="Times New Roman"/>
        </w:rPr>
        <w:t xml:space="preserve"> 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rsidR="000D0E5C" w:rsidRPr="006544E2" w:rsidRDefault="00C11A28" w:rsidP="00766F84">
      <w:pPr>
        <w:spacing w:after="0" w:line="360" w:lineRule="auto"/>
        <w:jc w:val="both"/>
        <w:rPr>
          <w:rFonts w:cs="Times New Roman"/>
        </w:rPr>
      </w:pPr>
      <w:r w:rsidRPr="006544E2">
        <w:rPr>
          <w:rFonts w:cs="Times New Roman"/>
          <w:b/>
        </w:rPr>
        <w:t>Değerler:</w:t>
      </w:r>
      <w:r w:rsidRPr="006544E2">
        <w:rPr>
          <w:rFonts w:cs="Times New Roman"/>
        </w:rPr>
        <w:t xml:space="preserve"> Adalet, özgürlük, hoşgörü, üretkenlik, girişimcilik, katılımcılık, kalite odaklılık, çevreye duyarlılık, hesap verilebilirlik.</w:t>
      </w:r>
    </w:p>
    <w:p w:rsidR="000D0E5C" w:rsidRPr="006544E2" w:rsidRDefault="00C11A28" w:rsidP="00450C73">
      <w:pPr>
        <w:spacing w:after="60" w:line="240" w:lineRule="auto"/>
        <w:jc w:val="both"/>
        <w:rPr>
          <w:rFonts w:cs="Times New Roman"/>
        </w:rPr>
      </w:pPr>
      <w:r w:rsidRPr="006544E2">
        <w:rPr>
          <w:rFonts w:cs="Times New Roman"/>
          <w:b/>
        </w:rPr>
        <w:t>Hemşirelik bölümü program amaçları;</w:t>
      </w:r>
    </w:p>
    <w:p w:rsidR="000D0E5C" w:rsidRPr="006544E2" w:rsidRDefault="00C11A28" w:rsidP="00766F84">
      <w:pPr>
        <w:pStyle w:val="ListeMaddemi"/>
        <w:numPr>
          <w:ilvl w:val="0"/>
          <w:numId w:val="31"/>
        </w:numPr>
        <w:spacing w:after="20" w:line="240" w:lineRule="auto"/>
        <w:jc w:val="both"/>
        <w:rPr>
          <w:rFonts w:cs="Times New Roman"/>
        </w:rPr>
      </w:pPr>
      <w:r w:rsidRPr="006544E2">
        <w:rPr>
          <w:rFonts w:cs="Times New Roman"/>
        </w:rPr>
        <w:t>Eğitim programının, mezunlarının yakın bir gelecekte erişmeleri istenen kariyer hedeflerini, çalışma alanlarını ve bu alanlarda üstlenecekleri rolleri belirten ve mesleki beklentileri tanımlayan amaçları olmalıdır.</w:t>
      </w:r>
    </w:p>
    <w:p w:rsidR="000D0E5C" w:rsidRPr="006544E2" w:rsidRDefault="00C11A28" w:rsidP="00766F84">
      <w:pPr>
        <w:pStyle w:val="ListeMaddemi"/>
        <w:numPr>
          <w:ilvl w:val="0"/>
          <w:numId w:val="31"/>
        </w:numPr>
        <w:spacing w:after="20" w:line="240" w:lineRule="auto"/>
        <w:jc w:val="both"/>
        <w:rPr>
          <w:rFonts w:cs="Times New Roman"/>
        </w:rPr>
      </w:pPr>
      <w:r w:rsidRPr="006544E2">
        <w:rPr>
          <w:rFonts w:cs="Times New Roman"/>
        </w:rPr>
        <w:t>Görev, yetki ve sorumluluklarını mesleki değerler ile etik ilkeler doğrultusunda etkili iletişim tekniklerini kullanarak, eğitim, yönetim, araştırma ve liderlik rollerine uygun faaliyetlerinde bulunur.</w:t>
      </w:r>
    </w:p>
    <w:p w:rsidR="000D0E5C" w:rsidRPr="006544E2" w:rsidRDefault="00C11A28" w:rsidP="00766F84">
      <w:pPr>
        <w:pStyle w:val="ListeMaddemi"/>
        <w:numPr>
          <w:ilvl w:val="0"/>
          <w:numId w:val="31"/>
        </w:numPr>
        <w:spacing w:after="20" w:line="240" w:lineRule="auto"/>
        <w:jc w:val="both"/>
        <w:rPr>
          <w:rFonts w:cs="Times New Roman"/>
        </w:rPr>
      </w:pPr>
      <w:r w:rsidRPr="006544E2">
        <w:rPr>
          <w:rFonts w:cs="Times New Roman"/>
        </w:rPr>
        <w:t>Hemşirelik mesleğinin rol ve işlevlerini yerine getirebilmek için yaşam boyu öğrenmeyi benimseyerek değişim ve gelişimleri izleyebilecek, gerekli kuramsal ve güncel bilgi, beceri ve tutuma sahip olur.</w:t>
      </w:r>
    </w:p>
    <w:p w:rsidR="000D0E5C" w:rsidRPr="006544E2" w:rsidRDefault="00C11A28">
      <w:pPr>
        <w:spacing w:after="60" w:line="240" w:lineRule="auto"/>
        <w:rPr>
          <w:rFonts w:cs="Times New Roman"/>
        </w:rPr>
      </w:pPr>
      <w:r w:rsidRPr="006544E2">
        <w:rPr>
          <w:rFonts w:cs="Times New Roman"/>
          <w:b/>
        </w:rPr>
        <w:t>Hemşirelik Bölümü Program Çıktıları;</w:t>
      </w:r>
    </w:p>
    <w:tbl>
      <w:tblPr>
        <w:tblStyle w:val="TabloKlavuzu"/>
        <w:tblW w:w="0" w:type="auto"/>
        <w:jc w:val="center"/>
        <w:tblLook w:val="04A0" w:firstRow="1" w:lastRow="0" w:firstColumn="1" w:lastColumn="0" w:noHBand="0" w:noVBand="1"/>
      </w:tblPr>
      <w:tblGrid>
        <w:gridCol w:w="730"/>
        <w:gridCol w:w="9091"/>
      </w:tblGrid>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1</w:t>
            </w:r>
          </w:p>
        </w:tc>
        <w:tc>
          <w:tcPr>
            <w:tcW w:w="9287" w:type="dxa"/>
          </w:tcPr>
          <w:p w:rsidR="000D0E5C" w:rsidRPr="006544E2" w:rsidRDefault="00C11A28">
            <w:pPr>
              <w:rPr>
                <w:rFonts w:cs="Times New Roman"/>
              </w:rPr>
            </w:pPr>
            <w:r w:rsidRPr="006544E2">
              <w:rPr>
                <w:rFonts w:cs="Times New Roman"/>
              </w:rPr>
              <w:t>Mesleki rol ve işlevleriyle ilgili temel bilgi, tutum ve beceriye sahiptir.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2</w:t>
            </w:r>
          </w:p>
        </w:tc>
        <w:tc>
          <w:tcPr>
            <w:tcW w:w="9287" w:type="dxa"/>
          </w:tcPr>
          <w:p w:rsidR="000D0E5C" w:rsidRPr="006544E2" w:rsidRDefault="00C11A28">
            <w:pPr>
              <w:rPr>
                <w:rFonts w:cs="Times New Roman"/>
              </w:rPr>
            </w:pPr>
            <w:r w:rsidRPr="006544E2">
              <w:rPr>
                <w:rFonts w:cs="Times New Roman"/>
              </w:rPr>
              <w:t>Hemşirelikle ilgili bilimsel ve güncel bilgiye ulaşır ve kullanır.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3</w:t>
            </w:r>
          </w:p>
        </w:tc>
        <w:tc>
          <w:tcPr>
            <w:tcW w:w="9287" w:type="dxa"/>
          </w:tcPr>
          <w:p w:rsidR="000D0E5C" w:rsidRPr="006544E2" w:rsidRDefault="00C11A28">
            <w:pPr>
              <w:rPr>
                <w:rFonts w:cs="Times New Roman"/>
              </w:rPr>
            </w:pPr>
            <w:r w:rsidRPr="006544E2">
              <w:rPr>
                <w:rFonts w:cs="Times New Roman"/>
              </w:rPr>
              <w:t>Hemşirelik bakımını, kanıta dayalı olarak hemşirelik süreci doğrultusunda uygular.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4</w:t>
            </w:r>
          </w:p>
        </w:tc>
        <w:tc>
          <w:tcPr>
            <w:tcW w:w="9287" w:type="dxa"/>
          </w:tcPr>
          <w:p w:rsidR="000D0E5C" w:rsidRPr="006544E2" w:rsidRDefault="00C11A28">
            <w:pPr>
              <w:rPr>
                <w:rFonts w:cs="Times New Roman"/>
              </w:rPr>
            </w:pPr>
            <w:r w:rsidRPr="006544E2">
              <w:rPr>
                <w:rFonts w:cs="Times New Roman"/>
              </w:rPr>
              <w:t>Hemşirelik uygulamalarını etik ilkeler ve yasal düzenlemeler doğrultusunda gerçekleştirir.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5</w:t>
            </w:r>
          </w:p>
        </w:tc>
        <w:tc>
          <w:tcPr>
            <w:tcW w:w="9287" w:type="dxa"/>
          </w:tcPr>
          <w:p w:rsidR="000D0E5C" w:rsidRPr="006544E2" w:rsidRDefault="00C11A28">
            <w:pPr>
              <w:rPr>
                <w:rFonts w:cs="Times New Roman"/>
              </w:rPr>
            </w:pPr>
            <w:r w:rsidRPr="006544E2">
              <w:rPr>
                <w:rFonts w:cs="Times New Roman"/>
              </w:rPr>
              <w:t>Bilişim ve bakım teknolojilerini hemşirelik uygulamalarında kullanır.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6</w:t>
            </w:r>
          </w:p>
        </w:tc>
        <w:tc>
          <w:tcPr>
            <w:tcW w:w="9287" w:type="dxa"/>
          </w:tcPr>
          <w:p w:rsidR="000D0E5C" w:rsidRPr="006544E2" w:rsidRDefault="00C11A28">
            <w:pPr>
              <w:rPr>
                <w:rFonts w:cs="Times New Roman"/>
              </w:rPr>
            </w:pPr>
            <w:r w:rsidRPr="006544E2">
              <w:rPr>
                <w:rFonts w:cs="Times New Roman"/>
              </w:rPr>
              <w:t>Birey/aile/toplum ve sağlık bakım ekibi üyeleriyle etkili iletişim kurar ve iş birliği içinde çalışır.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7</w:t>
            </w:r>
          </w:p>
        </w:tc>
        <w:tc>
          <w:tcPr>
            <w:tcW w:w="9287" w:type="dxa"/>
          </w:tcPr>
          <w:p w:rsidR="000D0E5C" w:rsidRPr="006544E2" w:rsidRDefault="00C11A28">
            <w:pPr>
              <w:rPr>
                <w:rFonts w:cs="Times New Roman"/>
              </w:rPr>
            </w:pPr>
            <w:r w:rsidRPr="006544E2">
              <w:rPr>
                <w:rFonts w:cs="Times New Roman"/>
              </w:rPr>
              <w:t>Hemşirelik alanına ilişkin bilimsel araştırma, proje ve etkinliklerde sorumluluk alır.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8</w:t>
            </w:r>
          </w:p>
        </w:tc>
        <w:tc>
          <w:tcPr>
            <w:tcW w:w="9287" w:type="dxa"/>
          </w:tcPr>
          <w:p w:rsidR="000D0E5C" w:rsidRPr="006544E2" w:rsidRDefault="00C11A28">
            <w:pPr>
              <w:rPr>
                <w:rFonts w:cs="Times New Roman"/>
              </w:rPr>
            </w:pPr>
            <w:r w:rsidRPr="006544E2">
              <w:rPr>
                <w:rFonts w:cs="Times New Roman"/>
              </w:rPr>
              <w:t>Hemşirelik uygulamalarında sorun çözme ve eleştirel düşünme becerilerini kullanır.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9</w:t>
            </w:r>
          </w:p>
        </w:tc>
        <w:tc>
          <w:tcPr>
            <w:tcW w:w="9287" w:type="dxa"/>
          </w:tcPr>
          <w:p w:rsidR="000D0E5C" w:rsidRPr="006544E2" w:rsidRDefault="00C11A28">
            <w:pPr>
              <w:rPr>
                <w:rFonts w:cs="Times New Roman"/>
              </w:rPr>
            </w:pPr>
            <w:r w:rsidRPr="006544E2">
              <w:rPr>
                <w:rFonts w:cs="Times New Roman"/>
              </w:rPr>
              <w:t>En az bir yabancı dili kullanarak alanındaki gelişmeleri izler ve meslektaşlarıyla paylaşır.</w:t>
            </w:r>
          </w:p>
        </w:tc>
      </w:tr>
      <w:tr w:rsidR="006544E2" w:rsidRPr="006544E2" w:rsidTr="00450C73">
        <w:trPr>
          <w:jc w:val="center"/>
        </w:trPr>
        <w:tc>
          <w:tcPr>
            <w:tcW w:w="534" w:type="dxa"/>
          </w:tcPr>
          <w:p w:rsidR="000D0E5C" w:rsidRPr="00766F84" w:rsidRDefault="00450C73">
            <w:pPr>
              <w:jc w:val="center"/>
              <w:rPr>
                <w:rFonts w:cs="Times New Roman"/>
                <w:b/>
              </w:rPr>
            </w:pPr>
            <w:r w:rsidRPr="00766F84">
              <w:rPr>
                <w:rFonts w:cs="Times New Roman"/>
                <w:b/>
              </w:rPr>
              <w:t>PÇ</w:t>
            </w:r>
            <w:r w:rsidR="00C11A28" w:rsidRPr="00766F84">
              <w:rPr>
                <w:rFonts w:cs="Times New Roman"/>
                <w:b/>
              </w:rPr>
              <w:t>10</w:t>
            </w:r>
          </w:p>
        </w:tc>
        <w:tc>
          <w:tcPr>
            <w:tcW w:w="9287" w:type="dxa"/>
          </w:tcPr>
          <w:p w:rsidR="000D0E5C" w:rsidRPr="006544E2" w:rsidRDefault="00C11A28">
            <w:pPr>
              <w:rPr>
                <w:rFonts w:cs="Times New Roman"/>
              </w:rPr>
            </w:pPr>
            <w:r w:rsidRPr="006544E2">
              <w:rPr>
                <w:rFonts w:cs="Times New Roman"/>
              </w:rPr>
              <w:t>Yaşam boyu öğrenmeyi benimseyerek sürekli mesleki ve bireysel gelişimini sürdürür.</w:t>
            </w:r>
          </w:p>
        </w:tc>
      </w:tr>
    </w:tbl>
    <w:p w:rsidR="000D0E5C" w:rsidRPr="006544E2" w:rsidRDefault="00C11A28">
      <w:pPr>
        <w:rPr>
          <w:rFonts w:cs="Times New Roman"/>
        </w:rPr>
      </w:pPr>
      <w:r w:rsidRPr="006544E2">
        <w:rPr>
          <w:rFonts w:cs="Times New Roman"/>
        </w:rPr>
        <w:br w:type="page"/>
      </w: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 xml:space="preserve">2. </w:t>
      </w:r>
      <w:r w:rsidR="004D34D0">
        <w:rPr>
          <w:rFonts w:ascii="Times New Roman" w:hAnsi="Times New Roman" w:cs="Times New Roman"/>
          <w:color w:val="auto"/>
          <w:sz w:val="22"/>
          <w:szCs w:val="22"/>
        </w:rPr>
        <w:t xml:space="preserve">KENDİNİ TANIMA VE İLETİŞİM YÖNTEMLERİ </w:t>
      </w:r>
      <w:r w:rsidR="00E35006">
        <w:rPr>
          <w:rFonts w:ascii="Times New Roman" w:hAnsi="Times New Roman" w:cs="Times New Roman"/>
          <w:color w:val="auto"/>
          <w:sz w:val="22"/>
          <w:szCs w:val="22"/>
        </w:rPr>
        <w:t>DERSİ</w:t>
      </w: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2.1. Dersin Genel Bilgileri</w:t>
      </w:r>
    </w:p>
    <w:tbl>
      <w:tblPr>
        <w:tblStyle w:val="TabloKlavuzu"/>
        <w:tblW w:w="0" w:type="auto"/>
        <w:jc w:val="center"/>
        <w:tblLook w:val="04A0" w:firstRow="1" w:lastRow="0" w:firstColumn="1" w:lastColumn="0" w:noHBand="0" w:noVBand="1"/>
      </w:tblPr>
      <w:tblGrid>
        <w:gridCol w:w="3828"/>
        <w:gridCol w:w="5776"/>
      </w:tblGrid>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 Adı / Course Name</w:t>
            </w:r>
          </w:p>
        </w:tc>
        <w:tc>
          <w:tcPr>
            <w:tcW w:w="5776" w:type="dxa"/>
          </w:tcPr>
          <w:p w:rsidR="000D0E5C" w:rsidRPr="006544E2" w:rsidRDefault="001E4A5C">
            <w:pPr>
              <w:rPr>
                <w:rFonts w:cs="Times New Roman"/>
              </w:rPr>
            </w:pPr>
            <w:r w:rsidRPr="001E4A5C">
              <w:rPr>
                <w:rFonts w:cs="Times New Roman"/>
              </w:rPr>
              <w:t>KENDİNİ TANIMA VE İLETİŞİM YÖNTEMLERİ</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 Kodu / Course Code</w:t>
            </w:r>
          </w:p>
        </w:tc>
        <w:tc>
          <w:tcPr>
            <w:tcW w:w="5776" w:type="dxa"/>
          </w:tcPr>
          <w:p w:rsidR="000D0E5C" w:rsidRPr="006544E2" w:rsidRDefault="00E35006">
            <w:pPr>
              <w:rPr>
                <w:rFonts w:cs="Times New Roman"/>
              </w:rPr>
            </w:pPr>
            <w:r w:rsidRPr="00E35006">
              <w:rPr>
                <w:rFonts w:cs="Times New Roman"/>
              </w:rPr>
              <w:t>HEM</w:t>
            </w:r>
            <w:r w:rsidR="0044615B">
              <w:rPr>
                <w:rFonts w:cs="Times New Roman"/>
              </w:rPr>
              <w:t>-</w:t>
            </w:r>
            <w:r w:rsidR="001E4A5C">
              <w:rPr>
                <w:rFonts w:cs="Times New Roman"/>
              </w:rPr>
              <w:t>123</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 Türü / Course Type</w:t>
            </w:r>
          </w:p>
        </w:tc>
        <w:tc>
          <w:tcPr>
            <w:tcW w:w="5776" w:type="dxa"/>
          </w:tcPr>
          <w:p w:rsidR="000D0E5C" w:rsidRPr="006544E2" w:rsidRDefault="0065187D">
            <w:pPr>
              <w:rPr>
                <w:rFonts w:cs="Times New Roman"/>
              </w:rPr>
            </w:pPr>
            <w:r w:rsidRPr="006544E2">
              <w:rPr>
                <w:rFonts w:cs="Times New Roman"/>
              </w:rPr>
              <w:t>Zorunlu/ Required</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 Seviyesi / Course Level</w:t>
            </w:r>
          </w:p>
        </w:tc>
        <w:tc>
          <w:tcPr>
            <w:tcW w:w="5776" w:type="dxa"/>
          </w:tcPr>
          <w:p w:rsidR="000D0E5C" w:rsidRPr="006544E2" w:rsidRDefault="00C11A28">
            <w:pPr>
              <w:rPr>
                <w:rFonts w:cs="Times New Roman"/>
              </w:rPr>
            </w:pPr>
            <w:r w:rsidRPr="006544E2">
              <w:rPr>
                <w:rFonts w:cs="Times New Roman"/>
              </w:rPr>
              <w:t>Lisans / First Cycle</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 AKTS Kredisi / ECTS</w:t>
            </w:r>
          </w:p>
        </w:tc>
        <w:tc>
          <w:tcPr>
            <w:tcW w:w="5776" w:type="dxa"/>
          </w:tcPr>
          <w:p w:rsidR="000D0E5C" w:rsidRPr="006544E2" w:rsidRDefault="00E35006">
            <w:pPr>
              <w:rPr>
                <w:rFonts w:cs="Times New Roman"/>
              </w:rPr>
            </w:pPr>
            <w:r>
              <w:rPr>
                <w:rFonts w:cs="Times New Roman"/>
              </w:rPr>
              <w:t>3</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Haftalık Ders Saati</w:t>
            </w:r>
          </w:p>
        </w:tc>
        <w:tc>
          <w:tcPr>
            <w:tcW w:w="5776" w:type="dxa"/>
          </w:tcPr>
          <w:p w:rsidR="000D0E5C" w:rsidRPr="006544E2" w:rsidRDefault="00C11A28">
            <w:pPr>
              <w:rPr>
                <w:rFonts w:cs="Times New Roman"/>
              </w:rPr>
            </w:pPr>
            <w:r w:rsidRPr="006544E2">
              <w:rPr>
                <w:rFonts w:cs="Times New Roman"/>
              </w:rPr>
              <w:t>2 saat teorik, 0 saat uygulama, 0 saat laboratuvar</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Dersin Verildiği Yıl / Yarıyıl</w:t>
            </w:r>
          </w:p>
        </w:tc>
        <w:tc>
          <w:tcPr>
            <w:tcW w:w="5776" w:type="dxa"/>
          </w:tcPr>
          <w:p w:rsidR="000D0E5C" w:rsidRPr="006544E2" w:rsidRDefault="001E4A5C">
            <w:pPr>
              <w:rPr>
                <w:rFonts w:cs="Times New Roman"/>
              </w:rPr>
            </w:pPr>
            <w:r>
              <w:rPr>
                <w:rFonts w:cs="Times New Roman"/>
              </w:rPr>
              <w:t>EBP kaydı: 1. yıl / 2</w:t>
            </w:r>
            <w:r w:rsidR="00450C73" w:rsidRPr="006544E2">
              <w:rPr>
                <w:rFonts w:cs="Times New Roman"/>
              </w:rPr>
              <w:t>. yarıyıl</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Öğretim Sistemi</w:t>
            </w:r>
          </w:p>
        </w:tc>
        <w:tc>
          <w:tcPr>
            <w:tcW w:w="5776" w:type="dxa"/>
          </w:tcPr>
          <w:p w:rsidR="000D0E5C" w:rsidRPr="006544E2" w:rsidRDefault="00C11A28">
            <w:pPr>
              <w:rPr>
                <w:rFonts w:cs="Times New Roman"/>
              </w:rPr>
            </w:pPr>
            <w:r w:rsidRPr="006544E2">
              <w:rPr>
                <w:rFonts w:cs="Times New Roman"/>
              </w:rPr>
              <w:t>Birinci öğretim / Formal education</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Eğitim Dili</w:t>
            </w:r>
          </w:p>
        </w:tc>
        <w:tc>
          <w:tcPr>
            <w:tcW w:w="5776" w:type="dxa"/>
          </w:tcPr>
          <w:p w:rsidR="000D0E5C" w:rsidRPr="006544E2" w:rsidRDefault="00C11A28">
            <w:pPr>
              <w:rPr>
                <w:rFonts w:cs="Times New Roman"/>
              </w:rPr>
            </w:pPr>
            <w:r w:rsidRPr="006544E2">
              <w:rPr>
                <w:rFonts w:cs="Times New Roman"/>
              </w:rPr>
              <w:t>Türkçe</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Ön Koşul</w:t>
            </w:r>
          </w:p>
        </w:tc>
        <w:tc>
          <w:tcPr>
            <w:tcW w:w="5776" w:type="dxa"/>
          </w:tcPr>
          <w:p w:rsidR="000D0E5C" w:rsidRPr="006544E2" w:rsidRDefault="00C11A28">
            <w:pPr>
              <w:rPr>
                <w:rFonts w:cs="Times New Roman"/>
              </w:rPr>
            </w:pPr>
            <w:r w:rsidRPr="006544E2">
              <w:rPr>
                <w:rFonts w:cs="Times New Roman"/>
              </w:rPr>
              <w:t>Yok</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Staj Durumu</w:t>
            </w:r>
          </w:p>
        </w:tc>
        <w:tc>
          <w:tcPr>
            <w:tcW w:w="5776" w:type="dxa"/>
          </w:tcPr>
          <w:p w:rsidR="000D0E5C" w:rsidRPr="006544E2" w:rsidRDefault="00C11A28">
            <w:pPr>
              <w:rPr>
                <w:rFonts w:cs="Times New Roman"/>
              </w:rPr>
            </w:pPr>
            <w:r w:rsidRPr="006544E2">
              <w:rPr>
                <w:rFonts w:cs="Times New Roman"/>
              </w:rPr>
              <w:t>Yok</w:t>
            </w:r>
          </w:p>
        </w:tc>
      </w:tr>
      <w:tr w:rsidR="000D0E5C" w:rsidRPr="006544E2" w:rsidTr="001E4A5C">
        <w:trPr>
          <w:jc w:val="center"/>
        </w:trPr>
        <w:tc>
          <w:tcPr>
            <w:tcW w:w="3828" w:type="dxa"/>
            <w:shd w:val="clear" w:color="auto" w:fill="D9D9D9"/>
          </w:tcPr>
          <w:p w:rsidR="000D0E5C" w:rsidRPr="006544E2" w:rsidRDefault="00C11A28">
            <w:pPr>
              <w:rPr>
                <w:rFonts w:cs="Times New Roman"/>
              </w:rPr>
            </w:pPr>
            <w:r w:rsidRPr="006544E2">
              <w:rPr>
                <w:rFonts w:cs="Times New Roman"/>
                <w:b/>
              </w:rPr>
              <w:t>Ders Sorumlusu</w:t>
            </w:r>
          </w:p>
        </w:tc>
        <w:tc>
          <w:tcPr>
            <w:tcW w:w="5776" w:type="dxa"/>
          </w:tcPr>
          <w:p w:rsidR="000D0E5C" w:rsidRPr="006544E2" w:rsidRDefault="00E35006">
            <w:pPr>
              <w:rPr>
                <w:rFonts w:cs="Times New Roman"/>
              </w:rPr>
            </w:pPr>
            <w:r>
              <w:rPr>
                <w:rFonts w:cs="Times New Roman"/>
              </w:rPr>
              <w:t>Dr. Öğr. Üyesi Hacer DEMİRKOL</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2.2. Dersin Tanımı ve Amacı</w:t>
      </w:r>
    </w:p>
    <w:p w:rsidR="00766F84" w:rsidRDefault="00766F84" w:rsidP="00766F84">
      <w:pPr>
        <w:spacing w:after="60" w:line="240" w:lineRule="auto"/>
        <w:ind w:firstLine="340"/>
        <w:jc w:val="both"/>
      </w:pPr>
      <w:r w:rsidRPr="00766F84">
        <w:rPr>
          <w:b/>
        </w:rPr>
        <w:t>Kendini Tanıma ve İletişim Yöntemleri dersi;</w:t>
      </w:r>
      <w:r>
        <w:t xml:space="preserve"> kendini tanımanın temel kavramları, benlik gelişimi, duygu, düşünce ve davranış arasındaki ilişki, empati, atılganlık, iletişimin temel kavramları ve bileşenleri, etkili ve etkisiz iletişim yöntemleri, hemşire-hasta ve sağlık ekibi iletişimi ile anksiyetesi olan, öfkeli ve iletişim kurmada güçlük yaşanan bireylerle etkili iletişim yaklaşımlarını kapsar. </w:t>
      </w:r>
      <w:proofErr w:type="gramStart"/>
      <w:r>
        <w:t>Ders kapsamında kişilerarası iletişim süreçleri hemşirelik uygulamaları doğrultusunda ele alınarak; terapötik iletişim becerilerinin geliştirilmesi, profesyonel iletişim ilkelerinin benimsenmesi ve birey merkezli bakım anlayışının desteklenmesi hedeflenir.</w:t>
      </w:r>
      <w:proofErr w:type="gramEnd"/>
    </w:p>
    <w:p w:rsidR="00766F84" w:rsidRDefault="00766F84" w:rsidP="00766F84">
      <w:pPr>
        <w:spacing w:after="60" w:line="240" w:lineRule="auto"/>
        <w:ind w:firstLine="340"/>
        <w:jc w:val="both"/>
      </w:pPr>
      <w:r w:rsidRPr="00766F84">
        <w:rPr>
          <w:b/>
        </w:rPr>
        <w:t>Bu dersin amacı;</w:t>
      </w:r>
      <w:r>
        <w:t xml:space="preserve"> öğrencilerin kendini tanıma, benlik farkındalığı ve kişilerarası iletişim süreçlerini bilimsel temeller doğrultusunda açıklayabilmelerini, duygu, düşünce ve davranış arasındaki ilişkiyi değerlendirebilmelerini, empati ve atılganlık becerilerini geliştirmelerini, birey, hasta ve sağlık ekibiyle etkili iletişim kurabilmelerini ve terapötik iletişim ilkelerini hemşirelik bakımında profesyonel bir yaklaşımla kullanabilmelerini sağlamaktır.</w:t>
      </w:r>
    </w:p>
    <w:p w:rsidR="000D0E5C" w:rsidRPr="00EF7543" w:rsidRDefault="00C11A28" w:rsidP="00766F84">
      <w:pPr>
        <w:spacing w:after="60" w:line="240" w:lineRule="auto"/>
        <w:jc w:val="both"/>
        <w:rPr>
          <w:rFonts w:cs="Times New Roman"/>
          <w:b/>
          <w:bCs/>
          <w:color w:val="000000" w:themeColor="text1"/>
        </w:rPr>
      </w:pPr>
      <w:r w:rsidRPr="00EF7543">
        <w:rPr>
          <w:rFonts w:cs="Times New Roman"/>
          <w:b/>
          <w:color w:val="000000" w:themeColor="text1"/>
        </w:rPr>
        <w:t>2.3. Dersin İçeriği</w:t>
      </w:r>
    </w:p>
    <w:p w:rsidR="001D43F9" w:rsidRPr="00EF7543" w:rsidRDefault="001D43F9" w:rsidP="001E4A5C">
      <w:pPr>
        <w:pStyle w:val="Balk2"/>
        <w:spacing w:before="0" w:line="240" w:lineRule="auto"/>
        <w:jc w:val="both"/>
        <w:rPr>
          <w:rFonts w:ascii="Times New Roman" w:eastAsiaTheme="minorEastAsia" w:hAnsi="Times New Roman" w:cs="Times New Roman"/>
          <w:b w:val="0"/>
          <w:bCs w:val="0"/>
          <w:color w:val="000000" w:themeColor="text1"/>
          <w:sz w:val="22"/>
          <w:szCs w:val="22"/>
        </w:rPr>
      </w:pPr>
      <w:r w:rsidRPr="00EF7543">
        <w:rPr>
          <w:rFonts w:ascii="Times New Roman" w:eastAsiaTheme="minorEastAsia" w:hAnsi="Times New Roman" w:cs="Times New Roman"/>
          <w:b w:val="0"/>
          <w:bCs w:val="0"/>
          <w:color w:val="000000" w:themeColor="text1"/>
          <w:sz w:val="22"/>
          <w:szCs w:val="22"/>
        </w:rPr>
        <w:t>Bu ders kapsamında;</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Kendini tanımanın temel kavramları, benlik ve benlik gelişimi</w:t>
      </w:r>
    </w:p>
    <w:p w:rsidR="0005598A"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Duygu, düşünce ve davranış arasındaki ilişki</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Empati, atılganlık ve kişilerarası iletişim becerileri</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İletişimin temel kavramları, öğeleri ve iletişim süreci</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Etkili ve etkisiz iletişim yöntemleri</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Sözlü, sözsüz ve terapötik iletişim becerileri</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Hemşire–birey, hemşire–hasta ve hemşire–sağlık ekibi iletişimi</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Anksiyetesi olan birey ve hastalarla etkili iletişim</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Öfkeli birey ve hastalarla etkili iletişim</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 xml:space="preserve"> İletişim kurmayı zorlaştıran davranışları olan birey ve hastalarla iletişim</w:t>
      </w:r>
    </w:p>
    <w:p w:rsidR="00EF7543" w:rsidRDefault="00EF7543" w:rsidP="00EF7543">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Profesyonel iletişim ve ekip çalışmasında etkili iletişim ilkeleri</w:t>
      </w:r>
    </w:p>
    <w:p w:rsidR="0005598A" w:rsidRPr="0005598A" w:rsidRDefault="00EF7543" w:rsidP="001E4A5C">
      <w:pPr>
        <w:pStyle w:val="Balk2"/>
        <w:numPr>
          <w:ilvl w:val="0"/>
          <w:numId w:val="32"/>
        </w:numPr>
        <w:spacing w:before="0" w:line="240" w:lineRule="auto"/>
        <w:rPr>
          <w:rFonts w:ascii="Times New Roman" w:hAnsi="Times New Roman" w:cs="Times New Roman"/>
          <w:b w:val="0"/>
          <w:color w:val="000000" w:themeColor="text1"/>
          <w:sz w:val="22"/>
          <w:szCs w:val="22"/>
        </w:rPr>
      </w:pPr>
      <w:r w:rsidRPr="00EF7543">
        <w:rPr>
          <w:rFonts w:ascii="Times New Roman" w:hAnsi="Times New Roman" w:cs="Times New Roman"/>
          <w:b w:val="0"/>
          <w:color w:val="000000" w:themeColor="text1"/>
          <w:sz w:val="22"/>
          <w:szCs w:val="22"/>
        </w:rPr>
        <w:t>Kendini tanıma ve etkili iletişim becerilerinin hemşirelik bakımında kullanımı</w:t>
      </w:r>
    </w:p>
    <w:p w:rsidR="000D0E5C" w:rsidRPr="006544E2" w:rsidRDefault="00C11A28" w:rsidP="001E4A5C">
      <w:pPr>
        <w:pStyle w:val="Balk2"/>
        <w:spacing w:before="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2.4. Dersin Genel Hedefleri</w:t>
      </w:r>
    </w:p>
    <w:p w:rsidR="001D43F9" w:rsidRPr="001D43F9" w:rsidRDefault="001D43F9" w:rsidP="001E4A5C">
      <w:pPr>
        <w:pStyle w:val="ListeMaddemi"/>
        <w:numPr>
          <w:ilvl w:val="0"/>
          <w:numId w:val="0"/>
        </w:numPr>
        <w:spacing w:after="0" w:line="240" w:lineRule="auto"/>
        <w:ind w:left="360" w:hanging="360"/>
        <w:jc w:val="both"/>
        <w:rPr>
          <w:rFonts w:cs="Times New Roman"/>
        </w:rPr>
      </w:pPr>
      <w:r w:rsidRPr="001D43F9">
        <w:rPr>
          <w:rFonts w:cs="Times New Roman"/>
        </w:rPr>
        <w:t>Bu dersi başarıyla tamamlayan öğrenci;</w:t>
      </w:r>
    </w:p>
    <w:p w:rsidR="0005598A" w:rsidRDefault="0005598A" w:rsidP="0005598A">
      <w:pPr>
        <w:pStyle w:val="ListeParagraf"/>
        <w:numPr>
          <w:ilvl w:val="0"/>
          <w:numId w:val="33"/>
        </w:numPr>
      </w:pPr>
      <w:r>
        <w:t xml:space="preserve">Kendini tanıma, benlik, duygu, düşünce ve davranış arasındaki ilişkiye yönelik temel kavramları açıklar. Kendini tanıma sürecinin bireysel gelişim, kişilerarası ilişkiler ve mesleki yaşamdaki önemini değerlendirir. Empati, atılganlık ve etkili iletişim becerilerinin temel özelliklerini açıklar. </w:t>
      </w:r>
    </w:p>
    <w:p w:rsidR="0005598A" w:rsidRDefault="0005598A" w:rsidP="0005598A">
      <w:pPr>
        <w:pStyle w:val="ListeParagraf"/>
        <w:numPr>
          <w:ilvl w:val="0"/>
          <w:numId w:val="33"/>
        </w:numPr>
      </w:pPr>
      <w:r>
        <w:t xml:space="preserve">Etkili, etkisiz ve terapötik iletişim yaklaşımlarını ayırt ederek uygun iletişim yöntemlerini kullanır. </w:t>
      </w:r>
    </w:p>
    <w:p w:rsidR="0005598A" w:rsidRDefault="0005598A" w:rsidP="0005598A">
      <w:pPr>
        <w:pStyle w:val="ListeParagraf"/>
        <w:numPr>
          <w:ilvl w:val="0"/>
          <w:numId w:val="33"/>
        </w:numPr>
      </w:pPr>
      <w:r>
        <w:t xml:space="preserve">Birey, hasta ve sağlık ekibiyle etkili iletişim kurar; iletişim sürecini güçleştiren durumlara uygun yaklaşımlar geliştirir. </w:t>
      </w:r>
    </w:p>
    <w:p w:rsidR="0005598A" w:rsidRDefault="0005598A" w:rsidP="0005598A">
      <w:pPr>
        <w:pStyle w:val="ListeParagraf"/>
        <w:numPr>
          <w:ilvl w:val="0"/>
          <w:numId w:val="33"/>
        </w:numPr>
      </w:pPr>
      <w:r>
        <w:t>Kendini tanıma ve iletişim becerilerini birey merkezli hemşirelik bakımı ve profesyonel hemşirelik uygulamalarında kullanır.</w:t>
      </w:r>
    </w:p>
    <w:p w:rsidR="000D0E5C" w:rsidRPr="006544E2" w:rsidRDefault="00C11A28" w:rsidP="0005598A">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5. Dersin Öğrenme Çıktıları</w:t>
      </w:r>
    </w:p>
    <w:tbl>
      <w:tblPr>
        <w:tblStyle w:val="TabloKlavuzu"/>
        <w:tblW w:w="0" w:type="auto"/>
        <w:jc w:val="center"/>
        <w:tblLook w:val="04A0" w:firstRow="1" w:lastRow="0" w:firstColumn="1" w:lastColumn="0" w:noHBand="0" w:noVBand="1"/>
      </w:tblPr>
      <w:tblGrid>
        <w:gridCol w:w="993"/>
        <w:gridCol w:w="8611"/>
      </w:tblGrid>
      <w:tr w:rsidR="006544E2" w:rsidRPr="006544E2" w:rsidTr="001E4A5C">
        <w:trPr>
          <w:jc w:val="center"/>
        </w:trPr>
        <w:tc>
          <w:tcPr>
            <w:tcW w:w="993" w:type="dxa"/>
            <w:shd w:val="clear" w:color="auto" w:fill="D9D9D9"/>
          </w:tcPr>
          <w:p w:rsidR="000D0E5C" w:rsidRPr="006544E2" w:rsidRDefault="00C11A28">
            <w:pPr>
              <w:jc w:val="center"/>
              <w:rPr>
                <w:rFonts w:cs="Times New Roman"/>
              </w:rPr>
            </w:pPr>
            <w:r w:rsidRPr="006544E2">
              <w:rPr>
                <w:rFonts w:cs="Times New Roman"/>
                <w:b/>
              </w:rPr>
              <w:t>No</w:t>
            </w:r>
          </w:p>
        </w:tc>
        <w:tc>
          <w:tcPr>
            <w:tcW w:w="8611" w:type="dxa"/>
            <w:shd w:val="clear" w:color="auto" w:fill="D9D9D9"/>
          </w:tcPr>
          <w:p w:rsidR="000D0E5C" w:rsidRPr="006544E2" w:rsidRDefault="00C11A28">
            <w:pPr>
              <w:rPr>
                <w:rFonts w:cs="Times New Roman"/>
              </w:rPr>
            </w:pPr>
            <w:r w:rsidRPr="006544E2">
              <w:rPr>
                <w:rFonts w:cs="Times New Roman"/>
                <w:b/>
              </w:rPr>
              <w:t>Öğrenme Çıktısı</w:t>
            </w:r>
          </w:p>
        </w:tc>
      </w:tr>
      <w:tr w:rsidR="006544E2" w:rsidRPr="006544E2" w:rsidTr="001E4A5C">
        <w:trPr>
          <w:jc w:val="center"/>
        </w:trPr>
        <w:tc>
          <w:tcPr>
            <w:tcW w:w="993" w:type="dxa"/>
          </w:tcPr>
          <w:p w:rsidR="000D0E5C" w:rsidRPr="006544E2" w:rsidRDefault="00C11A28">
            <w:pPr>
              <w:jc w:val="center"/>
              <w:rPr>
                <w:rFonts w:cs="Times New Roman"/>
              </w:rPr>
            </w:pPr>
            <w:r w:rsidRPr="006544E2">
              <w:rPr>
                <w:rFonts w:cs="Times New Roman"/>
              </w:rPr>
              <w:t>1</w:t>
            </w:r>
          </w:p>
        </w:tc>
        <w:tc>
          <w:tcPr>
            <w:tcW w:w="8611" w:type="dxa"/>
          </w:tcPr>
          <w:p w:rsidR="000D0E5C" w:rsidRPr="006544E2" w:rsidRDefault="001E4A5C">
            <w:pPr>
              <w:rPr>
                <w:rFonts w:cs="Times New Roman"/>
              </w:rPr>
            </w:pPr>
            <w:r w:rsidRPr="001E4A5C">
              <w:rPr>
                <w:rFonts w:cs="Times New Roman"/>
              </w:rPr>
              <w:t>Duygu-düşünce ve davranış aras</w:t>
            </w:r>
            <w:r>
              <w:rPr>
                <w:rFonts w:cs="Times New Roman"/>
              </w:rPr>
              <w:t>ındaki bağlantıyı açıklar.</w:t>
            </w:r>
          </w:p>
        </w:tc>
      </w:tr>
      <w:tr w:rsidR="006544E2" w:rsidRPr="006544E2" w:rsidTr="001E4A5C">
        <w:trPr>
          <w:jc w:val="center"/>
        </w:trPr>
        <w:tc>
          <w:tcPr>
            <w:tcW w:w="993" w:type="dxa"/>
          </w:tcPr>
          <w:p w:rsidR="000D0E5C" w:rsidRPr="006544E2" w:rsidRDefault="00C11A28">
            <w:pPr>
              <w:jc w:val="center"/>
              <w:rPr>
                <w:rFonts w:cs="Times New Roman"/>
              </w:rPr>
            </w:pPr>
            <w:r w:rsidRPr="006544E2">
              <w:rPr>
                <w:rFonts w:cs="Times New Roman"/>
              </w:rPr>
              <w:t>2</w:t>
            </w:r>
          </w:p>
        </w:tc>
        <w:tc>
          <w:tcPr>
            <w:tcW w:w="8611" w:type="dxa"/>
          </w:tcPr>
          <w:p w:rsidR="000D0E5C" w:rsidRPr="006544E2" w:rsidRDefault="001E4A5C">
            <w:pPr>
              <w:rPr>
                <w:rFonts w:cs="Times New Roman"/>
              </w:rPr>
            </w:pPr>
            <w:r w:rsidRPr="001E4A5C">
              <w:rPr>
                <w:rFonts w:cs="Times New Roman"/>
              </w:rPr>
              <w:t>İnsanlarla etkileşimde</w:t>
            </w:r>
            <w:r>
              <w:rPr>
                <w:rFonts w:cs="Times New Roman"/>
              </w:rPr>
              <w:t xml:space="preserve"> empati yeteneğini kullanabilir.</w:t>
            </w:r>
          </w:p>
        </w:tc>
      </w:tr>
      <w:tr w:rsidR="006544E2" w:rsidRPr="006544E2" w:rsidTr="001E4A5C">
        <w:trPr>
          <w:jc w:val="center"/>
        </w:trPr>
        <w:tc>
          <w:tcPr>
            <w:tcW w:w="993" w:type="dxa"/>
          </w:tcPr>
          <w:p w:rsidR="000D0E5C" w:rsidRPr="006544E2" w:rsidRDefault="00C11A28">
            <w:pPr>
              <w:jc w:val="center"/>
              <w:rPr>
                <w:rFonts w:cs="Times New Roman"/>
              </w:rPr>
            </w:pPr>
            <w:r w:rsidRPr="006544E2">
              <w:rPr>
                <w:rFonts w:cs="Times New Roman"/>
              </w:rPr>
              <w:t>3</w:t>
            </w:r>
          </w:p>
        </w:tc>
        <w:tc>
          <w:tcPr>
            <w:tcW w:w="8611" w:type="dxa"/>
          </w:tcPr>
          <w:p w:rsidR="000D0E5C" w:rsidRPr="006544E2" w:rsidRDefault="001E4A5C">
            <w:pPr>
              <w:rPr>
                <w:rFonts w:cs="Times New Roman"/>
              </w:rPr>
            </w:pPr>
            <w:r w:rsidRPr="001E4A5C">
              <w:rPr>
                <w:rFonts w:cs="Times New Roman"/>
              </w:rPr>
              <w:t>İnsanlarla etkileşimde atılga</w:t>
            </w:r>
            <w:r>
              <w:rPr>
                <w:rFonts w:cs="Times New Roman"/>
              </w:rPr>
              <w:t>n davranış özelliği gösterebilir.</w:t>
            </w:r>
          </w:p>
        </w:tc>
      </w:tr>
      <w:tr w:rsidR="006544E2" w:rsidRPr="006544E2" w:rsidTr="001E4A5C">
        <w:trPr>
          <w:jc w:val="center"/>
        </w:trPr>
        <w:tc>
          <w:tcPr>
            <w:tcW w:w="993" w:type="dxa"/>
          </w:tcPr>
          <w:p w:rsidR="000D0E5C" w:rsidRPr="006544E2" w:rsidRDefault="00C11A28">
            <w:pPr>
              <w:jc w:val="center"/>
              <w:rPr>
                <w:rFonts w:cs="Times New Roman"/>
              </w:rPr>
            </w:pPr>
            <w:r w:rsidRPr="006544E2">
              <w:rPr>
                <w:rFonts w:cs="Times New Roman"/>
              </w:rPr>
              <w:t>4</w:t>
            </w:r>
          </w:p>
        </w:tc>
        <w:tc>
          <w:tcPr>
            <w:tcW w:w="8611" w:type="dxa"/>
          </w:tcPr>
          <w:p w:rsidR="000D0E5C" w:rsidRPr="006544E2" w:rsidRDefault="001E4A5C">
            <w:pPr>
              <w:rPr>
                <w:rFonts w:cs="Times New Roman"/>
              </w:rPr>
            </w:pPr>
            <w:r w:rsidRPr="001E4A5C">
              <w:rPr>
                <w:rFonts w:cs="Times New Roman"/>
              </w:rPr>
              <w:t>Etkili ve etkisiz ilet</w:t>
            </w:r>
            <w:r>
              <w:rPr>
                <w:rFonts w:cs="Times New Roman"/>
              </w:rPr>
              <w:t>işim yöntemlerini açıklayabilir.</w:t>
            </w:r>
          </w:p>
        </w:tc>
      </w:tr>
      <w:tr w:rsidR="006544E2" w:rsidRPr="006544E2" w:rsidTr="001E4A5C">
        <w:trPr>
          <w:jc w:val="center"/>
        </w:trPr>
        <w:tc>
          <w:tcPr>
            <w:tcW w:w="993" w:type="dxa"/>
          </w:tcPr>
          <w:p w:rsidR="000D0E5C" w:rsidRPr="006544E2" w:rsidRDefault="00C11A28">
            <w:pPr>
              <w:jc w:val="center"/>
              <w:rPr>
                <w:rFonts w:cs="Times New Roman"/>
              </w:rPr>
            </w:pPr>
            <w:r w:rsidRPr="006544E2">
              <w:rPr>
                <w:rFonts w:cs="Times New Roman"/>
              </w:rPr>
              <w:t>5</w:t>
            </w:r>
          </w:p>
        </w:tc>
        <w:tc>
          <w:tcPr>
            <w:tcW w:w="8611" w:type="dxa"/>
          </w:tcPr>
          <w:p w:rsidR="000D0E5C" w:rsidRPr="006544E2" w:rsidRDefault="001E4A5C">
            <w:pPr>
              <w:rPr>
                <w:rFonts w:cs="Times New Roman"/>
              </w:rPr>
            </w:pPr>
            <w:r w:rsidRPr="001E4A5C">
              <w:rPr>
                <w:rFonts w:cs="Times New Roman"/>
              </w:rPr>
              <w:t>Bireylerle etkileşimde etkili ile</w:t>
            </w:r>
            <w:r>
              <w:rPr>
                <w:rFonts w:cs="Times New Roman"/>
              </w:rPr>
              <w:t>tişim yöntemlerini kullanabilir.</w:t>
            </w:r>
          </w:p>
        </w:tc>
      </w:tr>
      <w:tr w:rsidR="001E4A5C" w:rsidRPr="006544E2" w:rsidTr="001E4A5C">
        <w:trPr>
          <w:jc w:val="center"/>
        </w:trPr>
        <w:tc>
          <w:tcPr>
            <w:tcW w:w="993" w:type="dxa"/>
          </w:tcPr>
          <w:p w:rsidR="001E4A5C" w:rsidRPr="006544E2" w:rsidRDefault="001E4A5C">
            <w:pPr>
              <w:jc w:val="center"/>
              <w:rPr>
                <w:rFonts w:cs="Times New Roman"/>
              </w:rPr>
            </w:pPr>
            <w:r>
              <w:rPr>
                <w:rFonts w:cs="Times New Roman"/>
              </w:rPr>
              <w:t>6</w:t>
            </w:r>
          </w:p>
        </w:tc>
        <w:tc>
          <w:tcPr>
            <w:tcW w:w="8611" w:type="dxa"/>
          </w:tcPr>
          <w:p w:rsidR="001E4A5C" w:rsidRPr="001E4A5C" w:rsidRDefault="001E4A5C">
            <w:pPr>
              <w:rPr>
                <w:rFonts w:cs="Times New Roman"/>
              </w:rPr>
            </w:pPr>
            <w:r w:rsidRPr="001E4A5C">
              <w:rPr>
                <w:rFonts w:cs="Times New Roman"/>
              </w:rPr>
              <w:t>Hastalarla etkileşimde etkili ile</w:t>
            </w:r>
            <w:r>
              <w:rPr>
                <w:rFonts w:cs="Times New Roman"/>
              </w:rPr>
              <w:t>tişim yöntemlerini kullanabilir.</w:t>
            </w:r>
          </w:p>
        </w:tc>
      </w:tr>
      <w:tr w:rsidR="001E4A5C" w:rsidRPr="006544E2" w:rsidTr="001E4A5C">
        <w:trPr>
          <w:jc w:val="center"/>
        </w:trPr>
        <w:tc>
          <w:tcPr>
            <w:tcW w:w="993" w:type="dxa"/>
          </w:tcPr>
          <w:p w:rsidR="001E4A5C" w:rsidRDefault="001E4A5C">
            <w:pPr>
              <w:jc w:val="center"/>
              <w:rPr>
                <w:rFonts w:cs="Times New Roman"/>
              </w:rPr>
            </w:pPr>
            <w:r>
              <w:rPr>
                <w:rFonts w:cs="Times New Roman"/>
              </w:rPr>
              <w:t>7</w:t>
            </w:r>
          </w:p>
        </w:tc>
        <w:tc>
          <w:tcPr>
            <w:tcW w:w="8611" w:type="dxa"/>
          </w:tcPr>
          <w:p w:rsidR="001E4A5C" w:rsidRPr="001E4A5C" w:rsidRDefault="001E4A5C">
            <w:pPr>
              <w:rPr>
                <w:rFonts w:cs="Times New Roman"/>
              </w:rPr>
            </w:pPr>
            <w:r w:rsidRPr="001E4A5C">
              <w:rPr>
                <w:rFonts w:cs="Times New Roman"/>
              </w:rPr>
              <w:t>Sağlık ekibiyle etkileşimde etkili ile</w:t>
            </w:r>
            <w:r>
              <w:rPr>
                <w:rFonts w:cs="Times New Roman"/>
              </w:rPr>
              <w:t>tişim yöntemlerini kullanabilir.</w:t>
            </w:r>
          </w:p>
        </w:tc>
      </w:tr>
      <w:tr w:rsidR="001E4A5C" w:rsidRPr="006544E2" w:rsidTr="001E4A5C">
        <w:trPr>
          <w:jc w:val="center"/>
        </w:trPr>
        <w:tc>
          <w:tcPr>
            <w:tcW w:w="993" w:type="dxa"/>
          </w:tcPr>
          <w:p w:rsidR="001E4A5C" w:rsidRDefault="001E4A5C">
            <w:pPr>
              <w:jc w:val="center"/>
              <w:rPr>
                <w:rFonts w:cs="Times New Roman"/>
              </w:rPr>
            </w:pPr>
            <w:r>
              <w:rPr>
                <w:rFonts w:cs="Times New Roman"/>
              </w:rPr>
              <w:t>8</w:t>
            </w:r>
          </w:p>
        </w:tc>
        <w:tc>
          <w:tcPr>
            <w:tcW w:w="8611" w:type="dxa"/>
          </w:tcPr>
          <w:p w:rsidR="001E4A5C" w:rsidRPr="001E4A5C" w:rsidRDefault="001E4A5C">
            <w:pPr>
              <w:rPr>
                <w:rFonts w:cs="Times New Roman"/>
              </w:rPr>
            </w:pPr>
            <w:r w:rsidRPr="001E4A5C">
              <w:rPr>
                <w:rFonts w:cs="Times New Roman"/>
              </w:rPr>
              <w:t>Kişiler arası çatışmaların çözümünde etkili iletişim yöntemlerini kullanabi</w:t>
            </w:r>
            <w:r>
              <w:rPr>
                <w:rFonts w:cs="Times New Roman"/>
              </w:rPr>
              <w:t>lir.</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2.6. Dersin Becerileri</w:t>
      </w:r>
    </w:p>
    <w:tbl>
      <w:tblPr>
        <w:tblStyle w:val="TabloKlavuzu"/>
        <w:tblW w:w="0" w:type="auto"/>
        <w:jc w:val="center"/>
        <w:tblLook w:val="04A0" w:firstRow="1" w:lastRow="0" w:firstColumn="1" w:lastColumn="0" w:noHBand="0" w:noVBand="1"/>
      </w:tblPr>
      <w:tblGrid>
        <w:gridCol w:w="5954"/>
        <w:gridCol w:w="3650"/>
      </w:tblGrid>
      <w:tr w:rsidR="000D0E5C" w:rsidRPr="006544E2" w:rsidTr="00446D79">
        <w:trPr>
          <w:jc w:val="center"/>
        </w:trPr>
        <w:tc>
          <w:tcPr>
            <w:tcW w:w="5954" w:type="dxa"/>
            <w:shd w:val="clear" w:color="auto" w:fill="D9D9D9"/>
          </w:tcPr>
          <w:p w:rsidR="000D0E5C" w:rsidRPr="006544E2" w:rsidRDefault="00C11A28">
            <w:pPr>
              <w:jc w:val="center"/>
              <w:rPr>
                <w:rFonts w:cs="Times New Roman"/>
              </w:rPr>
            </w:pPr>
            <w:r w:rsidRPr="006544E2">
              <w:rPr>
                <w:rFonts w:cs="Times New Roman"/>
                <w:b/>
              </w:rPr>
              <w:t>Beceri</w:t>
            </w:r>
          </w:p>
        </w:tc>
        <w:tc>
          <w:tcPr>
            <w:tcW w:w="3650" w:type="dxa"/>
            <w:shd w:val="clear" w:color="auto" w:fill="D9D9D9"/>
          </w:tcPr>
          <w:p w:rsidR="000D0E5C" w:rsidRPr="006544E2" w:rsidRDefault="00C11A28">
            <w:pPr>
              <w:jc w:val="center"/>
              <w:rPr>
                <w:rFonts w:cs="Times New Roman"/>
              </w:rPr>
            </w:pPr>
            <w:r w:rsidRPr="006544E2">
              <w:rPr>
                <w:rFonts w:cs="Times New Roman"/>
                <w:b/>
              </w:rPr>
              <w:t>Bloom Alanı</w:t>
            </w:r>
          </w:p>
        </w:tc>
      </w:tr>
      <w:tr w:rsidR="000D0E5C" w:rsidRPr="006544E2" w:rsidTr="00446D79">
        <w:trPr>
          <w:jc w:val="center"/>
        </w:trPr>
        <w:tc>
          <w:tcPr>
            <w:tcW w:w="5954" w:type="dxa"/>
          </w:tcPr>
          <w:p w:rsidR="0005598A" w:rsidRPr="0005598A" w:rsidRDefault="0005598A" w:rsidP="0005598A">
            <w:pPr>
              <w:pStyle w:val="ListeParagraf"/>
              <w:numPr>
                <w:ilvl w:val="0"/>
                <w:numId w:val="34"/>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Kendini tanıma, benlik, duygu, düşünce ve davranış arasındaki ilişkiyi açıklayabilme. </w:t>
            </w:r>
          </w:p>
          <w:p w:rsidR="0005598A" w:rsidRPr="0005598A" w:rsidRDefault="0005598A" w:rsidP="0005598A">
            <w:pPr>
              <w:pStyle w:val="ListeParagraf"/>
              <w:numPr>
                <w:ilvl w:val="0"/>
                <w:numId w:val="34"/>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İletişimin temel kavramlarını, öğelerini ve iletişim sürecini açıklayabilme. </w:t>
            </w:r>
          </w:p>
          <w:p w:rsidR="0005598A" w:rsidRPr="0005598A" w:rsidRDefault="0005598A" w:rsidP="0005598A">
            <w:pPr>
              <w:pStyle w:val="ListeParagraf"/>
              <w:numPr>
                <w:ilvl w:val="0"/>
                <w:numId w:val="34"/>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Etkili ve etkisiz iletişim yöntemlerini açıklayabilme. </w:t>
            </w:r>
          </w:p>
          <w:p w:rsidR="0005598A" w:rsidRPr="0005598A" w:rsidRDefault="0005598A" w:rsidP="0005598A">
            <w:pPr>
              <w:pStyle w:val="ListeParagraf"/>
              <w:numPr>
                <w:ilvl w:val="0"/>
                <w:numId w:val="34"/>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Empati, atılganlık ve terapötik iletişim ilkelerini açıklayabilme. </w:t>
            </w:r>
          </w:p>
          <w:p w:rsidR="005801F9" w:rsidRPr="0005598A" w:rsidRDefault="0005598A" w:rsidP="0005598A">
            <w:pPr>
              <w:pStyle w:val="ListeParagraf"/>
              <w:numPr>
                <w:ilvl w:val="0"/>
                <w:numId w:val="34"/>
              </w:numPr>
              <w:jc w:val="both"/>
              <w:rPr>
                <w:rFonts w:eastAsia="Times New Roman" w:cs="Times New Roman"/>
                <w:sz w:val="24"/>
                <w:szCs w:val="24"/>
                <w:lang w:val="tr-TR" w:eastAsia="tr-TR"/>
              </w:rPr>
            </w:pPr>
            <w:proofErr w:type="gramStart"/>
            <w:r w:rsidRPr="0005598A">
              <w:rPr>
                <w:rFonts w:eastAsia="Times New Roman" w:cs="Times New Roman"/>
                <w:sz w:val="20"/>
                <w:szCs w:val="20"/>
                <w:lang w:val="tr-TR" w:eastAsia="tr-TR"/>
              </w:rPr>
              <w:t>Birey, hasta ve sağlık ekibiyle iletişimde karşılaşılan durumları değerlendirebilme.</w:t>
            </w:r>
            <w:proofErr w:type="gramEnd"/>
          </w:p>
        </w:tc>
        <w:tc>
          <w:tcPr>
            <w:tcW w:w="3650" w:type="dxa"/>
          </w:tcPr>
          <w:p w:rsidR="000D0E5C" w:rsidRPr="006544E2" w:rsidRDefault="00C11A28">
            <w:pPr>
              <w:jc w:val="center"/>
              <w:rPr>
                <w:rFonts w:cs="Times New Roman"/>
              </w:rPr>
            </w:pPr>
            <w:r w:rsidRPr="006544E2">
              <w:rPr>
                <w:rFonts w:cs="Times New Roman"/>
                <w:b/>
              </w:rPr>
              <w:t>Bilişsel Beceriler</w:t>
            </w:r>
          </w:p>
        </w:tc>
      </w:tr>
      <w:tr w:rsidR="000D0E5C" w:rsidRPr="006544E2" w:rsidTr="00446D79">
        <w:trPr>
          <w:jc w:val="center"/>
        </w:trPr>
        <w:tc>
          <w:tcPr>
            <w:tcW w:w="5954" w:type="dxa"/>
          </w:tcPr>
          <w:p w:rsidR="0005598A" w:rsidRPr="0005598A" w:rsidRDefault="0005598A" w:rsidP="0005598A">
            <w:pPr>
              <w:pStyle w:val="ListeParagraf"/>
              <w:numPr>
                <w:ilvl w:val="0"/>
                <w:numId w:val="35"/>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Kendini tanımanın mesleki gelişim ve kişilerarası ilişkiler açısından önemini benimseyebilme. </w:t>
            </w:r>
          </w:p>
          <w:p w:rsidR="0005598A" w:rsidRPr="0005598A" w:rsidRDefault="0005598A" w:rsidP="0005598A">
            <w:pPr>
              <w:pStyle w:val="ListeParagraf"/>
              <w:numPr>
                <w:ilvl w:val="0"/>
                <w:numId w:val="35"/>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Empati, saygı ve etik değerlere dayalı iletişim yaklaşımı geliştirebilme. </w:t>
            </w:r>
          </w:p>
          <w:p w:rsidR="0005598A" w:rsidRPr="0005598A" w:rsidRDefault="0005598A" w:rsidP="0005598A">
            <w:pPr>
              <w:pStyle w:val="ListeParagraf"/>
              <w:numPr>
                <w:ilvl w:val="0"/>
                <w:numId w:val="35"/>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Bireysel farklılıklara ve kültürel çeşitliliğe duyarlı iletişim anlayışı geliştirebilme. </w:t>
            </w:r>
          </w:p>
          <w:p w:rsidR="0005598A" w:rsidRPr="0005598A" w:rsidRDefault="0005598A" w:rsidP="0005598A">
            <w:pPr>
              <w:pStyle w:val="ListeParagraf"/>
              <w:numPr>
                <w:ilvl w:val="0"/>
                <w:numId w:val="35"/>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Terapötik iletişimin birey merkezli hemşirelik bakımındaki önemini içselleştirebilme. </w:t>
            </w:r>
          </w:p>
          <w:p w:rsidR="005801F9" w:rsidRPr="0005598A" w:rsidRDefault="0005598A" w:rsidP="0005598A">
            <w:pPr>
              <w:pStyle w:val="ListeParagraf"/>
              <w:numPr>
                <w:ilvl w:val="0"/>
                <w:numId w:val="35"/>
              </w:numPr>
              <w:jc w:val="both"/>
              <w:rPr>
                <w:rFonts w:eastAsia="Times New Roman" w:cs="Times New Roman"/>
                <w:sz w:val="24"/>
                <w:szCs w:val="24"/>
                <w:lang w:val="tr-TR" w:eastAsia="tr-TR"/>
              </w:rPr>
            </w:pPr>
            <w:r w:rsidRPr="0005598A">
              <w:rPr>
                <w:rFonts w:eastAsia="Times New Roman" w:cs="Times New Roman"/>
                <w:sz w:val="20"/>
                <w:szCs w:val="20"/>
                <w:lang w:val="tr-TR" w:eastAsia="tr-TR"/>
              </w:rPr>
              <w:t>İletişim becerilerini geliştirmeye yönelik olumlu tutum geliştirebilme.</w:t>
            </w:r>
          </w:p>
        </w:tc>
        <w:tc>
          <w:tcPr>
            <w:tcW w:w="3650" w:type="dxa"/>
          </w:tcPr>
          <w:p w:rsidR="000D0E5C" w:rsidRPr="006544E2" w:rsidRDefault="00446D79" w:rsidP="00446D79">
            <w:pPr>
              <w:jc w:val="center"/>
              <w:rPr>
                <w:rFonts w:cs="Times New Roman"/>
              </w:rPr>
            </w:pPr>
            <w:r w:rsidRPr="006544E2">
              <w:rPr>
                <w:rFonts w:cs="Times New Roman"/>
                <w:b/>
              </w:rPr>
              <w:t xml:space="preserve">Duyuşsal Beceriler </w:t>
            </w:r>
          </w:p>
        </w:tc>
      </w:tr>
      <w:tr w:rsidR="000D0E5C" w:rsidRPr="006544E2" w:rsidTr="00446D79">
        <w:trPr>
          <w:jc w:val="center"/>
        </w:trPr>
        <w:tc>
          <w:tcPr>
            <w:tcW w:w="5954" w:type="dxa"/>
          </w:tcPr>
          <w:p w:rsidR="0005598A" w:rsidRPr="0005598A" w:rsidRDefault="0005598A" w:rsidP="0005598A">
            <w:pPr>
              <w:pStyle w:val="ListeParagraf"/>
              <w:numPr>
                <w:ilvl w:val="0"/>
                <w:numId w:val="36"/>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Birey, hasta ve sağlık ekibiyle etkili iletişim kurabilme. </w:t>
            </w:r>
          </w:p>
          <w:p w:rsidR="0005598A" w:rsidRPr="0005598A" w:rsidRDefault="0005598A" w:rsidP="0005598A">
            <w:pPr>
              <w:pStyle w:val="ListeParagraf"/>
              <w:numPr>
                <w:ilvl w:val="0"/>
                <w:numId w:val="36"/>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Empati, aktif dinleme, geri bildirim ve atılgan iletişim becerilerini uygulayabilme. </w:t>
            </w:r>
          </w:p>
          <w:p w:rsidR="0005598A" w:rsidRPr="0005598A" w:rsidRDefault="0005598A" w:rsidP="0005598A">
            <w:pPr>
              <w:pStyle w:val="ListeParagraf"/>
              <w:numPr>
                <w:ilvl w:val="0"/>
                <w:numId w:val="36"/>
              </w:numPr>
              <w:jc w:val="both"/>
              <w:rPr>
                <w:rFonts w:eastAsia="Times New Roman" w:cs="Times New Roman"/>
                <w:sz w:val="20"/>
                <w:szCs w:val="20"/>
                <w:lang w:val="tr-TR" w:eastAsia="tr-TR"/>
              </w:rPr>
            </w:pPr>
            <w:r w:rsidRPr="0005598A">
              <w:rPr>
                <w:rFonts w:eastAsia="Times New Roman" w:cs="Times New Roman"/>
                <w:sz w:val="20"/>
                <w:szCs w:val="20"/>
                <w:lang w:val="tr-TR" w:eastAsia="tr-TR"/>
              </w:rPr>
              <w:t xml:space="preserve">Anksiyeteli, öfkeli ve iletişim kurmayı zorlaştıran davranışları olan bireylerle uygun iletişim yöntemlerini kullanabilme. </w:t>
            </w:r>
          </w:p>
          <w:p w:rsidR="00460604" w:rsidRPr="0005598A" w:rsidRDefault="0005598A" w:rsidP="0005598A">
            <w:pPr>
              <w:pStyle w:val="ListeParagraf"/>
              <w:numPr>
                <w:ilvl w:val="0"/>
                <w:numId w:val="36"/>
              </w:numPr>
              <w:jc w:val="both"/>
              <w:rPr>
                <w:rFonts w:eastAsia="Times New Roman" w:cs="Times New Roman"/>
                <w:sz w:val="24"/>
                <w:szCs w:val="24"/>
                <w:lang w:val="tr-TR" w:eastAsia="tr-TR"/>
              </w:rPr>
            </w:pPr>
            <w:r w:rsidRPr="0005598A">
              <w:rPr>
                <w:rFonts w:eastAsia="Times New Roman" w:cs="Times New Roman"/>
                <w:sz w:val="20"/>
                <w:szCs w:val="20"/>
                <w:lang w:val="tr-TR" w:eastAsia="tr-TR"/>
              </w:rPr>
              <w:t>Terapötik iletişim ilkelerini etik ve birey merkezli hemşirelik bakımında uygulayabilme.</w:t>
            </w:r>
          </w:p>
        </w:tc>
        <w:tc>
          <w:tcPr>
            <w:tcW w:w="3650" w:type="dxa"/>
          </w:tcPr>
          <w:p w:rsidR="000D0E5C" w:rsidRPr="006544E2" w:rsidRDefault="00446D79">
            <w:pPr>
              <w:jc w:val="center"/>
              <w:rPr>
                <w:rFonts w:cs="Times New Roman"/>
              </w:rPr>
            </w:pPr>
            <w:r w:rsidRPr="006544E2">
              <w:rPr>
                <w:rFonts w:cs="Times New Roman"/>
                <w:b/>
              </w:rPr>
              <w:t>Uygulamalı / Psikomotor Beceriler</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2.7. Dersin Öğretim Yöntem ve Teknikleri</w:t>
      </w:r>
    </w:p>
    <w:p w:rsidR="000D0E5C" w:rsidRPr="006544E2" w:rsidRDefault="00C11A28">
      <w:pPr>
        <w:spacing w:after="60" w:line="240" w:lineRule="auto"/>
        <w:rPr>
          <w:rFonts w:cs="Times New Roman"/>
        </w:rPr>
      </w:pPr>
      <w:r w:rsidRPr="006544E2">
        <w:rPr>
          <w:rFonts w:cs="Times New Roman"/>
        </w:rPr>
        <w:t>Ders aşağıdaki öğretim yöntem ve teknikleri kullanılarak yürütülmektedir:</w:t>
      </w:r>
    </w:p>
    <w:p w:rsidR="0005598A" w:rsidRDefault="0005598A" w:rsidP="0005598A">
      <w:pPr>
        <w:pStyle w:val="ListeParagraf"/>
        <w:numPr>
          <w:ilvl w:val="0"/>
          <w:numId w:val="37"/>
        </w:numPr>
        <w:spacing w:after="0" w:line="240" w:lineRule="auto"/>
        <w:jc w:val="both"/>
        <w:rPr>
          <w:rFonts w:cs="Times New Roman"/>
          <w:color w:val="000000" w:themeColor="text1"/>
          <w:sz w:val="20"/>
          <w:szCs w:val="20"/>
        </w:rPr>
      </w:pPr>
      <w:r w:rsidRPr="0005598A">
        <w:rPr>
          <w:rFonts w:cs="Times New Roman"/>
          <w:color w:val="000000" w:themeColor="text1"/>
          <w:sz w:val="20"/>
          <w:szCs w:val="20"/>
        </w:rPr>
        <w:t xml:space="preserve">Soru-cevap </w:t>
      </w:r>
    </w:p>
    <w:p w:rsidR="0005598A" w:rsidRPr="0005598A" w:rsidRDefault="0005598A" w:rsidP="0005598A">
      <w:pPr>
        <w:pStyle w:val="ListeParagraf"/>
        <w:numPr>
          <w:ilvl w:val="0"/>
          <w:numId w:val="37"/>
        </w:numPr>
        <w:spacing w:after="0" w:line="240" w:lineRule="auto"/>
        <w:jc w:val="both"/>
        <w:rPr>
          <w:rFonts w:cs="Times New Roman"/>
          <w:color w:val="000000" w:themeColor="text1"/>
          <w:sz w:val="20"/>
          <w:szCs w:val="20"/>
        </w:rPr>
      </w:pPr>
      <w:r>
        <w:rPr>
          <w:rFonts w:cs="Times New Roman"/>
          <w:color w:val="000000" w:themeColor="text1"/>
          <w:sz w:val="20"/>
          <w:szCs w:val="20"/>
        </w:rPr>
        <w:t>Anlatım</w:t>
      </w:r>
    </w:p>
    <w:p w:rsidR="0005598A" w:rsidRPr="0005598A" w:rsidRDefault="0005598A" w:rsidP="0005598A">
      <w:pPr>
        <w:pStyle w:val="ListeParagraf"/>
        <w:numPr>
          <w:ilvl w:val="0"/>
          <w:numId w:val="37"/>
        </w:numPr>
        <w:spacing w:after="0" w:line="240" w:lineRule="auto"/>
        <w:jc w:val="both"/>
        <w:rPr>
          <w:rFonts w:cs="Times New Roman"/>
          <w:color w:val="000000" w:themeColor="text1"/>
          <w:sz w:val="20"/>
          <w:szCs w:val="20"/>
        </w:rPr>
      </w:pPr>
      <w:r w:rsidRPr="0005598A">
        <w:rPr>
          <w:rFonts w:cs="Times New Roman"/>
          <w:color w:val="000000" w:themeColor="text1"/>
          <w:sz w:val="20"/>
          <w:szCs w:val="20"/>
        </w:rPr>
        <w:t xml:space="preserve">Tartışma </w:t>
      </w:r>
    </w:p>
    <w:p w:rsidR="0005598A" w:rsidRPr="0005598A" w:rsidRDefault="0005598A" w:rsidP="0005598A">
      <w:pPr>
        <w:pStyle w:val="ListeParagraf"/>
        <w:numPr>
          <w:ilvl w:val="0"/>
          <w:numId w:val="37"/>
        </w:numPr>
        <w:spacing w:after="0" w:line="240" w:lineRule="auto"/>
        <w:jc w:val="both"/>
        <w:rPr>
          <w:rFonts w:cs="Times New Roman"/>
          <w:color w:val="000000" w:themeColor="text1"/>
          <w:sz w:val="20"/>
          <w:szCs w:val="20"/>
        </w:rPr>
      </w:pPr>
      <w:r w:rsidRPr="0005598A">
        <w:rPr>
          <w:rFonts w:cs="Times New Roman"/>
          <w:color w:val="000000" w:themeColor="text1"/>
          <w:sz w:val="20"/>
          <w:szCs w:val="20"/>
        </w:rPr>
        <w:t xml:space="preserve">Beyin fırtınası </w:t>
      </w:r>
    </w:p>
    <w:p w:rsidR="0005598A" w:rsidRPr="0005598A" w:rsidRDefault="0005598A" w:rsidP="0005598A">
      <w:pPr>
        <w:pStyle w:val="ListeParagraf"/>
        <w:numPr>
          <w:ilvl w:val="0"/>
          <w:numId w:val="37"/>
        </w:numPr>
        <w:spacing w:after="0" w:line="240" w:lineRule="auto"/>
        <w:jc w:val="both"/>
        <w:rPr>
          <w:rFonts w:cs="Times New Roman"/>
          <w:color w:val="000000" w:themeColor="text1"/>
          <w:sz w:val="20"/>
          <w:szCs w:val="20"/>
        </w:rPr>
      </w:pPr>
      <w:r w:rsidRPr="0005598A">
        <w:rPr>
          <w:rFonts w:cs="Times New Roman"/>
          <w:color w:val="000000" w:themeColor="text1"/>
          <w:sz w:val="20"/>
          <w:szCs w:val="20"/>
        </w:rPr>
        <w:t xml:space="preserve">Vaka analizi </w:t>
      </w:r>
    </w:p>
    <w:p w:rsidR="0005598A" w:rsidRPr="0005598A" w:rsidRDefault="0005598A" w:rsidP="0005598A">
      <w:pPr>
        <w:pStyle w:val="ListeParagraf"/>
        <w:numPr>
          <w:ilvl w:val="0"/>
          <w:numId w:val="37"/>
        </w:numPr>
        <w:spacing w:after="0" w:line="240" w:lineRule="auto"/>
        <w:jc w:val="both"/>
        <w:rPr>
          <w:rFonts w:cs="Times New Roman"/>
          <w:color w:val="000000" w:themeColor="text1"/>
          <w:sz w:val="20"/>
          <w:szCs w:val="20"/>
        </w:rPr>
      </w:pPr>
      <w:r w:rsidRPr="0005598A">
        <w:rPr>
          <w:rFonts w:cs="Times New Roman"/>
          <w:color w:val="000000" w:themeColor="text1"/>
          <w:sz w:val="20"/>
          <w:szCs w:val="20"/>
        </w:rPr>
        <w:t xml:space="preserve">Küçük grup çalışmaları </w:t>
      </w:r>
    </w:p>
    <w:p w:rsidR="0005598A" w:rsidRPr="0005598A" w:rsidRDefault="0005598A" w:rsidP="0005598A">
      <w:pPr>
        <w:pStyle w:val="Balk2"/>
        <w:numPr>
          <w:ilvl w:val="0"/>
          <w:numId w:val="37"/>
        </w:numPr>
        <w:spacing w:before="0" w:line="240" w:lineRule="auto"/>
        <w:jc w:val="both"/>
        <w:rPr>
          <w:rFonts w:ascii="Times New Roman" w:eastAsiaTheme="minorEastAsia" w:hAnsi="Times New Roman" w:cs="Times New Roman"/>
          <w:b w:val="0"/>
          <w:bCs w:val="0"/>
          <w:color w:val="000000" w:themeColor="text1"/>
          <w:sz w:val="20"/>
          <w:szCs w:val="20"/>
        </w:rPr>
      </w:pPr>
      <w:r w:rsidRPr="0005598A">
        <w:rPr>
          <w:rFonts w:ascii="Times New Roman" w:hAnsi="Times New Roman" w:cs="Times New Roman"/>
          <w:b w:val="0"/>
          <w:color w:val="000000" w:themeColor="text1"/>
          <w:sz w:val="20"/>
          <w:szCs w:val="20"/>
        </w:rPr>
        <w:t xml:space="preserve">Problem temelli öğrenme </w:t>
      </w:r>
    </w:p>
    <w:p w:rsidR="0005598A" w:rsidRPr="0005598A" w:rsidRDefault="0005598A" w:rsidP="0005598A">
      <w:pPr>
        <w:pStyle w:val="Balk2"/>
        <w:numPr>
          <w:ilvl w:val="0"/>
          <w:numId w:val="37"/>
        </w:numPr>
        <w:spacing w:before="0" w:line="240" w:lineRule="auto"/>
        <w:jc w:val="both"/>
        <w:rPr>
          <w:rFonts w:ascii="Times New Roman" w:eastAsiaTheme="minorEastAsia" w:hAnsi="Times New Roman" w:cs="Times New Roman"/>
          <w:b w:val="0"/>
          <w:bCs w:val="0"/>
          <w:color w:val="000000" w:themeColor="text1"/>
          <w:sz w:val="20"/>
          <w:szCs w:val="20"/>
        </w:rPr>
      </w:pPr>
      <w:r w:rsidRPr="0005598A">
        <w:rPr>
          <w:rFonts w:ascii="Times New Roman" w:hAnsi="Times New Roman" w:cs="Times New Roman"/>
          <w:b w:val="0"/>
          <w:color w:val="000000" w:themeColor="text1"/>
          <w:sz w:val="20"/>
          <w:szCs w:val="20"/>
        </w:rPr>
        <w:t>Güncel literatür incelemesi</w:t>
      </w:r>
    </w:p>
    <w:p w:rsidR="0005598A" w:rsidRPr="0005598A" w:rsidRDefault="0005598A" w:rsidP="0005598A">
      <w:pPr>
        <w:pStyle w:val="Balk2"/>
        <w:numPr>
          <w:ilvl w:val="0"/>
          <w:numId w:val="37"/>
        </w:numPr>
        <w:spacing w:before="0" w:line="240" w:lineRule="auto"/>
        <w:jc w:val="both"/>
        <w:rPr>
          <w:rFonts w:ascii="Times New Roman" w:eastAsiaTheme="minorEastAsia" w:hAnsi="Times New Roman" w:cs="Times New Roman"/>
          <w:b w:val="0"/>
          <w:bCs w:val="0"/>
          <w:color w:val="000000" w:themeColor="text1"/>
          <w:sz w:val="20"/>
          <w:szCs w:val="20"/>
        </w:rPr>
      </w:pPr>
      <w:r w:rsidRPr="0005598A">
        <w:rPr>
          <w:rFonts w:ascii="Times New Roman" w:eastAsiaTheme="minorEastAsia" w:hAnsi="Times New Roman" w:cs="Times New Roman"/>
          <w:b w:val="0"/>
          <w:bCs w:val="0"/>
          <w:color w:val="000000" w:themeColor="text1"/>
          <w:sz w:val="20"/>
          <w:szCs w:val="20"/>
        </w:rPr>
        <w:t>Geri bildirim ve yansıtıcı değerlendirme oturumları</w:t>
      </w:r>
    </w:p>
    <w:p w:rsidR="0005598A" w:rsidRPr="0005598A" w:rsidRDefault="0005598A" w:rsidP="0005598A">
      <w:pPr>
        <w:pStyle w:val="ListeParagraf"/>
        <w:spacing w:after="0" w:line="240" w:lineRule="auto"/>
        <w:jc w:val="both"/>
        <w:rPr>
          <w:rFonts w:cs="Times New Roman"/>
          <w:color w:val="000000" w:themeColor="text1"/>
          <w:sz w:val="20"/>
          <w:szCs w:val="20"/>
        </w:rPr>
      </w:pPr>
    </w:p>
    <w:p w:rsidR="00EA4419" w:rsidRDefault="00C11A28" w:rsidP="0005598A">
      <w:pPr>
        <w:pStyle w:val="Balk2"/>
        <w:spacing w:before="0" w:line="240" w:lineRule="auto"/>
        <w:jc w:val="both"/>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2.8. Dersin Değerlendirmesi</w:t>
      </w:r>
    </w:p>
    <w:p w:rsidR="00EA4419" w:rsidRDefault="00EA4419" w:rsidP="00EA4419">
      <w:pPr>
        <w:pStyle w:val="Balk2"/>
        <w:spacing w:before="0" w:line="240" w:lineRule="auto"/>
        <w:ind w:firstLine="720"/>
        <w:jc w:val="both"/>
        <w:rPr>
          <w:rFonts w:ascii="Times New Roman" w:hAnsi="Times New Roman" w:cs="Times New Roman"/>
          <w:color w:val="000000" w:themeColor="text1"/>
          <w:sz w:val="22"/>
          <w:szCs w:val="22"/>
        </w:rPr>
      </w:pPr>
      <w:proofErr w:type="gramStart"/>
      <w:r w:rsidRPr="00EA4419">
        <w:rPr>
          <w:rFonts w:ascii="Times New Roman" w:hAnsi="Times New Roman" w:cs="Times New Roman"/>
          <w:b w:val="0"/>
          <w:color w:val="000000" w:themeColor="text1"/>
          <w:sz w:val="22"/>
          <w:szCs w:val="22"/>
        </w:rPr>
        <w:t>Bu derste öğrencilerin başarı durumu; dönem içi ve dönem sonu değerlendirme etkinlikleri esas alınarak belirlenir.</w:t>
      </w:r>
      <w:proofErr w:type="gramEnd"/>
      <w:r w:rsidRPr="00EA4419">
        <w:rPr>
          <w:rFonts w:ascii="Times New Roman" w:hAnsi="Times New Roman" w:cs="Times New Roman"/>
          <w:b w:val="0"/>
          <w:color w:val="000000" w:themeColor="text1"/>
          <w:sz w:val="22"/>
          <w:szCs w:val="22"/>
        </w:rPr>
        <w:t xml:space="preserve"> Derslerin en </w:t>
      </w:r>
      <w:proofErr w:type="gramStart"/>
      <w:r w:rsidRPr="00EA4419">
        <w:rPr>
          <w:rFonts w:ascii="Times New Roman" w:hAnsi="Times New Roman" w:cs="Times New Roman"/>
          <w:b w:val="0"/>
          <w:color w:val="000000" w:themeColor="text1"/>
          <w:sz w:val="22"/>
          <w:szCs w:val="22"/>
        </w:rPr>
        <w:t>az</w:t>
      </w:r>
      <w:proofErr w:type="gramEnd"/>
      <w:r w:rsidRPr="00EA4419">
        <w:rPr>
          <w:rFonts w:ascii="Times New Roman" w:hAnsi="Times New Roman" w:cs="Times New Roman"/>
          <w:b w:val="0"/>
          <w:color w:val="000000" w:themeColor="text1"/>
          <w:sz w:val="22"/>
          <w:szCs w:val="22"/>
        </w:rPr>
        <w:t xml:space="preserve"> %70'ine devam etmeyen öğrenciler,</w:t>
      </w:r>
      <w:r w:rsidR="0005598A">
        <w:rPr>
          <w:rFonts w:ascii="Times New Roman" w:hAnsi="Times New Roman" w:cs="Times New Roman"/>
          <w:b w:val="0"/>
          <w:color w:val="000000" w:themeColor="text1"/>
          <w:sz w:val="22"/>
          <w:szCs w:val="22"/>
        </w:rPr>
        <w:t xml:space="preserve"> </w:t>
      </w:r>
      <w:r w:rsidRPr="00EA4419">
        <w:rPr>
          <w:rStyle w:val="Gl"/>
          <w:rFonts w:ascii="Times New Roman" w:hAnsi="Times New Roman" w:cs="Times New Roman"/>
          <w:color w:val="000000" w:themeColor="text1"/>
          <w:sz w:val="22"/>
          <w:szCs w:val="22"/>
        </w:rPr>
        <w:t>Yozgat Bozok Üniversitesi Ön Lisans ve Lisans Eğitim-Öğretim ve Sınav Yönetmeliği</w:t>
      </w:r>
      <w:r w:rsidR="00062EC5">
        <w:rPr>
          <w:rStyle w:val="Gl"/>
          <w:rFonts w:ascii="Times New Roman" w:hAnsi="Times New Roman" w:cs="Times New Roman"/>
          <w:color w:val="000000" w:themeColor="text1"/>
          <w:sz w:val="22"/>
          <w:szCs w:val="22"/>
        </w:rPr>
        <w:t xml:space="preserve"> </w:t>
      </w:r>
      <w:r w:rsidRPr="00EA4419">
        <w:rPr>
          <w:rFonts w:ascii="Times New Roman" w:hAnsi="Times New Roman" w:cs="Times New Roman"/>
          <w:b w:val="0"/>
          <w:color w:val="000000" w:themeColor="text1"/>
          <w:sz w:val="22"/>
          <w:szCs w:val="22"/>
        </w:rPr>
        <w:t>hükümleri doğrultusunda yarıyıl sonu sınavına girme hakkı kazanamaz.</w:t>
      </w:r>
    </w:p>
    <w:p w:rsidR="0005598A" w:rsidRPr="002C1D7B" w:rsidRDefault="0005598A" w:rsidP="0005598A">
      <w:pPr>
        <w:pStyle w:val="NormalWeb"/>
        <w:spacing w:before="0" w:beforeAutospacing="0" w:after="0" w:afterAutospacing="0"/>
        <w:ind w:firstLine="720"/>
        <w:jc w:val="both"/>
        <w:rPr>
          <w:color w:val="000000" w:themeColor="text1"/>
          <w:sz w:val="22"/>
          <w:szCs w:val="22"/>
        </w:rPr>
      </w:pPr>
      <w:r w:rsidRPr="002C1D7B">
        <w:rPr>
          <w:color w:val="000000" w:themeColor="text1"/>
          <w:sz w:val="22"/>
          <w:szCs w:val="22"/>
        </w:rPr>
        <w:t xml:space="preserve">Dersin ölçme ve değerlendirme süreci, Yozgat Bozok Üniversitesi ölçme ve değerlendirme esaslarına uygun olarak yürütülmektedir. Başarı notu; dönem içi değerlendirme etkinlikleri ile yarıyıl sonu (final) sınavının birlikte değerlendirilmesiyle hesaplanmaktadır. Dönem içi değerlendirme notu ara sınav ve kısa sınavdan (quiz), dönem sonu değerlendirme notu ise final sınavından oluşmaktadır. Dönem içi değerlendirmelerin genel başarı notuna katkısı </w:t>
      </w:r>
      <w:r w:rsidRPr="0005598A">
        <w:rPr>
          <w:rStyle w:val="Gl"/>
          <w:rFonts w:eastAsiaTheme="majorEastAsia"/>
          <w:b w:val="0"/>
          <w:color w:val="000000" w:themeColor="text1"/>
          <w:sz w:val="22"/>
          <w:szCs w:val="22"/>
        </w:rPr>
        <w:t>%50</w:t>
      </w:r>
      <w:r w:rsidRPr="0005598A">
        <w:rPr>
          <w:b/>
          <w:color w:val="000000" w:themeColor="text1"/>
          <w:sz w:val="22"/>
          <w:szCs w:val="22"/>
        </w:rPr>
        <w:t>,</w:t>
      </w:r>
      <w:r w:rsidRPr="002C1D7B">
        <w:rPr>
          <w:color w:val="000000" w:themeColor="text1"/>
          <w:sz w:val="22"/>
          <w:szCs w:val="22"/>
        </w:rPr>
        <w:t xml:space="preserve"> yarıyıl sonu sınavının katkısı ise </w:t>
      </w:r>
      <w:r w:rsidRPr="0005598A">
        <w:rPr>
          <w:rStyle w:val="Gl"/>
          <w:rFonts w:eastAsiaTheme="majorEastAsia"/>
          <w:b w:val="0"/>
          <w:color w:val="000000" w:themeColor="text1"/>
          <w:sz w:val="22"/>
          <w:szCs w:val="22"/>
        </w:rPr>
        <w:t>%50</w:t>
      </w:r>
      <w:r w:rsidRPr="0005598A">
        <w:rPr>
          <w:color w:val="000000" w:themeColor="text1"/>
          <w:sz w:val="22"/>
          <w:szCs w:val="22"/>
        </w:rPr>
        <w:t>'dir.</w:t>
      </w:r>
    </w:p>
    <w:p w:rsidR="00EA4419" w:rsidRDefault="008F515C">
      <w:pPr>
        <w:pStyle w:val="Balk2"/>
        <w:spacing w:before="120" w:after="120" w:line="240" w:lineRule="auto"/>
        <w:rPr>
          <w:rFonts w:ascii="Times New Roman" w:hAnsi="Times New Roman" w:cs="Times New Roman"/>
          <w:color w:val="auto"/>
          <w:sz w:val="22"/>
          <w:szCs w:val="22"/>
        </w:rPr>
      </w:pPr>
      <w:proofErr w:type="gramStart"/>
      <w:r w:rsidRPr="008F515C">
        <w:rPr>
          <w:rFonts w:ascii="Times New Roman" w:hAnsi="Times New Roman" w:cs="Times New Roman"/>
          <w:color w:val="auto"/>
          <w:sz w:val="22"/>
          <w:szCs w:val="22"/>
        </w:rPr>
        <w:t>Tablo 1.</w:t>
      </w:r>
      <w:proofErr w:type="gramEnd"/>
      <w:r w:rsidR="00B31534" w:rsidRPr="00B31534">
        <w:rPr>
          <w:rFonts w:cs="Times New Roman"/>
        </w:rPr>
        <w:t xml:space="preserve"> </w:t>
      </w:r>
      <w:r w:rsidR="00720466">
        <w:rPr>
          <w:rFonts w:ascii="Times New Roman" w:hAnsi="Times New Roman" w:cs="Times New Roman"/>
          <w:color w:val="000000" w:themeColor="text1"/>
          <w:sz w:val="22"/>
          <w:szCs w:val="22"/>
        </w:rPr>
        <w:t>Kendini Tanıma v</w:t>
      </w:r>
      <w:r w:rsidR="00B31534" w:rsidRPr="00B31534">
        <w:rPr>
          <w:rFonts w:ascii="Times New Roman" w:hAnsi="Times New Roman" w:cs="Times New Roman"/>
          <w:color w:val="000000" w:themeColor="text1"/>
          <w:sz w:val="22"/>
          <w:szCs w:val="22"/>
        </w:rPr>
        <w:t>e İletişim Yöntemleri Dersinin Değerlendirilmesi</w:t>
      </w:r>
    </w:p>
    <w:tbl>
      <w:tblPr>
        <w:tblStyle w:val="TabloKlavuzu"/>
        <w:tblW w:w="0" w:type="auto"/>
        <w:jc w:val="center"/>
        <w:tblLook w:val="04A0" w:firstRow="1" w:lastRow="0" w:firstColumn="1" w:lastColumn="0" w:noHBand="0" w:noVBand="1"/>
      </w:tblPr>
      <w:tblGrid>
        <w:gridCol w:w="2401"/>
        <w:gridCol w:w="2401"/>
        <w:gridCol w:w="2401"/>
        <w:gridCol w:w="2401"/>
      </w:tblGrid>
      <w:tr w:rsidR="00B31534" w:rsidRPr="002C1D7B" w:rsidTr="00BD03BB">
        <w:trPr>
          <w:jc w:val="center"/>
        </w:trPr>
        <w:tc>
          <w:tcPr>
            <w:tcW w:w="2401" w:type="dxa"/>
            <w:shd w:val="clear" w:color="auto" w:fill="D9D9D9"/>
          </w:tcPr>
          <w:p w:rsidR="00B31534" w:rsidRPr="002C1D7B" w:rsidRDefault="00B31534" w:rsidP="00BD03BB">
            <w:pPr>
              <w:jc w:val="both"/>
              <w:rPr>
                <w:rFonts w:cs="Times New Roman"/>
                <w:color w:val="000000" w:themeColor="text1"/>
              </w:rPr>
            </w:pPr>
            <w:r w:rsidRPr="002C1D7B">
              <w:rPr>
                <w:rFonts w:cs="Times New Roman"/>
                <w:b/>
                <w:color w:val="000000" w:themeColor="text1"/>
              </w:rPr>
              <w:t>Değerlendirme yöntemi</w:t>
            </w:r>
          </w:p>
        </w:tc>
        <w:tc>
          <w:tcPr>
            <w:tcW w:w="2401" w:type="dxa"/>
            <w:shd w:val="clear" w:color="auto" w:fill="D9D9D9"/>
          </w:tcPr>
          <w:p w:rsidR="00B31534" w:rsidRPr="002C1D7B" w:rsidRDefault="00B31534" w:rsidP="00BD03BB">
            <w:pPr>
              <w:jc w:val="both"/>
              <w:rPr>
                <w:rFonts w:cs="Times New Roman"/>
                <w:color w:val="000000" w:themeColor="text1"/>
              </w:rPr>
            </w:pPr>
            <w:r w:rsidRPr="002C1D7B">
              <w:rPr>
                <w:rFonts w:cs="Times New Roman"/>
                <w:b/>
                <w:color w:val="000000" w:themeColor="text1"/>
              </w:rPr>
              <w:t>Sayı</w:t>
            </w:r>
          </w:p>
        </w:tc>
        <w:tc>
          <w:tcPr>
            <w:tcW w:w="2401" w:type="dxa"/>
            <w:shd w:val="clear" w:color="auto" w:fill="D9D9D9"/>
          </w:tcPr>
          <w:p w:rsidR="00B31534" w:rsidRPr="002C1D7B" w:rsidRDefault="00B31534" w:rsidP="00BD03BB">
            <w:pPr>
              <w:jc w:val="both"/>
              <w:rPr>
                <w:rFonts w:cs="Times New Roman"/>
                <w:color w:val="000000" w:themeColor="text1"/>
              </w:rPr>
            </w:pPr>
            <w:r w:rsidRPr="002C1D7B">
              <w:rPr>
                <w:rFonts w:cs="Times New Roman"/>
                <w:b/>
                <w:color w:val="000000" w:themeColor="text1"/>
              </w:rPr>
              <w:t>Kendi içindeki katkı yüzdesi</w:t>
            </w:r>
          </w:p>
        </w:tc>
        <w:tc>
          <w:tcPr>
            <w:tcW w:w="2401" w:type="dxa"/>
            <w:shd w:val="clear" w:color="auto" w:fill="D9D9D9"/>
          </w:tcPr>
          <w:p w:rsidR="00B31534" w:rsidRPr="002C1D7B" w:rsidRDefault="00B31534" w:rsidP="00BD03BB">
            <w:pPr>
              <w:jc w:val="both"/>
              <w:rPr>
                <w:rFonts w:cs="Times New Roman"/>
                <w:color w:val="000000" w:themeColor="text1"/>
              </w:rPr>
            </w:pPr>
            <w:r w:rsidRPr="002C1D7B">
              <w:rPr>
                <w:rFonts w:cs="Times New Roman"/>
                <w:b/>
                <w:color w:val="000000" w:themeColor="text1"/>
              </w:rPr>
              <w:t>Başarı notuna katkı</w:t>
            </w:r>
          </w:p>
        </w:tc>
      </w:tr>
      <w:tr w:rsidR="00B31534" w:rsidRPr="002C1D7B" w:rsidTr="00BD03BB">
        <w:trPr>
          <w:jc w:val="center"/>
        </w:trPr>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Ara sınav</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1</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%60</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Dönem içi notuna dahil</w:t>
            </w:r>
          </w:p>
        </w:tc>
      </w:tr>
      <w:tr w:rsidR="00B31534" w:rsidRPr="002C1D7B" w:rsidTr="00BD03BB">
        <w:trPr>
          <w:jc w:val="center"/>
        </w:trPr>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Quiz / kısa sınav</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1</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%40</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Dönem içi notuna dahil</w:t>
            </w:r>
          </w:p>
        </w:tc>
      </w:tr>
      <w:tr w:rsidR="00B31534" w:rsidRPr="002C1D7B" w:rsidTr="00BD03BB">
        <w:trPr>
          <w:jc w:val="center"/>
        </w:trPr>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Dönem içi etkinlikler toplamı</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2</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%100</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%50</w:t>
            </w:r>
          </w:p>
        </w:tc>
      </w:tr>
      <w:tr w:rsidR="00B31534" w:rsidRPr="002C1D7B" w:rsidTr="00BD03BB">
        <w:trPr>
          <w:jc w:val="center"/>
        </w:trPr>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Final sınavı</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1</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%100</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%50</w:t>
            </w:r>
          </w:p>
        </w:tc>
      </w:tr>
      <w:tr w:rsidR="00B31534" w:rsidRPr="002C1D7B" w:rsidTr="00BD03BB">
        <w:trPr>
          <w:jc w:val="center"/>
        </w:trPr>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Genel başarı notu</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w:t>
            </w:r>
          </w:p>
        </w:tc>
        <w:tc>
          <w:tcPr>
            <w:tcW w:w="2401" w:type="dxa"/>
          </w:tcPr>
          <w:p w:rsidR="00B31534" w:rsidRPr="002C1D7B" w:rsidRDefault="00B31534" w:rsidP="00BD03BB">
            <w:pPr>
              <w:jc w:val="both"/>
              <w:rPr>
                <w:rFonts w:cs="Times New Roman"/>
                <w:color w:val="000000" w:themeColor="text1"/>
              </w:rPr>
            </w:pPr>
            <w:r w:rsidRPr="002C1D7B">
              <w:rPr>
                <w:rFonts w:cs="Times New Roman"/>
                <w:color w:val="000000" w:themeColor="text1"/>
              </w:rPr>
              <w:t>%100</w:t>
            </w:r>
          </w:p>
        </w:tc>
      </w:tr>
    </w:tbl>
    <w:p w:rsidR="00B31534" w:rsidRPr="00B31534" w:rsidRDefault="00B31534" w:rsidP="00B31534"/>
    <w:p w:rsidR="000D0E5C" w:rsidRPr="00720466" w:rsidRDefault="00C11A28">
      <w:pPr>
        <w:pStyle w:val="Balk2"/>
        <w:spacing w:before="120" w:after="120" w:line="240" w:lineRule="auto"/>
        <w:rPr>
          <w:rFonts w:ascii="Times New Roman" w:hAnsi="Times New Roman" w:cs="Times New Roman"/>
          <w:color w:val="auto"/>
          <w:sz w:val="20"/>
          <w:szCs w:val="20"/>
        </w:rPr>
      </w:pPr>
      <w:r w:rsidRPr="00720466">
        <w:rPr>
          <w:rFonts w:ascii="Times New Roman" w:hAnsi="Times New Roman" w:cs="Times New Roman"/>
          <w:color w:val="auto"/>
          <w:sz w:val="20"/>
          <w:szCs w:val="20"/>
        </w:rPr>
        <w:t>2.9. Eğitimde Öğrenciden Beklentiler</w:t>
      </w:r>
    </w:p>
    <w:p w:rsidR="0057760F" w:rsidRPr="00720466" w:rsidRDefault="0057760F" w:rsidP="0057760F">
      <w:pPr>
        <w:spacing w:after="60" w:line="240" w:lineRule="auto"/>
        <w:rPr>
          <w:rFonts w:cs="Times New Roman"/>
          <w:sz w:val="20"/>
          <w:szCs w:val="20"/>
        </w:rPr>
      </w:pPr>
      <w:r w:rsidRPr="00720466">
        <w:rPr>
          <w:rFonts w:cs="Times New Roman"/>
          <w:sz w:val="20"/>
          <w:szCs w:val="20"/>
        </w:rPr>
        <w:t>Bu ders kapsamında öğrencilerden;</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Derslere düzenli devam etmeleri ve öğrenme sürecine aktif katılım göstermeleri, </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Ders öncesinde ilgili konuya hazırlık yaparak derse hazırlıklı gelmeleri, </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Tartışma, soru-cevap, vaka analizi ve grup çalışmalarına etkin katılım sağlamaları, </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Kendini tanıma, kişilerarası iletişim ve terapötik iletişime ilişkin temel kavramları güvenilir bilimsel kaynaklardan takip etmeleri, </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Empati, aktif dinleme, geri bildirim ve profesyonel iletişim becerilerini geliştirmeleri, </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Edindikleri bilgi ve becerileri hemşirelik bakımında, birey ve sağlık ekibiyle iletişim süreçlerinde kullanmaları, </w:t>
      </w:r>
    </w:p>
    <w:p w:rsidR="00720466" w:rsidRPr="00720466" w:rsidRDefault="00720466" w:rsidP="00720466">
      <w:pPr>
        <w:pStyle w:val="ListeParagraf"/>
        <w:numPr>
          <w:ilvl w:val="0"/>
          <w:numId w:val="38"/>
        </w:numPr>
        <w:spacing w:after="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 xml:space="preserve">Akademik dürüstlük ve etik ilkelere uygun davranmaları, </w:t>
      </w:r>
    </w:p>
    <w:p w:rsidR="00720466" w:rsidRPr="00720466" w:rsidRDefault="00720466" w:rsidP="00720466">
      <w:pPr>
        <w:pStyle w:val="ListeParagraf"/>
        <w:numPr>
          <w:ilvl w:val="0"/>
          <w:numId w:val="38"/>
        </w:numPr>
        <w:spacing w:after="60" w:line="240" w:lineRule="auto"/>
        <w:rPr>
          <w:rFonts w:eastAsia="Times New Roman" w:cs="Times New Roman"/>
          <w:sz w:val="20"/>
          <w:szCs w:val="20"/>
          <w:lang w:val="tr-TR" w:eastAsia="tr-TR"/>
        </w:rPr>
      </w:pPr>
      <w:r w:rsidRPr="00720466">
        <w:rPr>
          <w:rFonts w:eastAsia="Times New Roman" w:cs="Times New Roman"/>
          <w:sz w:val="20"/>
          <w:szCs w:val="20"/>
          <w:lang w:val="tr-TR" w:eastAsia="tr-TR"/>
        </w:rPr>
        <w:t>Bireysel farklılıklara, kültürel değerlere ve hasta haklarına saygılı, profesyonel bir tutum sergilemeleri</w:t>
      </w:r>
    </w:p>
    <w:p w:rsidR="0057760F" w:rsidRDefault="0057760F" w:rsidP="00720466">
      <w:pPr>
        <w:spacing w:after="60" w:line="240" w:lineRule="auto"/>
        <w:rPr>
          <w:rFonts w:cs="Times New Roman"/>
          <w:sz w:val="20"/>
          <w:szCs w:val="20"/>
        </w:rPr>
      </w:pPr>
      <w:proofErr w:type="gramStart"/>
      <w:r w:rsidRPr="00720466">
        <w:rPr>
          <w:rFonts w:cs="Times New Roman"/>
          <w:sz w:val="20"/>
          <w:szCs w:val="20"/>
        </w:rPr>
        <w:t>beklenmektedir</w:t>
      </w:r>
      <w:proofErr w:type="gramEnd"/>
      <w:r w:rsidRPr="00720466">
        <w:rPr>
          <w:rFonts w:cs="Times New Roman"/>
          <w:sz w:val="20"/>
          <w:szCs w:val="20"/>
        </w:rPr>
        <w:t>.</w:t>
      </w:r>
    </w:p>
    <w:p w:rsidR="00720466" w:rsidRPr="0075731B" w:rsidRDefault="00720466" w:rsidP="00720466">
      <w:pPr>
        <w:pStyle w:val="GvdeMetni"/>
        <w:spacing w:after="0" w:line="360" w:lineRule="auto"/>
        <w:ind w:right="119"/>
        <w:jc w:val="both"/>
      </w:pPr>
      <w:proofErr w:type="gramStart"/>
      <w:r>
        <w:t xml:space="preserve">Kendini Tanıma ve İletişim Yöntemleri dersine ilişkin sorularınız için ilgili </w:t>
      </w:r>
      <w:r w:rsidRPr="0075731B">
        <w:t xml:space="preserve">öğretim elemanına aşağıdaki </w:t>
      </w:r>
      <w:r>
        <w:t>iletişim</w:t>
      </w:r>
      <w:r w:rsidRPr="0075731B">
        <w:t xml:space="preserve"> adreslerinden </w:t>
      </w:r>
      <w:r>
        <w:t>ulaşabilirsiniz</w:t>
      </w:r>
      <w:r w:rsidRPr="0075731B">
        <w:t>.</w:t>
      </w:r>
      <w:proofErr w:type="gramEnd"/>
    </w:p>
    <w:p w:rsidR="00720466" w:rsidRPr="0057760F" w:rsidRDefault="00720466" w:rsidP="006E32C3">
      <w:pPr>
        <w:spacing w:after="60" w:line="240" w:lineRule="auto"/>
        <w:rPr>
          <w:rFonts w:cs="Times New Roman"/>
        </w:rPr>
      </w:pPr>
    </w:p>
    <w:tbl>
      <w:tblPr>
        <w:tblStyle w:val="TabloKlavuzu"/>
        <w:tblW w:w="0" w:type="auto"/>
        <w:jc w:val="center"/>
        <w:tblLook w:val="04A0" w:firstRow="1" w:lastRow="0" w:firstColumn="1" w:lastColumn="0" w:noHBand="0" w:noVBand="1"/>
      </w:tblPr>
      <w:tblGrid>
        <w:gridCol w:w="4802"/>
        <w:gridCol w:w="4802"/>
      </w:tblGrid>
      <w:tr w:rsidR="006544E2" w:rsidRPr="006544E2">
        <w:trPr>
          <w:jc w:val="center"/>
        </w:trPr>
        <w:tc>
          <w:tcPr>
            <w:tcW w:w="4802" w:type="dxa"/>
            <w:shd w:val="clear" w:color="auto" w:fill="D9D9D9"/>
          </w:tcPr>
          <w:p w:rsidR="0057760F" w:rsidRDefault="0057760F">
            <w:pPr>
              <w:rPr>
                <w:rFonts w:cs="Times New Roman"/>
                <w:b/>
              </w:rPr>
            </w:pPr>
          </w:p>
          <w:p w:rsidR="000D0E5C" w:rsidRPr="006544E2" w:rsidRDefault="00C11A28">
            <w:pPr>
              <w:rPr>
                <w:rFonts w:cs="Times New Roman"/>
              </w:rPr>
            </w:pPr>
            <w:r w:rsidRPr="006544E2">
              <w:rPr>
                <w:rFonts w:cs="Times New Roman"/>
                <w:b/>
              </w:rPr>
              <w:t>Öğretim Elemanı</w:t>
            </w:r>
          </w:p>
        </w:tc>
        <w:tc>
          <w:tcPr>
            <w:tcW w:w="4802" w:type="dxa"/>
            <w:shd w:val="clear" w:color="auto" w:fill="D9D9D9"/>
          </w:tcPr>
          <w:p w:rsidR="000D0E5C" w:rsidRPr="006544E2" w:rsidRDefault="00C11A28">
            <w:pPr>
              <w:rPr>
                <w:rFonts w:cs="Times New Roman"/>
              </w:rPr>
            </w:pPr>
            <w:r w:rsidRPr="006544E2">
              <w:rPr>
                <w:rFonts w:cs="Times New Roman"/>
                <w:b/>
              </w:rPr>
              <w:t>İletişim / mail adresi</w:t>
            </w:r>
          </w:p>
        </w:tc>
      </w:tr>
      <w:tr w:rsidR="006544E2" w:rsidRPr="006544E2">
        <w:trPr>
          <w:jc w:val="center"/>
        </w:trPr>
        <w:tc>
          <w:tcPr>
            <w:tcW w:w="4802" w:type="dxa"/>
          </w:tcPr>
          <w:p w:rsidR="000D0E5C" w:rsidRPr="006544E2" w:rsidRDefault="00C11A28" w:rsidP="008F515C">
            <w:pPr>
              <w:rPr>
                <w:rFonts w:cs="Times New Roman"/>
              </w:rPr>
            </w:pPr>
            <w:r w:rsidRPr="006544E2">
              <w:rPr>
                <w:rFonts w:cs="Times New Roman"/>
              </w:rPr>
              <w:t xml:space="preserve">Dr. </w:t>
            </w:r>
            <w:r w:rsidR="008F515C">
              <w:rPr>
                <w:rFonts w:cs="Times New Roman"/>
              </w:rPr>
              <w:t xml:space="preserve">Öğr. Üyesi Hacer DEMİRKOL </w:t>
            </w:r>
          </w:p>
        </w:tc>
        <w:tc>
          <w:tcPr>
            <w:tcW w:w="4802" w:type="dxa"/>
          </w:tcPr>
          <w:p w:rsidR="000D0E5C" w:rsidRPr="006544E2" w:rsidRDefault="00F60845" w:rsidP="008F515C">
            <w:pPr>
              <w:rPr>
                <w:rFonts w:cs="Times New Roman"/>
              </w:rPr>
            </w:pPr>
            <w:r w:rsidRPr="006544E2">
              <w:rPr>
                <w:rFonts w:cs="Times New Roman"/>
              </w:rPr>
              <w:t xml:space="preserve">E-posta: </w:t>
            </w:r>
            <w:r w:rsidR="008F515C">
              <w:rPr>
                <w:rFonts w:cs="Times New Roman"/>
              </w:rPr>
              <w:t>hacer.demirkol</w:t>
            </w:r>
            <w:r w:rsidR="00C11A28" w:rsidRPr="006544E2">
              <w:rPr>
                <w:rFonts w:cs="Times New Roman"/>
              </w:rPr>
              <w:t>@yobu.edu.tr</w:t>
            </w:r>
          </w:p>
        </w:tc>
      </w:tr>
    </w:tbl>
    <w:p w:rsidR="000D0E5C" w:rsidRPr="006544E2" w:rsidRDefault="000D0E5C">
      <w:pPr>
        <w:rPr>
          <w:rFonts w:cs="Times New Roman"/>
        </w:rPr>
        <w:sectPr w:rsidR="000D0E5C" w:rsidRPr="006544E2">
          <w:footerReference w:type="default" r:id="rId10"/>
          <w:pgSz w:w="11909" w:h="16834"/>
          <w:pgMar w:top="1152" w:right="1152" w:bottom="936" w:left="1152" w:header="720" w:footer="720" w:gutter="0"/>
          <w:cols w:space="720"/>
          <w:docGrid w:linePitch="360"/>
        </w:sectPr>
      </w:pP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 xml:space="preserve">3. </w:t>
      </w:r>
      <w:r w:rsidR="003044DE">
        <w:rPr>
          <w:rFonts w:ascii="Times New Roman" w:hAnsi="Times New Roman" w:cs="Times New Roman"/>
          <w:color w:val="auto"/>
          <w:sz w:val="22"/>
          <w:szCs w:val="22"/>
        </w:rPr>
        <w:t xml:space="preserve">KENDİNİ TANIMA VE İLETİŞİM YÖNTEMLERİ </w:t>
      </w:r>
      <w:r w:rsidRPr="006544E2">
        <w:rPr>
          <w:rFonts w:ascii="Times New Roman" w:hAnsi="Times New Roman" w:cs="Times New Roman"/>
          <w:color w:val="auto"/>
          <w:sz w:val="22"/>
          <w:szCs w:val="22"/>
        </w:rPr>
        <w:t xml:space="preserve"> HAFTALIK DERS PROGRAMI, ÖĞRENME, PROGRAM ÇIKTILARI, HASTA GÜVENLİĞİ, SAĞLIĞIN SOSYAL BELİRLEYİCİLERİ VE SÜRDÜRÜLEBİLİR KALKINMA HEDEFLERİ İLE İLİŞKİSİ</w:t>
      </w:r>
    </w:p>
    <w:tbl>
      <w:tblPr>
        <w:tblStyle w:val="TabloKlavuzu"/>
        <w:tblW w:w="0" w:type="auto"/>
        <w:jc w:val="center"/>
        <w:tblLayout w:type="fixed"/>
        <w:tblLook w:val="04A0" w:firstRow="1" w:lastRow="0" w:firstColumn="1" w:lastColumn="0" w:noHBand="0" w:noVBand="1"/>
      </w:tblPr>
      <w:tblGrid>
        <w:gridCol w:w="1368"/>
        <w:gridCol w:w="4338"/>
        <w:gridCol w:w="1642"/>
        <w:gridCol w:w="1701"/>
        <w:gridCol w:w="1134"/>
        <w:gridCol w:w="1134"/>
        <w:gridCol w:w="1193"/>
        <w:gridCol w:w="11"/>
        <w:gridCol w:w="1373"/>
        <w:gridCol w:w="45"/>
        <w:gridCol w:w="1559"/>
      </w:tblGrid>
      <w:tr w:rsidR="003E1876" w:rsidRPr="003E1876" w:rsidTr="003E1876">
        <w:trPr>
          <w:cantSplit/>
          <w:tblHeader/>
          <w:jc w:val="center"/>
        </w:trPr>
        <w:tc>
          <w:tcPr>
            <w:tcW w:w="1368"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Hafta / tarih / saat</w:t>
            </w:r>
          </w:p>
        </w:tc>
        <w:tc>
          <w:tcPr>
            <w:tcW w:w="4338"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Konu ve İçeriği / Hedefleri</w:t>
            </w:r>
          </w:p>
        </w:tc>
        <w:tc>
          <w:tcPr>
            <w:tcW w:w="1642"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Dersi Verecek Öğretim Elemanı</w:t>
            </w:r>
          </w:p>
        </w:tc>
        <w:tc>
          <w:tcPr>
            <w:tcW w:w="1701"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Öğretim ve Değerlendirme Yöntemi</w:t>
            </w:r>
          </w:p>
        </w:tc>
        <w:tc>
          <w:tcPr>
            <w:tcW w:w="1134"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Dersin Öğrenme Çıktısı</w:t>
            </w:r>
          </w:p>
        </w:tc>
        <w:tc>
          <w:tcPr>
            <w:tcW w:w="1134"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Program Çıktısı (PÇ)</w:t>
            </w:r>
          </w:p>
        </w:tc>
        <w:tc>
          <w:tcPr>
            <w:tcW w:w="1204" w:type="dxa"/>
            <w:gridSpan w:val="2"/>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Hasta Güvenliği</w:t>
            </w:r>
          </w:p>
        </w:tc>
        <w:tc>
          <w:tcPr>
            <w:tcW w:w="1418" w:type="dxa"/>
            <w:gridSpan w:val="2"/>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Sağlığın Sosyal Belirleyicileri</w:t>
            </w:r>
          </w:p>
        </w:tc>
        <w:tc>
          <w:tcPr>
            <w:tcW w:w="1559" w:type="dxa"/>
            <w:shd w:val="clear" w:color="auto" w:fill="D9D9D9"/>
          </w:tcPr>
          <w:p w:rsidR="000D0E5C" w:rsidRPr="003E1876" w:rsidRDefault="00C11A28">
            <w:pPr>
              <w:jc w:val="center"/>
              <w:rPr>
                <w:rFonts w:cs="Times New Roman"/>
                <w:color w:val="000000" w:themeColor="text1"/>
                <w:sz w:val="20"/>
                <w:szCs w:val="20"/>
              </w:rPr>
            </w:pPr>
            <w:r w:rsidRPr="003E1876">
              <w:rPr>
                <w:rFonts w:cs="Times New Roman"/>
                <w:b/>
                <w:color w:val="000000" w:themeColor="text1"/>
                <w:sz w:val="20"/>
                <w:szCs w:val="20"/>
              </w:rPr>
              <w:t>Sürdürülebilir Kalkınma Hedefleri</w:t>
            </w:r>
          </w:p>
        </w:tc>
      </w:tr>
      <w:tr w:rsidR="0068619A" w:rsidRPr="003E1876" w:rsidTr="003E1876">
        <w:trPr>
          <w:cantSplit/>
          <w:jc w:val="center"/>
        </w:trPr>
        <w:tc>
          <w:tcPr>
            <w:tcW w:w="1368" w:type="dxa"/>
          </w:tcPr>
          <w:p w:rsidR="0068619A" w:rsidRPr="003E1876" w:rsidRDefault="0068619A" w:rsidP="0007166F">
            <w:pPr>
              <w:spacing w:line="187" w:lineRule="auto"/>
              <w:jc w:val="center"/>
              <w:rPr>
                <w:rFonts w:cs="Times New Roman"/>
                <w:color w:val="000000" w:themeColor="text1"/>
                <w:sz w:val="20"/>
                <w:szCs w:val="20"/>
              </w:rPr>
            </w:pPr>
            <w:r w:rsidRPr="003E1876">
              <w:rPr>
                <w:rFonts w:cs="Times New Roman"/>
                <w:color w:val="000000" w:themeColor="text1"/>
                <w:sz w:val="20"/>
                <w:szCs w:val="20"/>
              </w:rPr>
              <w:t>1. Hafta</w:t>
            </w:r>
            <w:r w:rsidRPr="003E1876">
              <w:rPr>
                <w:rFonts w:cs="Times New Roman"/>
                <w:color w:val="000000" w:themeColor="text1"/>
                <w:sz w:val="20"/>
                <w:szCs w:val="20"/>
              </w:rPr>
              <w:br/>
              <w:t>Tarih/saat:</w:t>
            </w:r>
            <w:r w:rsidRPr="003E1876">
              <w:rPr>
                <w:rFonts w:cs="Times New Roman"/>
                <w:color w:val="000000" w:themeColor="text1"/>
                <w:sz w:val="20"/>
                <w:szCs w:val="20"/>
              </w:rPr>
              <w:br/>
              <w:t xml:space="preserve">Salı </w:t>
            </w:r>
            <w:r w:rsidRPr="003E1876">
              <w:rPr>
                <w:rFonts w:cs="Times New Roman"/>
                <w:color w:val="000000" w:themeColor="text1"/>
                <w:sz w:val="20"/>
                <w:szCs w:val="20"/>
              </w:rPr>
              <w:br/>
              <w:t>15:30-17:30</w:t>
            </w:r>
          </w:p>
        </w:tc>
        <w:tc>
          <w:tcPr>
            <w:tcW w:w="4338" w:type="dxa"/>
          </w:tcPr>
          <w:p w:rsidR="0068619A" w:rsidRPr="003E1876" w:rsidRDefault="0068619A" w:rsidP="0007166F">
            <w:pPr>
              <w:rPr>
                <w:rFonts w:cs="Times New Roman"/>
                <w:b/>
                <w:color w:val="000000" w:themeColor="text1"/>
                <w:sz w:val="20"/>
                <w:szCs w:val="20"/>
              </w:rPr>
            </w:pPr>
            <w:r w:rsidRPr="003E1876">
              <w:rPr>
                <w:rFonts w:cs="Times New Roman"/>
                <w:b/>
                <w:color w:val="000000" w:themeColor="text1"/>
                <w:sz w:val="20"/>
                <w:szCs w:val="20"/>
              </w:rPr>
              <w:t xml:space="preserve">Tanışma ve Dersin Tanıtımı </w:t>
            </w:r>
          </w:p>
          <w:p w:rsidR="0068619A" w:rsidRPr="003E1876" w:rsidRDefault="0068619A" w:rsidP="00B81C5D">
            <w:pPr>
              <w:pStyle w:val="ListeParagraf"/>
              <w:numPr>
                <w:ilvl w:val="0"/>
                <w:numId w:val="17"/>
              </w:numPr>
              <w:jc w:val="both"/>
              <w:rPr>
                <w:rFonts w:cs="Times New Roman"/>
                <w:color w:val="000000" w:themeColor="text1"/>
                <w:sz w:val="20"/>
                <w:szCs w:val="20"/>
              </w:rPr>
            </w:pPr>
            <w:r w:rsidRPr="003E1876">
              <w:rPr>
                <w:rFonts w:cs="Times New Roman"/>
                <w:color w:val="000000" w:themeColor="text1"/>
                <w:sz w:val="20"/>
                <w:szCs w:val="20"/>
              </w:rPr>
              <w:t>Dersin amacı, kapsamı, işleyişi ve değerlendirme sürecini açıklar.</w:t>
            </w:r>
          </w:p>
          <w:p w:rsidR="0068619A" w:rsidRPr="003E1876" w:rsidRDefault="0068619A" w:rsidP="00B81C5D">
            <w:pPr>
              <w:pStyle w:val="ListeParagraf"/>
              <w:numPr>
                <w:ilvl w:val="0"/>
                <w:numId w:val="17"/>
              </w:numPr>
              <w:jc w:val="both"/>
              <w:rPr>
                <w:rFonts w:cs="Times New Roman"/>
                <w:color w:val="000000" w:themeColor="text1"/>
                <w:sz w:val="20"/>
                <w:szCs w:val="20"/>
              </w:rPr>
            </w:pPr>
            <w:r w:rsidRPr="003E1876">
              <w:rPr>
                <w:rFonts w:cs="Times New Roman"/>
                <w:color w:val="000000" w:themeColor="text1"/>
                <w:sz w:val="20"/>
                <w:szCs w:val="20"/>
              </w:rPr>
              <w:t>Ders kapsamında beklenen bilgi, beceri ve sorumlulukları açıklar.</w:t>
            </w:r>
          </w:p>
          <w:p w:rsidR="0068619A" w:rsidRPr="003E1876" w:rsidRDefault="0068619A" w:rsidP="00B81C5D">
            <w:pPr>
              <w:pStyle w:val="ListeParagraf"/>
              <w:numPr>
                <w:ilvl w:val="0"/>
                <w:numId w:val="17"/>
              </w:numPr>
              <w:jc w:val="both"/>
              <w:rPr>
                <w:rFonts w:cs="Times New Roman"/>
                <w:color w:val="000000" w:themeColor="text1"/>
                <w:sz w:val="20"/>
                <w:szCs w:val="20"/>
              </w:rPr>
            </w:pPr>
            <w:r w:rsidRPr="003E1876">
              <w:rPr>
                <w:rFonts w:cs="Times New Roman"/>
                <w:color w:val="000000" w:themeColor="text1"/>
                <w:sz w:val="20"/>
                <w:szCs w:val="20"/>
              </w:rPr>
              <w:t>Ders sürecinde kullanılacak öğretim yöntemleri ve öğrenme etkinliklerini tanımlar.</w:t>
            </w:r>
          </w:p>
        </w:tc>
        <w:tc>
          <w:tcPr>
            <w:tcW w:w="1642" w:type="dxa"/>
          </w:tcPr>
          <w:p w:rsidR="0068619A" w:rsidRPr="003E1876" w:rsidRDefault="0068619A"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68619A"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w:t>
            </w:r>
          </w:p>
        </w:tc>
        <w:tc>
          <w:tcPr>
            <w:tcW w:w="1134"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w:t>
            </w:r>
          </w:p>
        </w:tc>
        <w:tc>
          <w:tcPr>
            <w:tcW w:w="1193" w:type="dxa"/>
          </w:tcPr>
          <w:p w:rsidR="0068619A" w:rsidRPr="003E1876" w:rsidRDefault="00720466" w:rsidP="00766F84">
            <w:pPr>
              <w:rPr>
                <w:rFonts w:cs="Times New Roman"/>
                <w:vanish/>
                <w:color w:val="000000" w:themeColor="text1"/>
                <w:sz w:val="20"/>
                <w:szCs w:val="20"/>
              </w:rPr>
            </w:pPr>
            <w:r w:rsidRPr="003E1876">
              <w:rPr>
                <w:rFonts w:cs="Times New Roman"/>
                <w:color w:val="000000" w:themeColor="text1"/>
                <w:sz w:val="20"/>
                <w:szCs w:val="20"/>
              </w:rPr>
              <w:t>-</w:t>
            </w:r>
          </w:p>
        </w:tc>
        <w:tc>
          <w:tcPr>
            <w:tcW w:w="1384" w:type="dxa"/>
            <w:gridSpan w:val="2"/>
          </w:tcPr>
          <w:p w:rsidR="0068619A" w:rsidRPr="003E1876" w:rsidRDefault="00720466" w:rsidP="00766F84">
            <w:pPr>
              <w:rPr>
                <w:rFonts w:cs="Times New Roman"/>
                <w:vanish/>
                <w:color w:val="000000" w:themeColor="text1"/>
                <w:sz w:val="20"/>
                <w:szCs w:val="20"/>
              </w:rPr>
            </w:pPr>
            <w:r w:rsidRPr="003E1876">
              <w:rPr>
                <w:rFonts w:cs="Times New Roman"/>
                <w:color w:val="000000" w:themeColor="text1"/>
                <w:sz w:val="20"/>
                <w:szCs w:val="20"/>
              </w:rPr>
              <w:t>-</w:t>
            </w:r>
          </w:p>
        </w:tc>
        <w:tc>
          <w:tcPr>
            <w:tcW w:w="1601" w:type="dxa"/>
            <w:gridSpan w:val="2"/>
          </w:tcPr>
          <w:p w:rsidR="0068619A" w:rsidRPr="003E1876" w:rsidRDefault="00720466" w:rsidP="00766F84">
            <w:pPr>
              <w:rPr>
                <w:rFonts w:cs="Times New Roman"/>
                <w:vanish/>
                <w:color w:val="000000" w:themeColor="text1"/>
                <w:sz w:val="20"/>
                <w:szCs w:val="20"/>
              </w:rPr>
            </w:pPr>
            <w:r w:rsidRPr="003E1876">
              <w:rPr>
                <w:rFonts w:cs="Times New Roman"/>
                <w:color w:val="000000" w:themeColor="text1"/>
                <w:sz w:val="20"/>
                <w:szCs w:val="20"/>
              </w:rPr>
              <w:t>4</w:t>
            </w:r>
            <w:r w:rsidRPr="003E1876">
              <w:rPr>
                <w:rFonts w:cs="Times New Roman"/>
                <w:vanish/>
                <w:color w:val="000000" w:themeColor="text1"/>
                <w:sz w:val="20"/>
                <w:szCs w:val="20"/>
              </w:rPr>
              <w:t>-</w:t>
            </w:r>
          </w:p>
        </w:tc>
      </w:tr>
      <w:tr w:rsidR="0068619A" w:rsidRPr="003E1876" w:rsidTr="003E1876">
        <w:trPr>
          <w:cantSplit/>
          <w:trHeight w:val="694"/>
          <w:jc w:val="center"/>
        </w:trPr>
        <w:tc>
          <w:tcPr>
            <w:tcW w:w="1368" w:type="dxa"/>
          </w:tcPr>
          <w:p w:rsidR="0068619A" w:rsidRPr="003E1876" w:rsidRDefault="0068619A">
            <w:pPr>
              <w:spacing w:line="187" w:lineRule="auto"/>
              <w:jc w:val="center"/>
              <w:rPr>
                <w:rFonts w:cs="Times New Roman"/>
                <w:color w:val="000000" w:themeColor="text1"/>
                <w:sz w:val="20"/>
                <w:szCs w:val="20"/>
              </w:rPr>
            </w:pPr>
            <w:r w:rsidRPr="003E1876">
              <w:rPr>
                <w:rFonts w:cs="Times New Roman"/>
                <w:color w:val="000000" w:themeColor="text1"/>
                <w:sz w:val="20"/>
                <w:szCs w:val="20"/>
              </w:rPr>
              <w:t>2.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68619A" w:rsidRPr="003E1876" w:rsidRDefault="0068619A" w:rsidP="0007166F">
            <w:pPr>
              <w:jc w:val="both"/>
              <w:rPr>
                <w:rFonts w:cs="Times New Roman"/>
                <w:b/>
                <w:color w:val="000000" w:themeColor="text1"/>
                <w:sz w:val="20"/>
                <w:szCs w:val="20"/>
              </w:rPr>
            </w:pPr>
            <w:r w:rsidRPr="003E1876">
              <w:rPr>
                <w:rFonts w:cs="Times New Roman"/>
                <w:b/>
                <w:color w:val="000000" w:themeColor="text1"/>
                <w:sz w:val="20"/>
                <w:szCs w:val="20"/>
              </w:rPr>
              <w:t>Kendini Tanımada Temel Kavramlar ve Bileşenler</w:t>
            </w:r>
          </w:p>
          <w:p w:rsidR="0068619A" w:rsidRPr="003E1876" w:rsidRDefault="0068619A" w:rsidP="00B81C5D">
            <w:pPr>
              <w:pStyle w:val="ListeParagraf"/>
              <w:numPr>
                <w:ilvl w:val="0"/>
                <w:numId w:val="18"/>
              </w:numPr>
              <w:jc w:val="both"/>
              <w:rPr>
                <w:rFonts w:cs="Times New Roman"/>
                <w:b/>
                <w:color w:val="000000" w:themeColor="text1"/>
                <w:sz w:val="20"/>
                <w:szCs w:val="20"/>
              </w:rPr>
            </w:pPr>
            <w:r w:rsidRPr="003E1876">
              <w:rPr>
                <w:rFonts w:cs="Times New Roman"/>
                <w:color w:val="000000" w:themeColor="text1"/>
                <w:sz w:val="20"/>
                <w:szCs w:val="20"/>
              </w:rPr>
              <w:t>Kendini tanıma kavramını tanımlar.</w:t>
            </w:r>
          </w:p>
          <w:p w:rsidR="0068619A" w:rsidRPr="003E1876" w:rsidRDefault="0068619A" w:rsidP="00B81C5D">
            <w:pPr>
              <w:pStyle w:val="ListeParagraf"/>
              <w:numPr>
                <w:ilvl w:val="0"/>
                <w:numId w:val="18"/>
              </w:numPr>
              <w:jc w:val="both"/>
              <w:rPr>
                <w:rFonts w:cs="Times New Roman"/>
                <w:color w:val="000000" w:themeColor="text1"/>
                <w:sz w:val="20"/>
                <w:szCs w:val="20"/>
              </w:rPr>
            </w:pPr>
            <w:r w:rsidRPr="003E1876">
              <w:rPr>
                <w:rFonts w:cs="Times New Roman"/>
                <w:color w:val="000000" w:themeColor="text1"/>
                <w:sz w:val="20"/>
                <w:szCs w:val="20"/>
              </w:rPr>
              <w:t>Benlik, öz farkındalık ve öz değerlendirme kavramlarını açıklar.</w:t>
            </w:r>
          </w:p>
          <w:p w:rsidR="0068619A" w:rsidRPr="003E1876" w:rsidRDefault="0068619A" w:rsidP="00B81C5D">
            <w:pPr>
              <w:pStyle w:val="ListeParagraf"/>
              <w:numPr>
                <w:ilvl w:val="0"/>
                <w:numId w:val="18"/>
              </w:numPr>
              <w:jc w:val="both"/>
              <w:rPr>
                <w:rFonts w:cs="Times New Roman"/>
                <w:color w:val="000000" w:themeColor="text1"/>
                <w:sz w:val="20"/>
                <w:szCs w:val="20"/>
              </w:rPr>
            </w:pPr>
            <w:r w:rsidRPr="003E1876">
              <w:rPr>
                <w:rFonts w:cs="Times New Roman"/>
                <w:color w:val="000000" w:themeColor="text1"/>
                <w:sz w:val="20"/>
                <w:szCs w:val="20"/>
              </w:rPr>
              <w:t>Kendini tanımayı etkileyen bireysel ve çevresel etmenleri açıklar.</w:t>
            </w:r>
          </w:p>
          <w:p w:rsidR="0068619A" w:rsidRPr="003E1876" w:rsidRDefault="0068619A" w:rsidP="00B81C5D">
            <w:pPr>
              <w:pStyle w:val="ListeParagraf"/>
              <w:numPr>
                <w:ilvl w:val="0"/>
                <w:numId w:val="18"/>
              </w:numPr>
              <w:jc w:val="both"/>
              <w:rPr>
                <w:rFonts w:cs="Times New Roman"/>
                <w:color w:val="000000" w:themeColor="text1"/>
                <w:sz w:val="20"/>
                <w:szCs w:val="20"/>
              </w:rPr>
            </w:pPr>
            <w:r w:rsidRPr="003E1876">
              <w:rPr>
                <w:rFonts w:cs="Times New Roman"/>
                <w:color w:val="000000" w:themeColor="text1"/>
                <w:sz w:val="20"/>
                <w:szCs w:val="20"/>
              </w:rPr>
              <w:t>Kendini tanımanın kişisel ve mesleki gelişim açısından önemini değerlendirir.</w:t>
            </w:r>
          </w:p>
        </w:tc>
        <w:tc>
          <w:tcPr>
            <w:tcW w:w="1642" w:type="dxa"/>
          </w:tcPr>
          <w:p w:rsidR="0068619A" w:rsidRPr="003E1876" w:rsidRDefault="0068619A"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68619A"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w:t>
            </w:r>
          </w:p>
        </w:tc>
        <w:tc>
          <w:tcPr>
            <w:tcW w:w="1134"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1,10</w:t>
            </w:r>
          </w:p>
        </w:tc>
        <w:tc>
          <w:tcPr>
            <w:tcW w:w="1193"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7</w:t>
            </w:r>
          </w:p>
        </w:tc>
        <w:tc>
          <w:tcPr>
            <w:tcW w:w="1384" w:type="dxa"/>
            <w:gridSpan w:val="2"/>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w:t>
            </w:r>
          </w:p>
        </w:tc>
        <w:tc>
          <w:tcPr>
            <w:tcW w:w="1601" w:type="dxa"/>
            <w:gridSpan w:val="2"/>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w:t>
            </w:r>
          </w:p>
        </w:tc>
      </w:tr>
      <w:tr w:rsidR="0068619A" w:rsidRPr="003E1876" w:rsidTr="003E1876">
        <w:trPr>
          <w:cantSplit/>
          <w:jc w:val="center"/>
        </w:trPr>
        <w:tc>
          <w:tcPr>
            <w:tcW w:w="1368" w:type="dxa"/>
          </w:tcPr>
          <w:p w:rsidR="0068619A" w:rsidRPr="003E1876" w:rsidRDefault="0068619A">
            <w:pPr>
              <w:spacing w:line="187" w:lineRule="auto"/>
              <w:jc w:val="center"/>
              <w:rPr>
                <w:rFonts w:cs="Times New Roman"/>
                <w:color w:val="000000" w:themeColor="text1"/>
                <w:sz w:val="20"/>
                <w:szCs w:val="20"/>
              </w:rPr>
            </w:pPr>
            <w:r w:rsidRPr="003E1876">
              <w:rPr>
                <w:rFonts w:cs="Times New Roman"/>
                <w:color w:val="000000" w:themeColor="text1"/>
                <w:sz w:val="20"/>
                <w:szCs w:val="20"/>
              </w:rPr>
              <w:t>3.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68619A" w:rsidRPr="003E1876" w:rsidRDefault="0068619A" w:rsidP="0007166F">
            <w:pPr>
              <w:spacing w:line="187" w:lineRule="auto"/>
              <w:rPr>
                <w:rFonts w:cs="Times New Roman"/>
                <w:b/>
                <w:color w:val="000000" w:themeColor="text1"/>
                <w:sz w:val="20"/>
                <w:szCs w:val="20"/>
              </w:rPr>
            </w:pPr>
            <w:r w:rsidRPr="003E1876">
              <w:rPr>
                <w:rFonts w:cs="Times New Roman"/>
                <w:b/>
                <w:color w:val="000000" w:themeColor="text1"/>
                <w:sz w:val="20"/>
                <w:szCs w:val="20"/>
              </w:rPr>
              <w:t>Kendini Tanımada Temel Kavramlar ve Bileşenler</w:t>
            </w:r>
          </w:p>
          <w:p w:rsidR="0068619A" w:rsidRPr="003E1876" w:rsidRDefault="0068619A" w:rsidP="00B81C5D">
            <w:pPr>
              <w:pStyle w:val="ListeParagraf"/>
              <w:numPr>
                <w:ilvl w:val="0"/>
                <w:numId w:val="19"/>
              </w:numPr>
              <w:spacing w:line="187" w:lineRule="auto"/>
              <w:jc w:val="both"/>
              <w:rPr>
                <w:rFonts w:cs="Times New Roman"/>
                <w:color w:val="000000" w:themeColor="text1"/>
                <w:sz w:val="20"/>
                <w:szCs w:val="20"/>
              </w:rPr>
            </w:pPr>
            <w:r w:rsidRPr="003E1876">
              <w:rPr>
                <w:rFonts w:cs="Times New Roman"/>
                <w:color w:val="000000" w:themeColor="text1"/>
                <w:sz w:val="20"/>
                <w:szCs w:val="20"/>
              </w:rPr>
              <w:t>Benlik algısı, benlik saygısı ve benlik kavramı arasındaki ilişkiyi açıklar.</w:t>
            </w:r>
          </w:p>
          <w:p w:rsidR="0068619A" w:rsidRPr="003E1876" w:rsidRDefault="0068619A" w:rsidP="00B81C5D">
            <w:pPr>
              <w:pStyle w:val="ListeParagraf"/>
              <w:numPr>
                <w:ilvl w:val="0"/>
                <w:numId w:val="19"/>
              </w:numPr>
              <w:spacing w:line="187" w:lineRule="auto"/>
              <w:jc w:val="both"/>
              <w:rPr>
                <w:rFonts w:cs="Times New Roman"/>
                <w:color w:val="000000" w:themeColor="text1"/>
                <w:sz w:val="20"/>
                <w:szCs w:val="20"/>
              </w:rPr>
            </w:pPr>
            <w:r w:rsidRPr="003E1876">
              <w:rPr>
                <w:rFonts w:cs="Times New Roman"/>
                <w:color w:val="000000" w:themeColor="text1"/>
                <w:sz w:val="20"/>
                <w:szCs w:val="20"/>
              </w:rPr>
              <w:t>Kişisel güçlü ve geliştirilmesi gereken yönlerini değerlendirir.</w:t>
            </w:r>
          </w:p>
          <w:p w:rsidR="0068619A" w:rsidRPr="003E1876" w:rsidRDefault="0068619A" w:rsidP="00B81C5D">
            <w:pPr>
              <w:pStyle w:val="ListeParagraf"/>
              <w:numPr>
                <w:ilvl w:val="0"/>
                <w:numId w:val="19"/>
              </w:numPr>
              <w:spacing w:line="187" w:lineRule="auto"/>
              <w:jc w:val="both"/>
              <w:rPr>
                <w:rFonts w:cs="Times New Roman"/>
                <w:color w:val="000000" w:themeColor="text1"/>
                <w:sz w:val="20"/>
                <w:szCs w:val="20"/>
              </w:rPr>
            </w:pPr>
            <w:r w:rsidRPr="003E1876">
              <w:rPr>
                <w:rFonts w:cs="Times New Roman"/>
                <w:color w:val="000000" w:themeColor="text1"/>
                <w:sz w:val="20"/>
                <w:szCs w:val="20"/>
              </w:rPr>
              <w:t>Öz farkındalık geliştirmeye yönelik temel yöntemleri açıklar.</w:t>
            </w:r>
          </w:p>
          <w:p w:rsidR="0068619A" w:rsidRPr="003E1876" w:rsidRDefault="0068619A" w:rsidP="00B81C5D">
            <w:pPr>
              <w:pStyle w:val="ListeParagraf"/>
              <w:numPr>
                <w:ilvl w:val="0"/>
                <w:numId w:val="19"/>
              </w:numPr>
              <w:spacing w:line="187" w:lineRule="auto"/>
              <w:jc w:val="both"/>
              <w:rPr>
                <w:rFonts w:cs="Times New Roman"/>
                <w:color w:val="000000" w:themeColor="text1"/>
                <w:sz w:val="20"/>
                <w:szCs w:val="20"/>
              </w:rPr>
            </w:pPr>
            <w:r w:rsidRPr="003E1876">
              <w:rPr>
                <w:rFonts w:cs="Times New Roman"/>
                <w:color w:val="000000" w:themeColor="text1"/>
                <w:sz w:val="20"/>
                <w:szCs w:val="20"/>
              </w:rPr>
              <w:t>Kendini tanımanın kişilerarası iletişime etkisini değerlendirir.</w:t>
            </w:r>
          </w:p>
        </w:tc>
        <w:tc>
          <w:tcPr>
            <w:tcW w:w="1642" w:type="dxa"/>
          </w:tcPr>
          <w:p w:rsidR="0068619A" w:rsidRPr="003E1876" w:rsidRDefault="0068619A"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68619A"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1,2,3</w:t>
            </w:r>
          </w:p>
        </w:tc>
        <w:tc>
          <w:tcPr>
            <w:tcW w:w="1134"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1,6,10</w:t>
            </w:r>
          </w:p>
        </w:tc>
        <w:tc>
          <w:tcPr>
            <w:tcW w:w="1193" w:type="dxa"/>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7</w:t>
            </w:r>
          </w:p>
        </w:tc>
        <w:tc>
          <w:tcPr>
            <w:tcW w:w="1384" w:type="dxa"/>
            <w:gridSpan w:val="2"/>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1,4</w:t>
            </w:r>
          </w:p>
        </w:tc>
        <w:tc>
          <w:tcPr>
            <w:tcW w:w="1601" w:type="dxa"/>
            <w:gridSpan w:val="2"/>
          </w:tcPr>
          <w:p w:rsidR="0068619A"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4.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İletişimde Temel Kavramlar ve Bileşenler</w:t>
            </w:r>
          </w:p>
          <w:p w:rsidR="00720466" w:rsidRPr="003E1876" w:rsidRDefault="00720466" w:rsidP="00B81C5D">
            <w:pPr>
              <w:pStyle w:val="ListeParagraf"/>
              <w:numPr>
                <w:ilvl w:val="0"/>
                <w:numId w:val="20"/>
              </w:numPr>
              <w:spacing w:line="187" w:lineRule="auto"/>
              <w:jc w:val="both"/>
              <w:rPr>
                <w:rFonts w:cs="Times New Roman"/>
                <w:color w:val="000000" w:themeColor="text1"/>
                <w:sz w:val="20"/>
                <w:szCs w:val="20"/>
              </w:rPr>
            </w:pPr>
            <w:r w:rsidRPr="003E1876">
              <w:rPr>
                <w:rFonts w:cs="Times New Roman"/>
                <w:color w:val="000000" w:themeColor="text1"/>
                <w:sz w:val="20"/>
                <w:szCs w:val="20"/>
              </w:rPr>
              <w:t>İletişim kavramını ve iletişim sürecinin temel öğelerini açıklar.</w:t>
            </w:r>
          </w:p>
          <w:p w:rsidR="00720466" w:rsidRPr="003E1876" w:rsidRDefault="00720466" w:rsidP="00B81C5D">
            <w:pPr>
              <w:pStyle w:val="ListeParagraf"/>
              <w:numPr>
                <w:ilvl w:val="0"/>
                <w:numId w:val="20"/>
              </w:numPr>
              <w:spacing w:line="187" w:lineRule="auto"/>
              <w:jc w:val="both"/>
              <w:rPr>
                <w:rFonts w:cs="Times New Roman"/>
                <w:color w:val="000000" w:themeColor="text1"/>
                <w:sz w:val="20"/>
                <w:szCs w:val="20"/>
              </w:rPr>
            </w:pPr>
            <w:r w:rsidRPr="003E1876">
              <w:rPr>
                <w:rFonts w:cs="Times New Roman"/>
                <w:color w:val="000000" w:themeColor="text1"/>
                <w:sz w:val="20"/>
                <w:szCs w:val="20"/>
              </w:rPr>
              <w:t>Sözlü, sözsüz ve yazılı iletişim türlerini tanımlar.</w:t>
            </w:r>
          </w:p>
          <w:p w:rsidR="00720466" w:rsidRPr="003E1876" w:rsidRDefault="00720466" w:rsidP="00B81C5D">
            <w:pPr>
              <w:pStyle w:val="ListeParagraf"/>
              <w:numPr>
                <w:ilvl w:val="0"/>
                <w:numId w:val="20"/>
              </w:numPr>
              <w:spacing w:line="187" w:lineRule="auto"/>
              <w:jc w:val="both"/>
              <w:rPr>
                <w:rFonts w:cs="Times New Roman"/>
                <w:color w:val="000000" w:themeColor="text1"/>
                <w:sz w:val="20"/>
                <w:szCs w:val="20"/>
              </w:rPr>
            </w:pPr>
            <w:r w:rsidRPr="003E1876">
              <w:rPr>
                <w:rFonts w:cs="Times New Roman"/>
                <w:color w:val="000000" w:themeColor="text1"/>
                <w:sz w:val="20"/>
                <w:szCs w:val="20"/>
              </w:rPr>
              <w:t>Etkili iletişimin temel özelliklerini açıklar.</w:t>
            </w:r>
          </w:p>
          <w:p w:rsidR="00720466" w:rsidRPr="003E1876" w:rsidRDefault="00720466" w:rsidP="00B81C5D">
            <w:pPr>
              <w:pStyle w:val="ListeParagraf"/>
              <w:numPr>
                <w:ilvl w:val="0"/>
                <w:numId w:val="20"/>
              </w:numPr>
              <w:spacing w:line="187" w:lineRule="auto"/>
              <w:jc w:val="both"/>
              <w:rPr>
                <w:rFonts w:cs="Times New Roman"/>
                <w:color w:val="000000" w:themeColor="text1"/>
                <w:sz w:val="20"/>
                <w:szCs w:val="20"/>
              </w:rPr>
            </w:pPr>
            <w:r w:rsidRPr="003E1876">
              <w:rPr>
                <w:rFonts w:cs="Times New Roman"/>
                <w:color w:val="000000" w:themeColor="text1"/>
                <w:sz w:val="20"/>
                <w:szCs w:val="20"/>
              </w:rPr>
              <w:t>İletişimi etkileyen bireysel ve çevresel etmenleri değerlendirir.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720466" w:rsidP="003E1876">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2,4</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1,6</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2,3</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4,16</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lastRenderedPageBreak/>
              <w:t>5.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İletişimde Temel Kavramlar ve Bileşenler</w:t>
            </w:r>
          </w:p>
          <w:p w:rsidR="00720466" w:rsidRPr="003E1876" w:rsidRDefault="00720466" w:rsidP="00B81C5D">
            <w:pPr>
              <w:pStyle w:val="ListeParagraf"/>
              <w:numPr>
                <w:ilvl w:val="0"/>
                <w:numId w:val="21"/>
              </w:numPr>
              <w:spacing w:line="187" w:lineRule="auto"/>
              <w:rPr>
                <w:rFonts w:cs="Times New Roman"/>
                <w:color w:val="000000" w:themeColor="text1"/>
                <w:sz w:val="20"/>
                <w:szCs w:val="20"/>
              </w:rPr>
            </w:pPr>
            <w:r w:rsidRPr="003E1876">
              <w:rPr>
                <w:rFonts w:cs="Times New Roman"/>
                <w:color w:val="000000" w:themeColor="text1"/>
                <w:sz w:val="20"/>
                <w:szCs w:val="20"/>
              </w:rPr>
              <w:t>İletişim sürecinde geri bildirim, empati ve aktif dinleme kavramlarını açıklar.</w:t>
            </w:r>
          </w:p>
          <w:p w:rsidR="00720466" w:rsidRPr="003E1876" w:rsidRDefault="00720466" w:rsidP="00B81C5D">
            <w:pPr>
              <w:pStyle w:val="ListeParagraf"/>
              <w:numPr>
                <w:ilvl w:val="0"/>
                <w:numId w:val="21"/>
              </w:numPr>
              <w:spacing w:line="187" w:lineRule="auto"/>
              <w:rPr>
                <w:rFonts w:cs="Times New Roman"/>
                <w:color w:val="000000" w:themeColor="text1"/>
                <w:sz w:val="20"/>
                <w:szCs w:val="20"/>
              </w:rPr>
            </w:pPr>
            <w:r w:rsidRPr="003E1876">
              <w:rPr>
                <w:rFonts w:cs="Times New Roman"/>
                <w:color w:val="000000" w:themeColor="text1"/>
                <w:sz w:val="20"/>
                <w:szCs w:val="20"/>
              </w:rPr>
              <w:t>Etkili iletişimin önündeki engelleri tanımlar.</w:t>
            </w:r>
          </w:p>
          <w:p w:rsidR="00720466" w:rsidRPr="003E1876" w:rsidRDefault="00720466" w:rsidP="00B81C5D">
            <w:pPr>
              <w:pStyle w:val="ListeParagraf"/>
              <w:numPr>
                <w:ilvl w:val="0"/>
                <w:numId w:val="21"/>
              </w:numPr>
              <w:spacing w:line="187" w:lineRule="auto"/>
              <w:rPr>
                <w:rFonts w:cs="Times New Roman"/>
                <w:color w:val="000000" w:themeColor="text1"/>
                <w:sz w:val="20"/>
                <w:szCs w:val="20"/>
              </w:rPr>
            </w:pPr>
            <w:r w:rsidRPr="003E1876">
              <w:rPr>
                <w:rFonts w:cs="Times New Roman"/>
                <w:color w:val="000000" w:themeColor="text1"/>
                <w:sz w:val="20"/>
                <w:szCs w:val="20"/>
              </w:rPr>
              <w:t>İletişim becerilerini geliştirmede temel ilkeleri açıklar.</w:t>
            </w:r>
          </w:p>
          <w:p w:rsidR="00720466" w:rsidRPr="003E1876" w:rsidRDefault="00720466" w:rsidP="00B81C5D">
            <w:pPr>
              <w:pStyle w:val="ListeParagraf"/>
              <w:numPr>
                <w:ilvl w:val="0"/>
                <w:numId w:val="21"/>
              </w:numPr>
              <w:spacing w:line="187" w:lineRule="auto"/>
              <w:rPr>
                <w:rFonts w:cs="Times New Roman"/>
                <w:color w:val="000000" w:themeColor="text1"/>
                <w:sz w:val="20"/>
                <w:szCs w:val="20"/>
              </w:rPr>
            </w:pPr>
            <w:r w:rsidRPr="003E1876">
              <w:rPr>
                <w:rFonts w:cs="Times New Roman"/>
                <w:color w:val="000000" w:themeColor="text1"/>
                <w:sz w:val="20"/>
                <w:szCs w:val="20"/>
              </w:rPr>
              <w:t>Etkili iletişimin bireysel ve mesleki yaşamdaki önemini değerlendirir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720466" w:rsidP="003E1876">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2,4</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2,3</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4,5,16</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6.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Etkili İletişim Yöntemleri</w:t>
            </w:r>
          </w:p>
          <w:p w:rsidR="00720466" w:rsidRPr="003E1876" w:rsidRDefault="00720466" w:rsidP="00B81C5D">
            <w:pPr>
              <w:pStyle w:val="ListeParagraf"/>
              <w:numPr>
                <w:ilvl w:val="0"/>
                <w:numId w:val="22"/>
              </w:numPr>
              <w:spacing w:line="187" w:lineRule="auto"/>
              <w:rPr>
                <w:rFonts w:cs="Times New Roman"/>
                <w:color w:val="000000" w:themeColor="text1"/>
                <w:sz w:val="20"/>
                <w:szCs w:val="20"/>
              </w:rPr>
            </w:pPr>
            <w:r w:rsidRPr="003E1876">
              <w:rPr>
                <w:rFonts w:cs="Times New Roman"/>
                <w:color w:val="000000" w:themeColor="text1"/>
                <w:sz w:val="20"/>
                <w:szCs w:val="20"/>
              </w:rPr>
              <w:t>Etkili iletişim yöntemlerinin temel özelliklerini açıklar.</w:t>
            </w:r>
          </w:p>
          <w:p w:rsidR="00720466" w:rsidRPr="003E1876" w:rsidRDefault="00720466" w:rsidP="00B81C5D">
            <w:pPr>
              <w:pStyle w:val="ListeParagraf"/>
              <w:numPr>
                <w:ilvl w:val="0"/>
                <w:numId w:val="22"/>
              </w:numPr>
              <w:spacing w:line="187" w:lineRule="auto"/>
              <w:rPr>
                <w:rFonts w:cs="Times New Roman"/>
                <w:color w:val="000000" w:themeColor="text1"/>
                <w:sz w:val="20"/>
                <w:szCs w:val="20"/>
              </w:rPr>
            </w:pPr>
            <w:r w:rsidRPr="003E1876">
              <w:rPr>
                <w:rFonts w:cs="Times New Roman"/>
                <w:color w:val="000000" w:themeColor="text1"/>
                <w:sz w:val="20"/>
                <w:szCs w:val="20"/>
              </w:rPr>
              <w:t>Etkili iletişimde kullanılan sözel ve sözel olmayan iletişim becerilerini açıklar.</w:t>
            </w:r>
          </w:p>
          <w:p w:rsidR="00720466" w:rsidRPr="003E1876" w:rsidRDefault="00720466" w:rsidP="00B81C5D">
            <w:pPr>
              <w:pStyle w:val="ListeParagraf"/>
              <w:numPr>
                <w:ilvl w:val="0"/>
                <w:numId w:val="22"/>
              </w:numPr>
              <w:spacing w:line="187" w:lineRule="auto"/>
              <w:rPr>
                <w:rFonts w:cs="Times New Roman"/>
                <w:color w:val="000000" w:themeColor="text1"/>
                <w:sz w:val="20"/>
                <w:szCs w:val="20"/>
              </w:rPr>
            </w:pPr>
            <w:r w:rsidRPr="003E1876">
              <w:rPr>
                <w:rFonts w:cs="Times New Roman"/>
                <w:color w:val="000000" w:themeColor="text1"/>
                <w:sz w:val="20"/>
                <w:szCs w:val="20"/>
              </w:rPr>
              <w:t>Terapötik iletişim ilkelerini tanımlar.</w:t>
            </w:r>
          </w:p>
          <w:p w:rsidR="00720466" w:rsidRPr="003E1876" w:rsidRDefault="00720466" w:rsidP="00B81C5D">
            <w:pPr>
              <w:pStyle w:val="ListeParagraf"/>
              <w:numPr>
                <w:ilvl w:val="0"/>
                <w:numId w:val="22"/>
              </w:numPr>
              <w:spacing w:line="187" w:lineRule="auto"/>
              <w:rPr>
                <w:rFonts w:cs="Times New Roman"/>
                <w:color w:val="000000" w:themeColor="text1"/>
                <w:sz w:val="20"/>
                <w:szCs w:val="20"/>
              </w:rPr>
            </w:pPr>
            <w:r w:rsidRPr="003E1876">
              <w:rPr>
                <w:rFonts w:cs="Times New Roman"/>
                <w:color w:val="000000" w:themeColor="text1"/>
                <w:sz w:val="20"/>
                <w:szCs w:val="20"/>
              </w:rPr>
              <w:t>Etkili iletişim yöntemlerinin birey, hasta ve sağlık ekibi ile iletişimdeki önemini değerlendirir.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720466" w:rsidP="003E1876">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2,3,4,5</w:t>
            </w:r>
          </w:p>
        </w:tc>
        <w:tc>
          <w:tcPr>
            <w:tcW w:w="1134" w:type="dxa"/>
          </w:tcPr>
          <w:p w:rsidR="00720466" w:rsidRPr="003E1876" w:rsidRDefault="00720466" w:rsidP="00B5686F">
            <w:pPr>
              <w:spacing w:line="187" w:lineRule="auto"/>
              <w:jc w:val="center"/>
              <w:rPr>
                <w:rFonts w:cs="Times New Roman"/>
                <w:color w:val="000000" w:themeColor="text1"/>
                <w:sz w:val="20"/>
                <w:szCs w:val="20"/>
              </w:rPr>
            </w:pPr>
            <w:r w:rsidRPr="003E1876">
              <w:rPr>
                <w:rFonts w:cs="Times New Roman"/>
                <w:color w:val="000000" w:themeColor="text1"/>
                <w:sz w:val="20"/>
                <w:szCs w:val="20"/>
              </w:rPr>
              <w:t>1,4,6</w:t>
            </w:r>
          </w:p>
        </w:tc>
        <w:tc>
          <w:tcPr>
            <w:tcW w:w="1193"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7</w:t>
            </w:r>
          </w:p>
        </w:tc>
        <w:tc>
          <w:tcPr>
            <w:tcW w:w="1384" w:type="dxa"/>
            <w:gridSpan w:val="2"/>
          </w:tcPr>
          <w:p w:rsidR="00720466" w:rsidRPr="003E1876" w:rsidRDefault="00720466" w:rsidP="00B5686F">
            <w:pPr>
              <w:spacing w:line="187" w:lineRule="auto"/>
              <w:jc w:val="center"/>
              <w:rPr>
                <w:rFonts w:cs="Times New Roman"/>
                <w:color w:val="000000" w:themeColor="text1"/>
                <w:sz w:val="20"/>
                <w:szCs w:val="20"/>
              </w:rPr>
            </w:pPr>
            <w:r w:rsidRPr="003E1876">
              <w:rPr>
                <w:rFonts w:cs="Times New Roman"/>
                <w:color w:val="000000" w:themeColor="text1"/>
                <w:sz w:val="20"/>
                <w:szCs w:val="20"/>
              </w:rPr>
              <w:t>3,5</w:t>
            </w:r>
          </w:p>
        </w:tc>
        <w:tc>
          <w:tcPr>
            <w:tcW w:w="1601" w:type="dxa"/>
            <w:gridSpan w:val="2"/>
          </w:tcPr>
          <w:p w:rsidR="00720466" w:rsidRPr="003E1876" w:rsidRDefault="00720466" w:rsidP="00B5686F">
            <w:pPr>
              <w:spacing w:line="187" w:lineRule="auto"/>
              <w:jc w:val="center"/>
              <w:rPr>
                <w:rFonts w:cs="Times New Roman"/>
                <w:color w:val="000000" w:themeColor="text1"/>
                <w:sz w:val="20"/>
                <w:szCs w:val="20"/>
              </w:rPr>
            </w:pPr>
            <w:r w:rsidRPr="003E1876">
              <w:rPr>
                <w:rFonts w:cs="Times New Roman"/>
                <w:color w:val="000000" w:themeColor="text1"/>
                <w:sz w:val="20"/>
                <w:szCs w:val="20"/>
              </w:rPr>
              <w:t>3,16,17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7.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Etkili Olmayan İletişim Yöntemleri</w:t>
            </w:r>
          </w:p>
          <w:p w:rsidR="00720466" w:rsidRPr="003E1876" w:rsidRDefault="00720466" w:rsidP="00B81C5D">
            <w:pPr>
              <w:pStyle w:val="ListeParagraf"/>
              <w:numPr>
                <w:ilvl w:val="0"/>
                <w:numId w:val="23"/>
              </w:numPr>
              <w:spacing w:line="187" w:lineRule="auto"/>
              <w:rPr>
                <w:rFonts w:cs="Times New Roman"/>
                <w:color w:val="000000" w:themeColor="text1"/>
                <w:sz w:val="20"/>
                <w:szCs w:val="20"/>
              </w:rPr>
            </w:pPr>
            <w:r w:rsidRPr="003E1876">
              <w:rPr>
                <w:rFonts w:cs="Times New Roman"/>
                <w:color w:val="000000" w:themeColor="text1"/>
                <w:sz w:val="20"/>
                <w:szCs w:val="20"/>
              </w:rPr>
              <w:t>Etkisiz iletişim davranışlarını tanımlar.</w:t>
            </w:r>
          </w:p>
          <w:p w:rsidR="00720466" w:rsidRPr="003E1876" w:rsidRDefault="00720466" w:rsidP="00B81C5D">
            <w:pPr>
              <w:pStyle w:val="ListeParagraf"/>
              <w:numPr>
                <w:ilvl w:val="0"/>
                <w:numId w:val="23"/>
              </w:numPr>
              <w:spacing w:line="187" w:lineRule="auto"/>
              <w:rPr>
                <w:rFonts w:cs="Times New Roman"/>
                <w:color w:val="000000" w:themeColor="text1"/>
                <w:sz w:val="20"/>
                <w:szCs w:val="20"/>
              </w:rPr>
            </w:pPr>
            <w:r w:rsidRPr="003E1876">
              <w:rPr>
                <w:rFonts w:cs="Times New Roman"/>
                <w:color w:val="000000" w:themeColor="text1"/>
                <w:sz w:val="20"/>
                <w:szCs w:val="20"/>
              </w:rPr>
              <w:t>İletişimi engelleyen tutum ve davranışları açıklar.</w:t>
            </w:r>
          </w:p>
          <w:p w:rsidR="00720466" w:rsidRPr="003E1876" w:rsidRDefault="00720466" w:rsidP="00B81C5D">
            <w:pPr>
              <w:pStyle w:val="ListeParagraf"/>
              <w:numPr>
                <w:ilvl w:val="0"/>
                <w:numId w:val="23"/>
              </w:numPr>
              <w:spacing w:line="187" w:lineRule="auto"/>
              <w:rPr>
                <w:rFonts w:cs="Times New Roman"/>
                <w:color w:val="000000" w:themeColor="text1"/>
                <w:sz w:val="20"/>
                <w:szCs w:val="20"/>
              </w:rPr>
            </w:pPr>
            <w:r w:rsidRPr="003E1876">
              <w:rPr>
                <w:rFonts w:cs="Times New Roman"/>
                <w:color w:val="000000" w:themeColor="text1"/>
                <w:sz w:val="20"/>
                <w:szCs w:val="20"/>
              </w:rPr>
              <w:t>Etkisiz iletişimin birey ve hasta üzerindeki olası etkilerini değerlendirir.</w:t>
            </w:r>
          </w:p>
          <w:p w:rsidR="00720466" w:rsidRPr="003E1876" w:rsidRDefault="00720466" w:rsidP="00B81C5D">
            <w:pPr>
              <w:pStyle w:val="ListeParagraf"/>
              <w:numPr>
                <w:ilvl w:val="0"/>
                <w:numId w:val="23"/>
              </w:numPr>
              <w:spacing w:line="187" w:lineRule="auto"/>
              <w:rPr>
                <w:rFonts w:cs="Times New Roman"/>
                <w:color w:val="000000" w:themeColor="text1"/>
                <w:sz w:val="20"/>
                <w:szCs w:val="20"/>
              </w:rPr>
            </w:pPr>
            <w:r w:rsidRPr="003E1876">
              <w:rPr>
                <w:rFonts w:cs="Times New Roman"/>
                <w:color w:val="000000" w:themeColor="text1"/>
                <w:sz w:val="20"/>
                <w:szCs w:val="20"/>
              </w:rPr>
              <w:t>Etkisiz iletişim davranışlarının yerine kullanılabilecek etkili iletişim yaklaşımlarını açıklar.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720466" w:rsidP="003E1876">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4,5</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6</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2,3</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3,16</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8.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Hemşire-Hasta İletişimi/Hemşire-Ekip İletişimi</w:t>
            </w:r>
          </w:p>
          <w:p w:rsidR="00720466" w:rsidRPr="003E1876" w:rsidRDefault="00720466" w:rsidP="00B81C5D">
            <w:pPr>
              <w:pStyle w:val="ListeParagraf"/>
              <w:numPr>
                <w:ilvl w:val="0"/>
                <w:numId w:val="24"/>
              </w:numPr>
              <w:spacing w:line="187" w:lineRule="auto"/>
              <w:rPr>
                <w:rFonts w:cs="Times New Roman"/>
                <w:color w:val="000000" w:themeColor="text1"/>
                <w:sz w:val="20"/>
                <w:szCs w:val="20"/>
              </w:rPr>
            </w:pPr>
            <w:r w:rsidRPr="003E1876">
              <w:rPr>
                <w:rFonts w:cs="Times New Roman"/>
                <w:color w:val="000000" w:themeColor="text1"/>
                <w:sz w:val="20"/>
                <w:szCs w:val="20"/>
              </w:rPr>
              <w:t>Hemşire–hasta ve hemşire–ekip iletişiminin temel ilkelerini açıklar.</w:t>
            </w:r>
          </w:p>
          <w:p w:rsidR="00720466" w:rsidRPr="003E1876" w:rsidRDefault="00720466" w:rsidP="00B81C5D">
            <w:pPr>
              <w:pStyle w:val="ListeParagraf"/>
              <w:numPr>
                <w:ilvl w:val="0"/>
                <w:numId w:val="24"/>
              </w:numPr>
              <w:spacing w:line="187" w:lineRule="auto"/>
              <w:rPr>
                <w:rFonts w:cs="Times New Roman"/>
                <w:color w:val="000000" w:themeColor="text1"/>
                <w:sz w:val="20"/>
                <w:szCs w:val="20"/>
              </w:rPr>
            </w:pPr>
            <w:r w:rsidRPr="003E1876">
              <w:rPr>
                <w:rFonts w:cs="Times New Roman"/>
                <w:color w:val="000000" w:themeColor="text1"/>
                <w:sz w:val="20"/>
                <w:szCs w:val="20"/>
              </w:rPr>
              <w:t>Terapötik iletişim tekniklerini hemşirelik bakım sürecinde kullanım açısından açıklar.</w:t>
            </w:r>
          </w:p>
          <w:p w:rsidR="00720466" w:rsidRPr="003E1876" w:rsidRDefault="00720466" w:rsidP="00B81C5D">
            <w:pPr>
              <w:pStyle w:val="ListeParagraf"/>
              <w:numPr>
                <w:ilvl w:val="0"/>
                <w:numId w:val="24"/>
              </w:numPr>
              <w:spacing w:line="187" w:lineRule="auto"/>
              <w:rPr>
                <w:rFonts w:cs="Times New Roman"/>
                <w:color w:val="000000" w:themeColor="text1"/>
                <w:sz w:val="20"/>
                <w:szCs w:val="20"/>
              </w:rPr>
            </w:pPr>
            <w:r w:rsidRPr="003E1876">
              <w:rPr>
                <w:rFonts w:cs="Times New Roman"/>
                <w:color w:val="000000" w:themeColor="text1"/>
                <w:sz w:val="20"/>
                <w:szCs w:val="20"/>
              </w:rPr>
              <w:t>Sağlık ekibi içinde etkili iletişimin hasta güvenliği ve bakım kalitesine katkısını değerlendirir.</w:t>
            </w:r>
          </w:p>
          <w:p w:rsidR="00720466" w:rsidRPr="003E1876" w:rsidRDefault="00720466" w:rsidP="00B81C5D">
            <w:pPr>
              <w:pStyle w:val="ListeParagraf"/>
              <w:numPr>
                <w:ilvl w:val="0"/>
                <w:numId w:val="24"/>
              </w:numPr>
              <w:spacing w:line="187" w:lineRule="auto"/>
              <w:rPr>
                <w:rFonts w:cs="Times New Roman"/>
                <w:color w:val="000000" w:themeColor="text1"/>
                <w:sz w:val="20"/>
                <w:szCs w:val="20"/>
              </w:rPr>
            </w:pPr>
            <w:r w:rsidRPr="003E1876">
              <w:rPr>
                <w:rFonts w:cs="Times New Roman"/>
                <w:color w:val="000000" w:themeColor="text1"/>
                <w:sz w:val="20"/>
                <w:szCs w:val="20"/>
              </w:rPr>
              <w:t>Hemşire–hasta ve ekip iletişiminde profesyonel iletişim ilkelerini açıklar.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720466" w:rsidP="003E1876">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5,6,7</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3,5</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9.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Anksiyetesi Olan Bireyle/Hastayla İletişim</w:t>
            </w:r>
          </w:p>
          <w:p w:rsidR="00720466" w:rsidRPr="003E1876" w:rsidRDefault="00720466" w:rsidP="00B81C5D">
            <w:pPr>
              <w:pStyle w:val="ListeParagraf"/>
              <w:numPr>
                <w:ilvl w:val="0"/>
                <w:numId w:val="25"/>
              </w:numPr>
              <w:spacing w:line="187" w:lineRule="auto"/>
              <w:rPr>
                <w:rFonts w:cs="Times New Roman"/>
                <w:color w:val="000000" w:themeColor="text1"/>
                <w:sz w:val="20"/>
                <w:szCs w:val="20"/>
              </w:rPr>
            </w:pPr>
            <w:r w:rsidRPr="003E1876">
              <w:rPr>
                <w:rFonts w:cs="Times New Roman"/>
                <w:color w:val="000000" w:themeColor="text1"/>
                <w:sz w:val="20"/>
                <w:szCs w:val="20"/>
              </w:rPr>
              <w:t>Anksiyetesi olan bireyin/hastanın temel duygu, düşünce ve davranış özelliklerini açıklar.</w:t>
            </w:r>
          </w:p>
          <w:p w:rsidR="00720466" w:rsidRPr="003E1876" w:rsidRDefault="00720466" w:rsidP="00B81C5D">
            <w:pPr>
              <w:pStyle w:val="ListeParagraf"/>
              <w:numPr>
                <w:ilvl w:val="0"/>
                <w:numId w:val="25"/>
              </w:numPr>
              <w:spacing w:line="187" w:lineRule="auto"/>
              <w:rPr>
                <w:rFonts w:cs="Times New Roman"/>
                <w:color w:val="000000" w:themeColor="text1"/>
                <w:sz w:val="20"/>
                <w:szCs w:val="20"/>
              </w:rPr>
            </w:pPr>
            <w:r w:rsidRPr="003E1876">
              <w:rPr>
                <w:rFonts w:cs="Times New Roman"/>
                <w:color w:val="000000" w:themeColor="text1"/>
                <w:sz w:val="20"/>
                <w:szCs w:val="20"/>
              </w:rPr>
              <w:t>Anksiyetesi olan bireyle/hastayla iletişimde kullanılan terapötik iletişim tekniklerini açıklar.</w:t>
            </w:r>
          </w:p>
          <w:p w:rsidR="00720466" w:rsidRPr="003E1876" w:rsidRDefault="00720466" w:rsidP="00B81C5D">
            <w:pPr>
              <w:pStyle w:val="ListeParagraf"/>
              <w:numPr>
                <w:ilvl w:val="0"/>
                <w:numId w:val="25"/>
              </w:numPr>
              <w:spacing w:line="187" w:lineRule="auto"/>
              <w:rPr>
                <w:rFonts w:cs="Times New Roman"/>
                <w:color w:val="000000" w:themeColor="text1"/>
                <w:sz w:val="20"/>
                <w:szCs w:val="20"/>
              </w:rPr>
            </w:pPr>
            <w:r w:rsidRPr="003E1876">
              <w:rPr>
                <w:rFonts w:cs="Times New Roman"/>
                <w:color w:val="000000" w:themeColor="text1"/>
                <w:sz w:val="20"/>
                <w:szCs w:val="20"/>
              </w:rPr>
              <w:t>Anksiyetesi olan bireyle/hastayla iletişim sürecinde dikkat edilmesi gereken temel ilkeleri değerlendirir.</w:t>
            </w:r>
          </w:p>
          <w:p w:rsidR="00720466" w:rsidRPr="003E1876" w:rsidRDefault="00720466" w:rsidP="00B81C5D">
            <w:pPr>
              <w:pStyle w:val="ListeParagraf"/>
              <w:numPr>
                <w:ilvl w:val="0"/>
                <w:numId w:val="25"/>
              </w:numPr>
              <w:spacing w:line="187" w:lineRule="auto"/>
              <w:rPr>
                <w:rFonts w:cs="Times New Roman"/>
                <w:color w:val="000000" w:themeColor="text1"/>
                <w:sz w:val="20"/>
                <w:szCs w:val="20"/>
              </w:rPr>
            </w:pPr>
            <w:r w:rsidRPr="003E1876">
              <w:rPr>
                <w:rFonts w:cs="Times New Roman"/>
                <w:color w:val="000000" w:themeColor="text1"/>
                <w:sz w:val="20"/>
                <w:szCs w:val="20"/>
              </w:rPr>
              <w:t xml:space="preserve">Anksiyetesi olan bireyle/hastayla etkili iletişim kurmaya yönelik uygun yaklaşımları analiz </w:t>
            </w:r>
            <w:proofErr w:type="gramStart"/>
            <w:r w:rsidRPr="003E1876">
              <w:rPr>
                <w:rFonts w:cs="Times New Roman"/>
                <w:color w:val="000000" w:themeColor="text1"/>
                <w:sz w:val="20"/>
                <w:szCs w:val="20"/>
              </w:rPr>
              <w:t>eder</w:t>
            </w:r>
            <w:proofErr w:type="gramEnd"/>
            <w:r w:rsidRPr="003E1876">
              <w:rPr>
                <w:rFonts w:cs="Times New Roman"/>
                <w:color w:val="000000" w:themeColor="text1"/>
                <w:sz w:val="20"/>
                <w:szCs w:val="20"/>
              </w:rPr>
              <w:t>.</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720466" w:rsidP="00F50771">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r w:rsidR="003E1876" w:rsidRPr="003E1876">
              <w:rPr>
                <w:rFonts w:cs="Times New Roman"/>
                <w:color w:val="000000" w:themeColor="text1"/>
                <w:sz w:val="20"/>
                <w:szCs w:val="20"/>
                <w:shd w:val="clear" w:color="auto" w:fill="FFFFFF"/>
              </w:rPr>
              <w:t>,</w:t>
            </w:r>
            <w:r w:rsidR="003E1876" w:rsidRPr="003E1876">
              <w:rPr>
                <w:rFonts w:cs="Times New Roman"/>
                <w:color w:val="000000" w:themeColor="text1"/>
                <w:sz w:val="20"/>
                <w:szCs w:val="20"/>
              </w:rPr>
              <w:t xml:space="preserve"> Vaka sunumu</w:t>
            </w:r>
          </w:p>
        </w:tc>
        <w:tc>
          <w:tcPr>
            <w:tcW w:w="1134" w:type="dxa"/>
          </w:tcPr>
          <w:p w:rsidR="00720466" w:rsidRPr="003E1876" w:rsidRDefault="00720466" w:rsidP="00E61989">
            <w:pPr>
              <w:spacing w:line="187" w:lineRule="auto"/>
              <w:rPr>
                <w:rFonts w:cs="Times New Roman"/>
                <w:color w:val="000000" w:themeColor="text1"/>
                <w:sz w:val="20"/>
                <w:szCs w:val="20"/>
              </w:rPr>
            </w:pPr>
            <w:r w:rsidRPr="003E1876">
              <w:rPr>
                <w:rFonts w:cs="Times New Roman"/>
                <w:color w:val="000000" w:themeColor="text1"/>
                <w:sz w:val="20"/>
                <w:szCs w:val="20"/>
              </w:rPr>
              <w:t>2,5,6</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2,5,6,7,8</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1,4</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3,10,16,17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lastRenderedPageBreak/>
              <w:t>10.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Öfkeli Bireyle/Hastayla İletişim</w:t>
            </w:r>
          </w:p>
          <w:p w:rsidR="00720466" w:rsidRPr="003E1876" w:rsidRDefault="00720466" w:rsidP="00B81C5D">
            <w:pPr>
              <w:pStyle w:val="ListeParagraf"/>
              <w:numPr>
                <w:ilvl w:val="0"/>
                <w:numId w:val="26"/>
              </w:numPr>
              <w:spacing w:line="187" w:lineRule="auto"/>
              <w:rPr>
                <w:rFonts w:cs="Times New Roman"/>
                <w:color w:val="000000" w:themeColor="text1"/>
                <w:sz w:val="20"/>
                <w:szCs w:val="20"/>
              </w:rPr>
            </w:pPr>
            <w:r w:rsidRPr="003E1876">
              <w:rPr>
                <w:rFonts w:cs="Times New Roman"/>
                <w:color w:val="000000" w:themeColor="text1"/>
                <w:sz w:val="20"/>
                <w:szCs w:val="20"/>
              </w:rPr>
              <w:t>Öfke kavramını ve öfkeli bireyin/hastanın temel davranış özelliklerini açıklar.</w:t>
            </w:r>
          </w:p>
          <w:p w:rsidR="00720466" w:rsidRPr="003E1876" w:rsidRDefault="00720466" w:rsidP="00B81C5D">
            <w:pPr>
              <w:pStyle w:val="ListeParagraf"/>
              <w:numPr>
                <w:ilvl w:val="0"/>
                <w:numId w:val="26"/>
              </w:numPr>
              <w:spacing w:line="187" w:lineRule="auto"/>
              <w:rPr>
                <w:rFonts w:cs="Times New Roman"/>
                <w:color w:val="000000" w:themeColor="text1"/>
                <w:sz w:val="20"/>
                <w:szCs w:val="20"/>
              </w:rPr>
            </w:pPr>
            <w:r w:rsidRPr="003E1876">
              <w:rPr>
                <w:rFonts w:cs="Times New Roman"/>
                <w:color w:val="000000" w:themeColor="text1"/>
                <w:sz w:val="20"/>
                <w:szCs w:val="20"/>
              </w:rPr>
              <w:t>Öfkeli bireyle/hastayla iletişimde kullanılan terapötik iletişim tekniklerini açıklar.</w:t>
            </w:r>
          </w:p>
          <w:p w:rsidR="00720466" w:rsidRPr="003E1876" w:rsidRDefault="00720466" w:rsidP="00B81C5D">
            <w:pPr>
              <w:pStyle w:val="ListeParagraf"/>
              <w:numPr>
                <w:ilvl w:val="0"/>
                <w:numId w:val="26"/>
              </w:numPr>
              <w:spacing w:line="187" w:lineRule="auto"/>
              <w:rPr>
                <w:rFonts w:cs="Times New Roman"/>
                <w:color w:val="000000" w:themeColor="text1"/>
                <w:sz w:val="20"/>
                <w:szCs w:val="20"/>
              </w:rPr>
            </w:pPr>
            <w:r w:rsidRPr="003E1876">
              <w:rPr>
                <w:rFonts w:cs="Times New Roman"/>
                <w:color w:val="000000" w:themeColor="text1"/>
                <w:sz w:val="20"/>
                <w:szCs w:val="20"/>
              </w:rPr>
              <w:t>Öfke yönetiminde etkili iletişim yaklaşımlarını değerlendirir.</w:t>
            </w:r>
          </w:p>
          <w:p w:rsidR="00720466" w:rsidRPr="003E1876" w:rsidRDefault="00720466" w:rsidP="00B81C5D">
            <w:pPr>
              <w:pStyle w:val="ListeParagraf"/>
              <w:numPr>
                <w:ilvl w:val="0"/>
                <w:numId w:val="26"/>
              </w:numPr>
              <w:spacing w:line="187" w:lineRule="auto"/>
              <w:rPr>
                <w:rFonts w:cs="Times New Roman"/>
                <w:color w:val="000000" w:themeColor="text1"/>
                <w:sz w:val="20"/>
                <w:szCs w:val="20"/>
              </w:rPr>
            </w:pPr>
            <w:r w:rsidRPr="003E1876">
              <w:rPr>
                <w:rFonts w:cs="Times New Roman"/>
                <w:color w:val="000000" w:themeColor="text1"/>
                <w:sz w:val="20"/>
                <w:szCs w:val="20"/>
              </w:rPr>
              <w:t xml:space="preserve">Öfkeli bireyle/hastayla güvenli ve profesyonel iletişim kurmaya yönelik uygun yaklaşımları analiz </w:t>
            </w:r>
            <w:proofErr w:type="gramStart"/>
            <w:r w:rsidRPr="003E1876">
              <w:rPr>
                <w:rFonts w:cs="Times New Roman"/>
                <w:color w:val="000000" w:themeColor="text1"/>
                <w:sz w:val="20"/>
                <w:szCs w:val="20"/>
              </w:rPr>
              <w:t>eder</w:t>
            </w:r>
            <w:proofErr w:type="gramEnd"/>
            <w:r w:rsidRPr="003E1876">
              <w:rPr>
                <w:rFonts w:cs="Times New Roman"/>
                <w:color w:val="000000" w:themeColor="text1"/>
                <w:sz w:val="20"/>
                <w:szCs w:val="20"/>
              </w:rPr>
              <w:t>.</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3E1876" w:rsidP="00F50771">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r w:rsidRPr="003E1876">
              <w:rPr>
                <w:rFonts w:cs="Times New Roman"/>
                <w:color w:val="000000" w:themeColor="text1"/>
                <w:sz w:val="20"/>
                <w:szCs w:val="20"/>
              </w:rPr>
              <w:t xml:space="preserve"> Vaka sunumu</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2,5,6,7,8</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1,4</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3,10,16,17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11.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color w:val="000000" w:themeColor="text1"/>
                <w:sz w:val="20"/>
                <w:szCs w:val="20"/>
              </w:rPr>
            </w:pPr>
            <w:r w:rsidRPr="003E1876">
              <w:rPr>
                <w:rFonts w:cs="Times New Roman"/>
                <w:b/>
                <w:color w:val="000000" w:themeColor="text1"/>
                <w:sz w:val="20"/>
                <w:szCs w:val="20"/>
              </w:rPr>
              <w:t>Öfkeli Bireyle/Hastayla İletişim</w:t>
            </w:r>
          </w:p>
          <w:p w:rsidR="00720466" w:rsidRPr="003E1876" w:rsidRDefault="00720466" w:rsidP="00B81C5D">
            <w:pPr>
              <w:pStyle w:val="ListeParagraf"/>
              <w:numPr>
                <w:ilvl w:val="0"/>
                <w:numId w:val="27"/>
              </w:numPr>
              <w:spacing w:line="187" w:lineRule="auto"/>
              <w:rPr>
                <w:rFonts w:cs="Times New Roman"/>
                <w:color w:val="000000" w:themeColor="text1"/>
                <w:sz w:val="20"/>
                <w:szCs w:val="20"/>
              </w:rPr>
            </w:pPr>
            <w:r w:rsidRPr="003E1876">
              <w:rPr>
                <w:rFonts w:cs="Times New Roman"/>
                <w:color w:val="000000" w:themeColor="text1"/>
                <w:sz w:val="20"/>
                <w:szCs w:val="20"/>
              </w:rPr>
              <w:t>Öfkeli bireyle/hastayla iletişimde karşılaşılabilecek güçlükleri açıklar.</w:t>
            </w:r>
          </w:p>
          <w:p w:rsidR="00720466" w:rsidRPr="003E1876" w:rsidRDefault="00720466" w:rsidP="00B81C5D">
            <w:pPr>
              <w:pStyle w:val="ListeParagraf"/>
              <w:numPr>
                <w:ilvl w:val="0"/>
                <w:numId w:val="27"/>
              </w:numPr>
              <w:spacing w:line="187" w:lineRule="auto"/>
              <w:rPr>
                <w:rFonts w:cs="Times New Roman"/>
                <w:color w:val="000000" w:themeColor="text1"/>
                <w:sz w:val="20"/>
                <w:szCs w:val="20"/>
              </w:rPr>
            </w:pPr>
            <w:r w:rsidRPr="003E1876">
              <w:rPr>
                <w:rFonts w:cs="Times New Roman"/>
                <w:color w:val="000000" w:themeColor="text1"/>
                <w:sz w:val="20"/>
                <w:szCs w:val="20"/>
              </w:rPr>
              <w:t>Kriz durumlarında güvenli iletişim ilkelerini açıklar.</w:t>
            </w:r>
          </w:p>
          <w:p w:rsidR="00720466" w:rsidRPr="003E1876" w:rsidRDefault="00720466" w:rsidP="00B81C5D">
            <w:pPr>
              <w:pStyle w:val="ListeParagraf"/>
              <w:numPr>
                <w:ilvl w:val="0"/>
                <w:numId w:val="27"/>
              </w:numPr>
              <w:spacing w:line="187" w:lineRule="auto"/>
              <w:rPr>
                <w:rFonts w:cs="Times New Roman"/>
                <w:color w:val="000000" w:themeColor="text1"/>
                <w:sz w:val="20"/>
                <w:szCs w:val="20"/>
              </w:rPr>
            </w:pPr>
            <w:r w:rsidRPr="003E1876">
              <w:rPr>
                <w:rFonts w:cs="Times New Roman"/>
                <w:color w:val="000000" w:themeColor="text1"/>
                <w:sz w:val="20"/>
                <w:szCs w:val="20"/>
              </w:rPr>
              <w:t>Öfkeli bireyle/hastayla iletişim sürecinde hasta ve çalışan güvenliğini destekleyen yaklaşımları değerlendirir.</w:t>
            </w:r>
          </w:p>
          <w:p w:rsidR="00720466" w:rsidRPr="003E1876" w:rsidRDefault="00720466" w:rsidP="00B81C5D">
            <w:pPr>
              <w:pStyle w:val="ListeParagraf"/>
              <w:numPr>
                <w:ilvl w:val="0"/>
                <w:numId w:val="27"/>
              </w:numPr>
              <w:spacing w:line="187" w:lineRule="auto"/>
              <w:rPr>
                <w:rFonts w:cs="Times New Roman"/>
                <w:color w:val="000000" w:themeColor="text1"/>
                <w:sz w:val="20"/>
                <w:szCs w:val="20"/>
              </w:rPr>
            </w:pPr>
            <w:r w:rsidRPr="003E1876">
              <w:rPr>
                <w:rFonts w:cs="Times New Roman"/>
                <w:color w:val="000000" w:themeColor="text1"/>
                <w:sz w:val="20"/>
                <w:szCs w:val="20"/>
              </w:rPr>
              <w:t xml:space="preserve">Öfkeli bireyle/hastayla iletişimde vaka örnekleri üzerinden uygun iletişim yöntemlerini analiz </w:t>
            </w:r>
            <w:proofErr w:type="gramStart"/>
            <w:r w:rsidRPr="003E1876">
              <w:rPr>
                <w:rFonts w:cs="Times New Roman"/>
                <w:color w:val="000000" w:themeColor="text1"/>
                <w:sz w:val="20"/>
                <w:szCs w:val="20"/>
              </w:rPr>
              <w:t>eder</w:t>
            </w:r>
            <w:proofErr w:type="gramEnd"/>
            <w:r w:rsidRPr="003E1876">
              <w:rPr>
                <w:rFonts w:cs="Times New Roman"/>
                <w:color w:val="000000" w:themeColor="text1"/>
                <w:sz w:val="20"/>
                <w:szCs w:val="20"/>
              </w:rPr>
              <w:t>.</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3E1876" w:rsidP="00F50771">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r w:rsidRPr="003E1876">
              <w:rPr>
                <w:rFonts w:cs="Times New Roman"/>
                <w:color w:val="000000" w:themeColor="text1"/>
                <w:sz w:val="20"/>
                <w:szCs w:val="20"/>
              </w:rPr>
              <w:t xml:space="preserve"> Vaka sunumu</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2,5,6,8</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2,5,6,7,8</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1,3,4</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3,10,16,17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12.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İletişim Kurmayı Zorlaştıran Davranışları Olan Hastalarla İletişim</w:t>
            </w:r>
          </w:p>
          <w:p w:rsidR="00720466" w:rsidRPr="003E1876" w:rsidRDefault="00720466" w:rsidP="00B81C5D">
            <w:pPr>
              <w:pStyle w:val="ListeParagraf"/>
              <w:numPr>
                <w:ilvl w:val="0"/>
                <w:numId w:val="28"/>
              </w:numPr>
              <w:spacing w:line="187" w:lineRule="auto"/>
              <w:rPr>
                <w:rFonts w:cs="Times New Roman"/>
                <w:color w:val="000000" w:themeColor="text1"/>
                <w:sz w:val="20"/>
                <w:szCs w:val="20"/>
              </w:rPr>
            </w:pPr>
            <w:r w:rsidRPr="003E1876">
              <w:rPr>
                <w:rFonts w:cs="Times New Roman"/>
                <w:color w:val="000000" w:themeColor="text1"/>
                <w:sz w:val="20"/>
                <w:szCs w:val="20"/>
              </w:rPr>
              <w:t>İletişim kurmayı zorlaştıran davranış özelliklerini tanımlar.</w:t>
            </w:r>
          </w:p>
          <w:p w:rsidR="00720466" w:rsidRPr="003E1876" w:rsidRDefault="00720466" w:rsidP="00B81C5D">
            <w:pPr>
              <w:pStyle w:val="ListeParagraf"/>
              <w:numPr>
                <w:ilvl w:val="0"/>
                <w:numId w:val="28"/>
              </w:numPr>
              <w:spacing w:line="187" w:lineRule="auto"/>
              <w:rPr>
                <w:rFonts w:cs="Times New Roman"/>
                <w:color w:val="000000" w:themeColor="text1"/>
                <w:sz w:val="20"/>
                <w:szCs w:val="20"/>
              </w:rPr>
            </w:pPr>
            <w:r w:rsidRPr="003E1876">
              <w:rPr>
                <w:rFonts w:cs="Times New Roman"/>
                <w:color w:val="000000" w:themeColor="text1"/>
                <w:sz w:val="20"/>
                <w:szCs w:val="20"/>
              </w:rPr>
              <w:t>İletişim güçlüğü yaşayan hastalarla iletişimde kullanılabilecek temel yaklaşımları açıklar.</w:t>
            </w:r>
          </w:p>
          <w:p w:rsidR="00720466" w:rsidRPr="003E1876" w:rsidRDefault="00720466" w:rsidP="00B81C5D">
            <w:pPr>
              <w:pStyle w:val="ListeParagraf"/>
              <w:numPr>
                <w:ilvl w:val="0"/>
                <w:numId w:val="28"/>
              </w:numPr>
              <w:spacing w:line="187" w:lineRule="auto"/>
              <w:rPr>
                <w:rFonts w:cs="Times New Roman"/>
                <w:color w:val="000000" w:themeColor="text1"/>
                <w:sz w:val="20"/>
                <w:szCs w:val="20"/>
              </w:rPr>
            </w:pPr>
            <w:r w:rsidRPr="003E1876">
              <w:rPr>
                <w:rFonts w:cs="Times New Roman"/>
                <w:color w:val="000000" w:themeColor="text1"/>
                <w:sz w:val="20"/>
                <w:szCs w:val="20"/>
              </w:rPr>
              <w:t>Farklı hasta gruplarında etkili iletişim yöntemlerini değerlendirir.</w:t>
            </w:r>
          </w:p>
          <w:p w:rsidR="00720466" w:rsidRPr="003E1876" w:rsidRDefault="00720466" w:rsidP="00720466">
            <w:pPr>
              <w:pStyle w:val="ListeParagraf"/>
              <w:numPr>
                <w:ilvl w:val="0"/>
                <w:numId w:val="28"/>
              </w:numPr>
              <w:spacing w:line="187" w:lineRule="auto"/>
              <w:rPr>
                <w:rFonts w:cs="Times New Roman"/>
                <w:color w:val="000000" w:themeColor="text1"/>
                <w:sz w:val="20"/>
                <w:szCs w:val="20"/>
              </w:rPr>
            </w:pPr>
            <w:r w:rsidRPr="003E1876">
              <w:rPr>
                <w:rFonts w:cs="Times New Roman"/>
                <w:color w:val="000000" w:themeColor="text1"/>
                <w:sz w:val="20"/>
                <w:szCs w:val="20"/>
              </w:rPr>
              <w:t xml:space="preserve">İletişim güçlüğü yaşayan hastalarla terapötik iletişim kurmaya yönelik uygun yaklaşımları analiz </w:t>
            </w:r>
            <w:proofErr w:type="gramStart"/>
            <w:r w:rsidRPr="003E1876">
              <w:rPr>
                <w:rFonts w:cs="Times New Roman"/>
                <w:color w:val="000000" w:themeColor="text1"/>
                <w:sz w:val="20"/>
                <w:szCs w:val="20"/>
              </w:rPr>
              <w:t>eder</w:t>
            </w:r>
            <w:proofErr w:type="gramEnd"/>
            <w:r w:rsidRPr="003E1876">
              <w:rPr>
                <w:rFonts w:cs="Times New Roman"/>
                <w:color w:val="000000" w:themeColor="text1"/>
                <w:sz w:val="20"/>
                <w:szCs w:val="20"/>
              </w:rPr>
              <w:t>.</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3E1876" w:rsidP="00F50771">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r w:rsidRPr="003E1876">
              <w:rPr>
                <w:rFonts w:cs="Times New Roman"/>
                <w:color w:val="000000" w:themeColor="text1"/>
                <w:sz w:val="20"/>
                <w:szCs w:val="20"/>
              </w:rPr>
              <w:t xml:space="preserve"> Vaka sunumu</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5,6</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2,5,6,7,8</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1,2</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3,10,16,17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t>13.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68045B">
            <w:pPr>
              <w:spacing w:line="187" w:lineRule="auto"/>
              <w:rPr>
                <w:rFonts w:cs="Times New Roman"/>
                <w:b/>
                <w:color w:val="000000" w:themeColor="text1"/>
                <w:sz w:val="20"/>
                <w:szCs w:val="20"/>
              </w:rPr>
            </w:pPr>
            <w:r w:rsidRPr="003E1876">
              <w:rPr>
                <w:rFonts w:cs="Times New Roman"/>
                <w:b/>
                <w:color w:val="000000" w:themeColor="text1"/>
                <w:sz w:val="20"/>
                <w:szCs w:val="20"/>
              </w:rPr>
              <w:t>İletişim Kurmayı Zorlaştıran Davranışları Olan Hastalarla İletişim</w:t>
            </w:r>
          </w:p>
          <w:p w:rsidR="00720466" w:rsidRPr="003E1876" w:rsidRDefault="00720466" w:rsidP="00B81C5D">
            <w:pPr>
              <w:pStyle w:val="ListeParagraf"/>
              <w:numPr>
                <w:ilvl w:val="0"/>
                <w:numId w:val="29"/>
              </w:numPr>
              <w:spacing w:line="187" w:lineRule="auto"/>
              <w:rPr>
                <w:rFonts w:cs="Times New Roman"/>
                <w:color w:val="000000" w:themeColor="text1"/>
                <w:sz w:val="20"/>
                <w:szCs w:val="20"/>
              </w:rPr>
            </w:pPr>
            <w:r w:rsidRPr="003E1876">
              <w:rPr>
                <w:rFonts w:cs="Times New Roman"/>
                <w:color w:val="000000" w:themeColor="text1"/>
                <w:sz w:val="20"/>
                <w:szCs w:val="20"/>
              </w:rPr>
              <w:t>İletişim kurmayı zorlaştıran farklı hasta profillerini karşılaştırır.</w:t>
            </w:r>
          </w:p>
          <w:p w:rsidR="00720466" w:rsidRPr="003E1876" w:rsidRDefault="00720466" w:rsidP="00B81C5D">
            <w:pPr>
              <w:pStyle w:val="ListeParagraf"/>
              <w:numPr>
                <w:ilvl w:val="0"/>
                <w:numId w:val="29"/>
              </w:numPr>
              <w:spacing w:line="187" w:lineRule="auto"/>
              <w:rPr>
                <w:rFonts w:cs="Times New Roman"/>
                <w:color w:val="000000" w:themeColor="text1"/>
                <w:sz w:val="20"/>
                <w:szCs w:val="20"/>
              </w:rPr>
            </w:pPr>
            <w:r w:rsidRPr="003E1876">
              <w:rPr>
                <w:rFonts w:cs="Times New Roman"/>
                <w:color w:val="000000" w:themeColor="text1"/>
                <w:sz w:val="20"/>
                <w:szCs w:val="20"/>
              </w:rPr>
              <w:t>Vaka örnekleri üzerinden uygun iletişim stratejilerini değerlendirir.</w:t>
            </w:r>
          </w:p>
          <w:p w:rsidR="00720466" w:rsidRPr="003E1876" w:rsidRDefault="00720466" w:rsidP="00B81C5D">
            <w:pPr>
              <w:pStyle w:val="ListeParagraf"/>
              <w:numPr>
                <w:ilvl w:val="0"/>
                <w:numId w:val="29"/>
              </w:numPr>
              <w:spacing w:line="187" w:lineRule="auto"/>
              <w:rPr>
                <w:rFonts w:cs="Times New Roman"/>
                <w:color w:val="000000" w:themeColor="text1"/>
                <w:sz w:val="20"/>
                <w:szCs w:val="20"/>
              </w:rPr>
            </w:pPr>
            <w:r w:rsidRPr="003E1876">
              <w:rPr>
                <w:rFonts w:cs="Times New Roman"/>
                <w:color w:val="000000" w:themeColor="text1"/>
                <w:sz w:val="20"/>
                <w:szCs w:val="20"/>
              </w:rPr>
              <w:t xml:space="preserve">Hasta merkezli iletişim yaklaşımlarını bakım süreci açısından analiz </w:t>
            </w:r>
            <w:proofErr w:type="gramStart"/>
            <w:r w:rsidRPr="003E1876">
              <w:rPr>
                <w:rFonts w:cs="Times New Roman"/>
                <w:color w:val="000000" w:themeColor="text1"/>
                <w:sz w:val="20"/>
                <w:szCs w:val="20"/>
              </w:rPr>
              <w:t>eder</w:t>
            </w:r>
            <w:proofErr w:type="gramEnd"/>
            <w:r w:rsidRPr="003E1876">
              <w:rPr>
                <w:rFonts w:cs="Times New Roman"/>
                <w:color w:val="000000" w:themeColor="text1"/>
                <w:sz w:val="20"/>
                <w:szCs w:val="20"/>
              </w:rPr>
              <w:t>.</w:t>
            </w:r>
          </w:p>
          <w:p w:rsidR="00720466" w:rsidRPr="003E1876" w:rsidRDefault="00720466" w:rsidP="00B81C5D">
            <w:pPr>
              <w:pStyle w:val="ListeParagraf"/>
              <w:numPr>
                <w:ilvl w:val="0"/>
                <w:numId w:val="29"/>
              </w:numPr>
              <w:spacing w:line="187" w:lineRule="auto"/>
              <w:rPr>
                <w:rFonts w:cs="Times New Roman"/>
                <w:color w:val="000000" w:themeColor="text1"/>
                <w:sz w:val="20"/>
                <w:szCs w:val="20"/>
              </w:rPr>
            </w:pPr>
            <w:r w:rsidRPr="003E1876">
              <w:rPr>
                <w:rFonts w:cs="Times New Roman"/>
                <w:color w:val="000000" w:themeColor="text1"/>
                <w:sz w:val="20"/>
                <w:szCs w:val="20"/>
              </w:rPr>
              <w:t>Etkili iletişim becerilerini farklı klinik durumlara uyarlamayı değerlendirir.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3E1876" w:rsidP="00F50771">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r w:rsidRPr="003E1876">
              <w:rPr>
                <w:rFonts w:cs="Times New Roman"/>
                <w:color w:val="000000" w:themeColor="text1"/>
                <w:sz w:val="20"/>
                <w:szCs w:val="20"/>
                <w:shd w:val="clear" w:color="auto" w:fill="FFFFFF"/>
              </w:rPr>
              <w:t>ması, Problem çözme, Beyin fırtınası,</w:t>
            </w:r>
            <w:r w:rsidRPr="003E1876">
              <w:rPr>
                <w:rFonts w:cs="Times New Roman"/>
                <w:color w:val="000000" w:themeColor="text1"/>
                <w:sz w:val="20"/>
                <w:szCs w:val="20"/>
              </w:rPr>
              <w:t xml:space="preserve"> Vaka sunumu</w:t>
            </w:r>
          </w:p>
        </w:tc>
        <w:tc>
          <w:tcPr>
            <w:tcW w:w="1134" w:type="dxa"/>
          </w:tcPr>
          <w:p w:rsidR="00720466" w:rsidRPr="003E1876" w:rsidRDefault="00720466" w:rsidP="00E61989">
            <w:pPr>
              <w:spacing w:line="187" w:lineRule="auto"/>
              <w:jc w:val="center"/>
              <w:rPr>
                <w:rFonts w:cs="Times New Roman"/>
                <w:color w:val="000000" w:themeColor="text1"/>
                <w:sz w:val="20"/>
                <w:szCs w:val="20"/>
              </w:rPr>
            </w:pPr>
            <w:r w:rsidRPr="003E1876">
              <w:rPr>
                <w:rFonts w:cs="Times New Roman"/>
                <w:color w:val="000000" w:themeColor="text1"/>
                <w:sz w:val="20"/>
                <w:szCs w:val="20"/>
              </w:rPr>
              <w:t>5,6,8</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2,5,6,7,8</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1,2,3,4,5</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3,10,16,17</w:t>
            </w:r>
          </w:p>
        </w:tc>
      </w:tr>
      <w:tr w:rsidR="00720466" w:rsidRPr="003E1876" w:rsidTr="003E1876">
        <w:trPr>
          <w:cantSplit/>
          <w:jc w:val="center"/>
        </w:trPr>
        <w:tc>
          <w:tcPr>
            <w:tcW w:w="1368" w:type="dxa"/>
          </w:tcPr>
          <w:p w:rsidR="00720466" w:rsidRPr="003E1876" w:rsidRDefault="00720466">
            <w:pPr>
              <w:spacing w:line="187" w:lineRule="auto"/>
              <w:jc w:val="center"/>
              <w:rPr>
                <w:rFonts w:cs="Times New Roman"/>
                <w:color w:val="000000" w:themeColor="text1"/>
                <w:sz w:val="20"/>
                <w:szCs w:val="20"/>
              </w:rPr>
            </w:pPr>
            <w:r w:rsidRPr="003E1876">
              <w:rPr>
                <w:rFonts w:cs="Times New Roman"/>
                <w:color w:val="000000" w:themeColor="text1"/>
                <w:sz w:val="20"/>
                <w:szCs w:val="20"/>
              </w:rPr>
              <w:lastRenderedPageBreak/>
              <w:t>14. Hafta</w:t>
            </w:r>
            <w:r w:rsidRPr="003E1876">
              <w:rPr>
                <w:rFonts w:cs="Times New Roman"/>
                <w:color w:val="000000" w:themeColor="text1"/>
                <w:sz w:val="20"/>
                <w:szCs w:val="20"/>
              </w:rPr>
              <w:br/>
              <w:t>Tarih/saat:</w:t>
            </w:r>
            <w:r w:rsidRPr="003E1876">
              <w:rPr>
                <w:rFonts w:cs="Times New Roman"/>
                <w:color w:val="000000" w:themeColor="text1"/>
                <w:sz w:val="20"/>
                <w:szCs w:val="20"/>
              </w:rPr>
              <w:br/>
              <w:t>Salı</w:t>
            </w:r>
            <w:r w:rsidRPr="003E1876">
              <w:rPr>
                <w:rFonts w:cs="Times New Roman"/>
                <w:color w:val="000000" w:themeColor="text1"/>
                <w:sz w:val="20"/>
                <w:szCs w:val="20"/>
              </w:rPr>
              <w:br/>
              <w:t>15:30-17:30</w:t>
            </w:r>
          </w:p>
        </w:tc>
        <w:tc>
          <w:tcPr>
            <w:tcW w:w="4338" w:type="dxa"/>
          </w:tcPr>
          <w:p w:rsidR="00720466" w:rsidRPr="003E1876" w:rsidRDefault="00720466" w:rsidP="0007166F">
            <w:pPr>
              <w:spacing w:line="187" w:lineRule="auto"/>
              <w:rPr>
                <w:rFonts w:cs="Times New Roman"/>
                <w:b/>
                <w:color w:val="000000" w:themeColor="text1"/>
                <w:sz w:val="20"/>
                <w:szCs w:val="20"/>
              </w:rPr>
            </w:pPr>
            <w:r w:rsidRPr="003E1876">
              <w:rPr>
                <w:rFonts w:cs="Times New Roman"/>
                <w:b/>
                <w:color w:val="000000" w:themeColor="text1"/>
                <w:sz w:val="20"/>
                <w:szCs w:val="20"/>
              </w:rPr>
              <w:t>İletişim Kurmayı Zorlaştıran Davranışları Olan Hastalarla İletişim</w:t>
            </w:r>
          </w:p>
          <w:p w:rsidR="00720466" w:rsidRPr="003E1876" w:rsidRDefault="00720466" w:rsidP="00B81C5D">
            <w:pPr>
              <w:pStyle w:val="ListeParagraf"/>
              <w:numPr>
                <w:ilvl w:val="0"/>
                <w:numId w:val="30"/>
              </w:numPr>
              <w:spacing w:line="187" w:lineRule="auto"/>
              <w:rPr>
                <w:rFonts w:cs="Times New Roman"/>
                <w:color w:val="000000" w:themeColor="text1"/>
                <w:sz w:val="20"/>
                <w:szCs w:val="20"/>
              </w:rPr>
            </w:pPr>
            <w:r w:rsidRPr="003E1876">
              <w:rPr>
                <w:rFonts w:cs="Times New Roman"/>
                <w:color w:val="000000" w:themeColor="text1"/>
                <w:sz w:val="20"/>
                <w:szCs w:val="20"/>
              </w:rPr>
              <w:t>İletişim kurmayı zorlaştıran davranışları olan bireylerle/hastalarla etkili iletişim becerilerini vaka örnekleri üzerinde uygular.</w:t>
            </w:r>
          </w:p>
          <w:p w:rsidR="00720466" w:rsidRPr="003E1876" w:rsidRDefault="00720466" w:rsidP="00B81C5D">
            <w:pPr>
              <w:pStyle w:val="ListeParagraf"/>
              <w:numPr>
                <w:ilvl w:val="0"/>
                <w:numId w:val="30"/>
              </w:numPr>
              <w:spacing w:line="187" w:lineRule="auto"/>
              <w:rPr>
                <w:rFonts w:cs="Times New Roman"/>
                <w:color w:val="000000" w:themeColor="text1"/>
                <w:sz w:val="20"/>
                <w:szCs w:val="20"/>
              </w:rPr>
            </w:pPr>
            <w:r w:rsidRPr="003E1876">
              <w:rPr>
                <w:rFonts w:cs="Times New Roman"/>
                <w:color w:val="000000" w:themeColor="text1"/>
                <w:sz w:val="20"/>
                <w:szCs w:val="20"/>
              </w:rPr>
              <w:t xml:space="preserve">Hasta güvenliği ve terapötik iletişim ilkeleri doğrultusunda uygun iletişim yaklaşımlarını analiz </w:t>
            </w:r>
            <w:proofErr w:type="gramStart"/>
            <w:r w:rsidRPr="003E1876">
              <w:rPr>
                <w:rFonts w:cs="Times New Roman"/>
                <w:color w:val="000000" w:themeColor="text1"/>
                <w:sz w:val="20"/>
                <w:szCs w:val="20"/>
              </w:rPr>
              <w:t>eder</w:t>
            </w:r>
            <w:proofErr w:type="gramEnd"/>
            <w:r w:rsidRPr="003E1876">
              <w:rPr>
                <w:rFonts w:cs="Times New Roman"/>
                <w:color w:val="000000" w:themeColor="text1"/>
                <w:sz w:val="20"/>
                <w:szCs w:val="20"/>
              </w:rPr>
              <w:t>.</w:t>
            </w:r>
          </w:p>
          <w:p w:rsidR="00720466" w:rsidRPr="003E1876" w:rsidRDefault="00720466" w:rsidP="00B81C5D">
            <w:pPr>
              <w:pStyle w:val="ListeParagraf"/>
              <w:numPr>
                <w:ilvl w:val="0"/>
                <w:numId w:val="30"/>
              </w:numPr>
              <w:spacing w:line="187" w:lineRule="auto"/>
              <w:rPr>
                <w:rFonts w:cs="Times New Roman"/>
                <w:color w:val="000000" w:themeColor="text1"/>
                <w:sz w:val="20"/>
                <w:szCs w:val="20"/>
              </w:rPr>
            </w:pPr>
            <w:r w:rsidRPr="003E1876">
              <w:rPr>
                <w:rFonts w:cs="Times New Roman"/>
                <w:color w:val="000000" w:themeColor="text1"/>
                <w:sz w:val="20"/>
                <w:szCs w:val="20"/>
              </w:rPr>
              <w:t>İletişim sürecinde karşılaşılan sorunlara yönelik çözüm önerileri geliştirir.</w:t>
            </w:r>
          </w:p>
          <w:p w:rsidR="00720466" w:rsidRPr="003E1876" w:rsidRDefault="00720466" w:rsidP="00B81C5D">
            <w:pPr>
              <w:pStyle w:val="ListeParagraf"/>
              <w:numPr>
                <w:ilvl w:val="0"/>
                <w:numId w:val="30"/>
              </w:numPr>
              <w:spacing w:line="187" w:lineRule="auto"/>
              <w:rPr>
                <w:rFonts w:cs="Times New Roman"/>
                <w:color w:val="000000" w:themeColor="text1"/>
                <w:sz w:val="20"/>
                <w:szCs w:val="20"/>
              </w:rPr>
            </w:pPr>
            <w:r w:rsidRPr="003E1876">
              <w:rPr>
                <w:rFonts w:cs="Times New Roman"/>
                <w:color w:val="000000" w:themeColor="text1"/>
                <w:sz w:val="20"/>
                <w:szCs w:val="20"/>
              </w:rPr>
              <w:t>Ders kapsamında kazanılan bilgi ve becerileri bütüncül bir yaklaşımla değerlendirir.</w:t>
            </w:r>
          </w:p>
        </w:tc>
        <w:tc>
          <w:tcPr>
            <w:tcW w:w="1642" w:type="dxa"/>
          </w:tcPr>
          <w:p w:rsidR="00720466" w:rsidRPr="003E1876" w:rsidRDefault="00720466" w:rsidP="003E1876">
            <w:pPr>
              <w:spacing w:line="187" w:lineRule="auto"/>
              <w:jc w:val="center"/>
              <w:rPr>
                <w:rFonts w:cs="Times New Roman"/>
                <w:color w:val="000000" w:themeColor="text1"/>
                <w:sz w:val="20"/>
                <w:szCs w:val="20"/>
              </w:rPr>
            </w:pPr>
            <w:r w:rsidRPr="003E1876">
              <w:rPr>
                <w:rFonts w:cs="Times New Roman"/>
                <w:color w:val="000000" w:themeColor="text1"/>
                <w:sz w:val="20"/>
                <w:szCs w:val="20"/>
              </w:rPr>
              <w:t>Dr.Öğr. Üyesi Hacer DEMİRKOL</w:t>
            </w:r>
          </w:p>
        </w:tc>
        <w:tc>
          <w:tcPr>
            <w:tcW w:w="1701" w:type="dxa"/>
          </w:tcPr>
          <w:p w:rsidR="00720466" w:rsidRPr="003E1876" w:rsidRDefault="003E1876" w:rsidP="00F50771">
            <w:pPr>
              <w:jc w:val="center"/>
              <w:rPr>
                <w:rFonts w:cs="Times New Roman"/>
                <w:color w:val="000000" w:themeColor="text1"/>
                <w:sz w:val="20"/>
                <w:szCs w:val="20"/>
              </w:rPr>
            </w:pPr>
            <w:r w:rsidRPr="003E1876">
              <w:rPr>
                <w:rFonts w:cs="Times New Roman"/>
                <w:color w:val="000000" w:themeColor="text1"/>
                <w:sz w:val="20"/>
                <w:szCs w:val="20"/>
                <w:shd w:val="clear" w:color="auto" w:fill="FFFFFF"/>
              </w:rPr>
              <w:t>Grup çalışması, Vaka sunumu, Vaka sunumlarının tartışı</w:t>
            </w:r>
            <w:r w:rsidR="00273FBC">
              <w:rPr>
                <w:rFonts w:cs="Times New Roman"/>
                <w:color w:val="000000" w:themeColor="text1"/>
                <w:sz w:val="20"/>
                <w:szCs w:val="20"/>
                <w:shd w:val="clear" w:color="auto" w:fill="FFFFFF"/>
              </w:rPr>
              <w:t>l</w:t>
            </w:r>
            <w:bookmarkStart w:id="0" w:name="_GoBack"/>
            <w:bookmarkEnd w:id="0"/>
            <w:r w:rsidRPr="003E1876">
              <w:rPr>
                <w:rFonts w:cs="Times New Roman"/>
                <w:color w:val="000000" w:themeColor="text1"/>
                <w:sz w:val="20"/>
                <w:szCs w:val="20"/>
                <w:shd w:val="clear" w:color="auto" w:fill="FFFFFF"/>
              </w:rPr>
              <w:t>ması, Problem çözme, Beyin fırtınası,</w:t>
            </w:r>
            <w:r w:rsidRPr="003E1876">
              <w:rPr>
                <w:rFonts w:cs="Times New Roman"/>
                <w:color w:val="000000" w:themeColor="text1"/>
                <w:sz w:val="20"/>
                <w:szCs w:val="20"/>
              </w:rPr>
              <w:t xml:space="preserve"> Vaka sunumu</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5,6,8</w:t>
            </w:r>
          </w:p>
        </w:tc>
        <w:tc>
          <w:tcPr>
            <w:tcW w:w="1134"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3,4,6,8</w:t>
            </w:r>
          </w:p>
        </w:tc>
        <w:tc>
          <w:tcPr>
            <w:tcW w:w="1193" w:type="dxa"/>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2,5,6,7,8</w:t>
            </w:r>
          </w:p>
        </w:tc>
        <w:tc>
          <w:tcPr>
            <w:tcW w:w="1384"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1,2,3,4,5</w:t>
            </w:r>
          </w:p>
        </w:tc>
        <w:tc>
          <w:tcPr>
            <w:tcW w:w="1601" w:type="dxa"/>
            <w:gridSpan w:val="2"/>
          </w:tcPr>
          <w:p w:rsidR="00720466" w:rsidRPr="003E1876" w:rsidRDefault="00720466" w:rsidP="00766F84">
            <w:pPr>
              <w:spacing w:line="187" w:lineRule="auto"/>
              <w:jc w:val="center"/>
              <w:rPr>
                <w:rFonts w:cs="Times New Roman"/>
                <w:color w:val="000000" w:themeColor="text1"/>
                <w:sz w:val="20"/>
                <w:szCs w:val="20"/>
              </w:rPr>
            </w:pPr>
            <w:r w:rsidRPr="003E1876">
              <w:rPr>
                <w:rFonts w:cs="Times New Roman"/>
                <w:color w:val="000000" w:themeColor="text1"/>
                <w:sz w:val="20"/>
                <w:szCs w:val="20"/>
              </w:rPr>
              <w:t>3,10,16,17</w:t>
            </w:r>
          </w:p>
        </w:tc>
      </w:tr>
    </w:tbl>
    <w:p w:rsidR="000D0E5C" w:rsidRPr="006544E2" w:rsidRDefault="000D0E5C">
      <w:pPr>
        <w:rPr>
          <w:rFonts w:cs="Times New Roman"/>
        </w:rPr>
        <w:sectPr w:rsidR="000D0E5C" w:rsidRPr="006544E2">
          <w:pgSz w:w="16834" w:h="11909" w:orient="landscape"/>
          <w:pgMar w:top="504" w:right="504" w:bottom="504" w:left="504" w:header="720" w:footer="720" w:gutter="0"/>
          <w:cols w:space="720"/>
          <w:docGrid w:linePitch="360"/>
        </w:sectPr>
      </w:pPr>
    </w:p>
    <w:p w:rsidR="000D0E5C"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4. HASTA GÜVENLİĞİ, SÜRDÜRÜLEBİLİR KALKINMA HEDEFLERİ, SAĞLIĞIN SOSYAL BELİRLEYİCİLERİ İLE İLİŞKİSİ</w:t>
      </w:r>
    </w:p>
    <w:tbl>
      <w:tblPr>
        <w:tblStyle w:val="TabloKlavuzu"/>
        <w:tblW w:w="0" w:type="auto"/>
        <w:tblLook w:val="04A0" w:firstRow="1" w:lastRow="0" w:firstColumn="1" w:lastColumn="0" w:noHBand="0" w:noVBand="1"/>
      </w:tblPr>
      <w:tblGrid>
        <w:gridCol w:w="4872"/>
        <w:gridCol w:w="4873"/>
      </w:tblGrid>
      <w:tr w:rsidR="00A82CB6" w:rsidTr="00D71248">
        <w:trPr>
          <w:trHeight w:val="8712"/>
        </w:trPr>
        <w:tc>
          <w:tcPr>
            <w:tcW w:w="4872" w:type="dxa"/>
          </w:tcPr>
          <w:p w:rsidR="00A82CB6" w:rsidRPr="00D71248" w:rsidRDefault="00A82CB6" w:rsidP="00D71248">
            <w:pPr>
              <w:jc w:val="both"/>
              <w:rPr>
                <w:b/>
              </w:rPr>
            </w:pPr>
            <w:r w:rsidRPr="00D71248">
              <w:rPr>
                <w:b/>
              </w:rPr>
              <w:t>Sağlığın Sosyal Belirleyicileri</w:t>
            </w:r>
          </w:p>
          <w:p w:rsidR="00D71248" w:rsidRPr="00D71248" w:rsidRDefault="00D71248" w:rsidP="00D71248">
            <w:pPr>
              <w:jc w:val="both"/>
              <w:outlineLvl w:val="2"/>
              <w:rPr>
                <w:rFonts w:eastAsia="Times New Roman" w:cs="Times New Roman"/>
                <w:b/>
                <w:bCs/>
                <w:lang w:val="tr-TR" w:eastAsia="tr-TR"/>
              </w:rPr>
            </w:pPr>
            <w:r w:rsidRPr="00D71248">
              <w:rPr>
                <w:rFonts w:eastAsia="Times New Roman" w:cs="Times New Roman"/>
                <w:b/>
                <w:bCs/>
                <w:lang w:val="tr-TR" w:eastAsia="tr-TR"/>
              </w:rPr>
              <w:t>1. Bireysel özellikler (yaş, cinsiyet, gelişim dönemi, engellilik durumu, kronik hastalıklar)</w:t>
            </w:r>
          </w:p>
          <w:p w:rsidR="00720466" w:rsidRDefault="00720466" w:rsidP="00D71248">
            <w:pPr>
              <w:jc w:val="both"/>
              <w:outlineLvl w:val="2"/>
            </w:pPr>
            <w:r>
              <w:t>Bireyin yaşına, gelişim dönemine, kültürel özelliklerine ve sağlık durumuna uygun iletişim yaklaşımının belirlenmesi; bireysel farklılıkların iletişim sürecine etkisinin değerlendirilmesi.</w:t>
            </w:r>
          </w:p>
          <w:p w:rsidR="00D71248" w:rsidRPr="00D71248" w:rsidRDefault="00D71248" w:rsidP="00D71248">
            <w:pPr>
              <w:jc w:val="both"/>
              <w:outlineLvl w:val="2"/>
              <w:rPr>
                <w:rFonts w:eastAsia="Times New Roman" w:cs="Times New Roman"/>
                <w:b/>
                <w:bCs/>
                <w:lang w:val="tr-TR" w:eastAsia="tr-TR"/>
              </w:rPr>
            </w:pPr>
            <w:r w:rsidRPr="00D71248">
              <w:rPr>
                <w:rFonts w:eastAsia="Times New Roman" w:cs="Times New Roman"/>
                <w:b/>
                <w:bCs/>
                <w:lang w:val="tr-TR" w:eastAsia="tr-TR"/>
              </w:rPr>
              <w:t>2. Sosyoekonomik belirleyiciler (eğitim, gelir düzeyi, sağlık okuryazarlığı, kültürel özellikler)</w:t>
            </w:r>
          </w:p>
          <w:p w:rsidR="00720466" w:rsidRDefault="00720466" w:rsidP="00D71248">
            <w:pPr>
              <w:jc w:val="both"/>
              <w:outlineLvl w:val="2"/>
            </w:pPr>
            <w:r>
              <w:t>Eğitim düzeyi, sosyoekonomik durum, kültürel yapı ve sağlık okuryazarlığının iletişim süreci üzerindeki etkilerinin değerlendirilmesi; birey merkezli iletişim becerilerinin geliştirilmesi.</w:t>
            </w:r>
          </w:p>
          <w:p w:rsidR="00D71248" w:rsidRPr="00D71248" w:rsidRDefault="00D71248" w:rsidP="00D71248">
            <w:pPr>
              <w:jc w:val="both"/>
              <w:outlineLvl w:val="2"/>
              <w:rPr>
                <w:rFonts w:eastAsia="Times New Roman" w:cs="Times New Roman"/>
                <w:b/>
                <w:bCs/>
                <w:lang w:val="tr-TR" w:eastAsia="tr-TR"/>
              </w:rPr>
            </w:pPr>
            <w:r w:rsidRPr="00D71248">
              <w:rPr>
                <w:rFonts w:eastAsia="Times New Roman" w:cs="Times New Roman"/>
                <w:b/>
                <w:bCs/>
                <w:lang w:val="tr-TR" w:eastAsia="tr-TR"/>
              </w:rPr>
              <w:t>3. Çevresel belirleyiciler (aile, sosyal çevre, çalışma ortamı)</w:t>
            </w:r>
          </w:p>
          <w:p w:rsidR="00720466" w:rsidRDefault="00720466" w:rsidP="00D71248">
            <w:pPr>
              <w:jc w:val="both"/>
              <w:outlineLvl w:val="2"/>
            </w:pPr>
            <w:r>
              <w:t>Aile, sosyal çevre ve bakım ortamının iletişim süreci üzerindeki etkilerinin değerlendirilmesi; destekleyici iletişim ortamına yönelik farkındalık geliştirilmesi.</w:t>
            </w:r>
          </w:p>
          <w:p w:rsidR="00D71248" w:rsidRPr="00D71248" w:rsidRDefault="00D71248" w:rsidP="00D71248">
            <w:pPr>
              <w:jc w:val="both"/>
              <w:outlineLvl w:val="2"/>
              <w:rPr>
                <w:rFonts w:eastAsia="Times New Roman" w:cs="Times New Roman"/>
                <w:b/>
                <w:bCs/>
                <w:lang w:val="tr-TR" w:eastAsia="tr-TR"/>
              </w:rPr>
            </w:pPr>
            <w:r w:rsidRPr="00D71248">
              <w:rPr>
                <w:rFonts w:eastAsia="Times New Roman" w:cs="Times New Roman"/>
                <w:b/>
                <w:bCs/>
                <w:lang w:val="tr-TR" w:eastAsia="tr-TR"/>
              </w:rPr>
              <w:t>4. Yaşam tarzı ile ilgili belirleyiciler (stres yönetimi, sağlıklı yaşam davranışları, sosyal ilişkiler)</w:t>
            </w:r>
          </w:p>
          <w:p w:rsidR="00720466" w:rsidRDefault="00720466" w:rsidP="00D71248">
            <w:pPr>
              <w:jc w:val="both"/>
              <w:outlineLvl w:val="2"/>
            </w:pPr>
            <w:r>
              <w:t>Stres, kişilerarası ilişkiler ve yaşam tarzının iletişim sürecine etkilerinin değerlendirilmesi; etkili iletişim yoluyla psikolojik iyilik halinin desteklenmesi.</w:t>
            </w:r>
          </w:p>
          <w:p w:rsidR="00D71248" w:rsidRPr="00D71248" w:rsidRDefault="00D71248" w:rsidP="00D71248">
            <w:pPr>
              <w:jc w:val="both"/>
              <w:outlineLvl w:val="2"/>
              <w:rPr>
                <w:rFonts w:eastAsia="Times New Roman" w:cs="Times New Roman"/>
                <w:b/>
                <w:bCs/>
                <w:lang w:val="tr-TR" w:eastAsia="tr-TR"/>
              </w:rPr>
            </w:pPr>
            <w:r w:rsidRPr="00D71248">
              <w:rPr>
                <w:rFonts w:eastAsia="Times New Roman" w:cs="Times New Roman"/>
                <w:b/>
                <w:bCs/>
                <w:lang w:val="tr-TR" w:eastAsia="tr-TR"/>
              </w:rPr>
              <w:t>5. Sağlık hizmetlerine erişim ve koruyucu sağlık hizmetleri</w:t>
            </w:r>
          </w:p>
          <w:p w:rsidR="00A82CB6" w:rsidRPr="00D71248" w:rsidRDefault="00720466" w:rsidP="00D71248">
            <w:pPr>
              <w:spacing w:after="200"/>
              <w:jc w:val="both"/>
              <w:rPr>
                <w:rFonts w:eastAsia="Times New Roman" w:cs="Times New Roman"/>
                <w:sz w:val="24"/>
                <w:szCs w:val="24"/>
                <w:lang w:val="tr-TR" w:eastAsia="tr-TR"/>
              </w:rPr>
            </w:pPr>
            <w:r>
              <w:t>Etkili iletişim becerilerinin sağlık hizmetlerine erişim, hasta eğitimi, danışmanlık ve koruyucu sağlık hizmetlerinin sunumundaki rolünün kavranması.</w:t>
            </w:r>
          </w:p>
        </w:tc>
        <w:tc>
          <w:tcPr>
            <w:tcW w:w="4873" w:type="dxa"/>
          </w:tcPr>
          <w:p w:rsidR="00720466" w:rsidRPr="00720466" w:rsidRDefault="00720466" w:rsidP="00720466">
            <w:pPr>
              <w:jc w:val="both"/>
              <w:rPr>
                <w:rStyle w:val="Gl"/>
                <w:rFonts w:cs="Times New Roman"/>
                <w:bCs w:val="0"/>
                <w:color w:val="000000" w:themeColor="text1"/>
              </w:rPr>
            </w:pPr>
            <w:r w:rsidRPr="009553DF">
              <w:rPr>
                <w:rFonts w:cs="Times New Roman"/>
                <w:b/>
                <w:color w:val="000000" w:themeColor="text1"/>
              </w:rPr>
              <w:t>Hasta Güvenliği Hedefleri</w:t>
            </w:r>
          </w:p>
          <w:p w:rsidR="00720466" w:rsidRPr="00720466" w:rsidRDefault="00720466" w:rsidP="00720466">
            <w:pPr>
              <w:pStyle w:val="pdq2pgselectionanchorcontainer"/>
              <w:spacing w:before="0" w:beforeAutospacing="0" w:after="0" w:afterAutospacing="0"/>
              <w:jc w:val="both"/>
              <w:rPr>
                <w:b/>
                <w:bCs/>
              </w:rPr>
            </w:pPr>
            <w:r>
              <w:rPr>
                <w:rStyle w:val="Gl"/>
              </w:rPr>
              <w:t xml:space="preserve">2.Bilgi güvenliği </w:t>
            </w:r>
            <w:r>
              <w:br/>
              <w:t>Hasta, hasta yakını ve sağlık ekibi arasında yürütülen iletişim sürecinde kişisel sağlık bilgilerinin gizliliğinin ve bilgi güvenliğinin korunması.</w:t>
            </w:r>
          </w:p>
          <w:p w:rsidR="00720466" w:rsidRDefault="00720466" w:rsidP="00720466">
            <w:pPr>
              <w:pStyle w:val="NormalWeb"/>
              <w:spacing w:before="0" w:beforeAutospacing="0" w:after="0" w:afterAutospacing="0"/>
              <w:jc w:val="both"/>
            </w:pPr>
            <w:r>
              <w:rPr>
                <w:rStyle w:val="Gl"/>
              </w:rPr>
              <w:t>5.Güvenli hasta devri</w:t>
            </w:r>
            <w:r>
              <w:br/>
              <w:t>Sağlık ekibi üyeleri arasında doğru, eksiksiz ve zamanında bilgi aktarımının sağlanarak bakımın sürekliliğinin desteklenmesi.</w:t>
            </w:r>
          </w:p>
          <w:p w:rsidR="00720466" w:rsidRDefault="00720466" w:rsidP="00720466">
            <w:pPr>
              <w:pStyle w:val="NormalWeb"/>
              <w:spacing w:before="0" w:beforeAutospacing="0" w:after="0" w:afterAutospacing="0"/>
              <w:jc w:val="both"/>
            </w:pPr>
            <w:r>
              <w:rPr>
                <w:rStyle w:val="Gl"/>
              </w:rPr>
              <w:t>6.Hatalardan öğrenme</w:t>
            </w:r>
            <w:r>
              <w:br/>
              <w:t>İletişim kaynaklı hasta güvenliği risklerinin değerlendirilmesi, olaylardan öğrenme kültürünün benimsenmesi ve sürekli kalite iyileştirme çalışmalarına katkı sağlanması.</w:t>
            </w:r>
          </w:p>
          <w:p w:rsidR="00720466" w:rsidRDefault="00720466" w:rsidP="00720466">
            <w:pPr>
              <w:pStyle w:val="NormalWeb"/>
              <w:spacing w:before="0" w:beforeAutospacing="0" w:after="0" w:afterAutospacing="0"/>
              <w:jc w:val="both"/>
            </w:pPr>
            <w:r>
              <w:rPr>
                <w:rStyle w:val="Gl"/>
              </w:rPr>
              <w:t>7.Hasta ve hasta yakını katılımı</w:t>
            </w:r>
            <w:r>
              <w:br/>
              <w:t>Etkili iletişim yoluyla birey ve hasta yakınının bakım sürecine aktif katılımının desteklenmesi.</w:t>
            </w:r>
          </w:p>
          <w:p w:rsidR="00720466" w:rsidRDefault="00720466" w:rsidP="00720466">
            <w:pPr>
              <w:pStyle w:val="NormalWeb"/>
              <w:spacing w:before="0" w:beforeAutospacing="0" w:after="0" w:afterAutospacing="0"/>
              <w:jc w:val="both"/>
            </w:pPr>
            <w:r>
              <w:rPr>
                <w:rStyle w:val="Gl"/>
              </w:rPr>
              <w:t>8.Hastaların doğru tanımlanması</w:t>
            </w:r>
            <w:r>
              <w:br/>
              <w:t>İletişim sürecinde doğru bireyin doğru şekilde tanımlanması ve doğru bilginin paylaşılması yoluyla güvenli bakımın desteklenmesi.</w:t>
            </w:r>
          </w:p>
          <w:p w:rsidR="00A82CB6" w:rsidRPr="00D71248" w:rsidRDefault="00A82CB6" w:rsidP="00720466">
            <w:pPr>
              <w:jc w:val="both"/>
            </w:pPr>
          </w:p>
        </w:tc>
      </w:tr>
      <w:tr w:rsidR="00A82CB6" w:rsidTr="00A82CB6">
        <w:trPr>
          <w:trHeight w:val="3444"/>
        </w:trPr>
        <w:tc>
          <w:tcPr>
            <w:tcW w:w="9745" w:type="dxa"/>
            <w:gridSpan w:val="2"/>
          </w:tcPr>
          <w:p w:rsidR="00A82CB6" w:rsidRPr="00A82CB6" w:rsidRDefault="00A82CB6" w:rsidP="00A82CB6">
            <w:pPr>
              <w:jc w:val="both"/>
            </w:pPr>
            <w:r w:rsidRPr="00A82CB6">
              <w:rPr>
                <w:rFonts w:eastAsia="Times New Roman" w:cs="Times New Roman"/>
                <w:noProof/>
                <w:lang w:val="tr-TR" w:eastAsia="tr-TR"/>
              </w:rPr>
              <w:drawing>
                <wp:inline distT="0" distB="0" distL="0" distR="0">
                  <wp:extent cx="4752629" cy="2139351"/>
                  <wp:effectExtent l="0" t="0" r="0" b="0"/>
                  <wp:docPr id="4" name="Resim 4"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143794"/>
                          </a:xfrm>
                          <a:prstGeom prst="rect">
                            <a:avLst/>
                          </a:prstGeom>
                          <a:noFill/>
                          <a:ln>
                            <a:noFill/>
                          </a:ln>
                        </pic:spPr>
                      </pic:pic>
                    </a:graphicData>
                  </a:graphic>
                </wp:inline>
              </w:drawing>
            </w:r>
          </w:p>
        </w:tc>
      </w:tr>
    </w:tbl>
    <w:p w:rsidR="00ED17E2" w:rsidRDefault="00ED17E2" w:rsidP="00CC2152">
      <w:pPr>
        <w:spacing w:after="40" w:line="240" w:lineRule="auto"/>
        <w:rPr>
          <w:rFonts w:cs="Times New Roman"/>
        </w:rPr>
      </w:pPr>
    </w:p>
    <w:p w:rsidR="00D71248" w:rsidRDefault="00D71248" w:rsidP="00CC2152">
      <w:pPr>
        <w:spacing w:after="40" w:line="240" w:lineRule="auto"/>
        <w:rPr>
          <w:rFonts w:cs="Times New Roman"/>
        </w:rPr>
      </w:pPr>
    </w:p>
    <w:p w:rsidR="00D71248" w:rsidRDefault="00D71248" w:rsidP="00CC2152">
      <w:pPr>
        <w:spacing w:after="40" w:line="240" w:lineRule="auto"/>
        <w:rPr>
          <w:rFonts w:cs="Times New Roman"/>
        </w:rPr>
      </w:pPr>
    </w:p>
    <w:p w:rsidR="00D71248" w:rsidRPr="00CC2152" w:rsidRDefault="00D71248" w:rsidP="00CC2152">
      <w:pPr>
        <w:spacing w:after="40" w:line="240" w:lineRule="auto"/>
        <w:rPr>
          <w:rFonts w:cs="Times New Roman"/>
        </w:rPr>
      </w:pP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Sürdürülebilir Kalkınma Hedefleri ile İlişkisi</w:t>
      </w:r>
    </w:p>
    <w:tbl>
      <w:tblPr>
        <w:tblStyle w:val="TabloKlavuzu"/>
        <w:tblW w:w="0" w:type="auto"/>
        <w:jc w:val="center"/>
        <w:tblLook w:val="04A0" w:firstRow="1" w:lastRow="0" w:firstColumn="1" w:lastColumn="0" w:noHBand="0" w:noVBand="1"/>
      </w:tblPr>
      <w:tblGrid>
        <w:gridCol w:w="4802"/>
        <w:gridCol w:w="4802"/>
      </w:tblGrid>
      <w:tr w:rsidR="000D0E5C" w:rsidRPr="006544E2">
        <w:trPr>
          <w:jc w:val="center"/>
        </w:trPr>
        <w:tc>
          <w:tcPr>
            <w:tcW w:w="4802" w:type="dxa"/>
            <w:shd w:val="clear" w:color="auto" w:fill="D9D9D9"/>
          </w:tcPr>
          <w:p w:rsidR="000D0E5C" w:rsidRPr="006544E2" w:rsidRDefault="00C11A28">
            <w:pPr>
              <w:jc w:val="center"/>
              <w:rPr>
                <w:rFonts w:cs="Times New Roman"/>
              </w:rPr>
            </w:pPr>
            <w:r w:rsidRPr="006544E2">
              <w:rPr>
                <w:rFonts w:cs="Times New Roman"/>
                <w:b/>
              </w:rPr>
              <w:t>SKH No / Başlık</w:t>
            </w:r>
          </w:p>
        </w:tc>
        <w:tc>
          <w:tcPr>
            <w:tcW w:w="4802" w:type="dxa"/>
            <w:shd w:val="clear" w:color="auto" w:fill="D9D9D9"/>
          </w:tcPr>
          <w:p w:rsidR="000D0E5C" w:rsidRPr="006544E2" w:rsidRDefault="00C11A28">
            <w:pPr>
              <w:jc w:val="center"/>
              <w:rPr>
                <w:rFonts w:cs="Times New Roman"/>
              </w:rPr>
            </w:pPr>
            <w:r w:rsidRPr="006544E2">
              <w:rPr>
                <w:rFonts w:cs="Times New Roman"/>
                <w:b/>
              </w:rPr>
              <w:t>İlişkisi</w:t>
            </w:r>
          </w:p>
        </w:tc>
      </w:tr>
      <w:tr w:rsidR="000D0E5C" w:rsidRPr="006544E2">
        <w:trPr>
          <w:jc w:val="center"/>
        </w:trPr>
        <w:tc>
          <w:tcPr>
            <w:tcW w:w="4802" w:type="dxa"/>
          </w:tcPr>
          <w:p w:rsidR="000D0E5C" w:rsidRPr="006544E2" w:rsidRDefault="003044DE" w:rsidP="003044DE">
            <w:pPr>
              <w:jc w:val="both"/>
              <w:rPr>
                <w:rFonts w:cs="Times New Roman"/>
              </w:rPr>
            </w:pPr>
            <w:r w:rsidRPr="003044DE">
              <w:rPr>
                <w:rFonts w:cs="Times New Roman"/>
                <w:b/>
              </w:rPr>
              <w:t>SKA 3. Sağlıklı ve Kaliteli Yaşam</w:t>
            </w:r>
          </w:p>
        </w:tc>
        <w:tc>
          <w:tcPr>
            <w:tcW w:w="4802" w:type="dxa"/>
          </w:tcPr>
          <w:p w:rsidR="000D0E5C" w:rsidRPr="006544E2" w:rsidRDefault="00720466" w:rsidP="003044DE">
            <w:pPr>
              <w:jc w:val="both"/>
              <w:rPr>
                <w:rFonts w:cs="Times New Roman"/>
              </w:rPr>
            </w:pPr>
            <w:r>
              <w:t>Ders; kendini tanıma, empati, terapötik iletişim ve farklı duygu durumlarındaki bireylerle etkili iletişim konularını ele alarak psikolojik iyilik hâlinin desteklenmesine, birey gereksinimlerinin doğru değerlendirilmesine ve güvenli sağlık hizmeti sunumuna katkı sağlamaktadır.</w:t>
            </w:r>
          </w:p>
        </w:tc>
      </w:tr>
      <w:tr w:rsidR="000D0E5C" w:rsidRPr="006544E2">
        <w:trPr>
          <w:jc w:val="center"/>
        </w:trPr>
        <w:tc>
          <w:tcPr>
            <w:tcW w:w="4802" w:type="dxa"/>
          </w:tcPr>
          <w:p w:rsidR="000D0E5C" w:rsidRPr="006544E2" w:rsidRDefault="003044DE" w:rsidP="003044DE">
            <w:pPr>
              <w:jc w:val="both"/>
              <w:rPr>
                <w:rFonts w:cs="Times New Roman"/>
              </w:rPr>
            </w:pPr>
            <w:r w:rsidRPr="003044DE">
              <w:rPr>
                <w:rFonts w:cs="Times New Roman"/>
                <w:b/>
              </w:rPr>
              <w:t>SKA 4. Nitelikli Eğitim</w:t>
            </w:r>
          </w:p>
        </w:tc>
        <w:tc>
          <w:tcPr>
            <w:tcW w:w="4802" w:type="dxa"/>
          </w:tcPr>
          <w:p w:rsidR="000D0E5C" w:rsidRPr="006544E2" w:rsidRDefault="00720466" w:rsidP="00720466">
            <w:pPr>
              <w:jc w:val="both"/>
              <w:rPr>
                <w:rFonts w:cs="Times New Roman"/>
              </w:rPr>
            </w:pPr>
            <w:r>
              <w:t>Ders kapsamında öğrencilerin iletişim süreçlerini bilimsel temeller doğrultusunda değerlendirmeleri; tartışma, vaka analizi, grup çalışmaları ve diğer aktif öğrenme yöntemleriyle iletişim, eleştirel düşünme ve mesleki becerilerini geliştirmeleri desteklenmektedir.</w:t>
            </w:r>
          </w:p>
        </w:tc>
      </w:tr>
      <w:tr w:rsidR="003044DE" w:rsidRPr="006544E2">
        <w:trPr>
          <w:jc w:val="center"/>
        </w:trPr>
        <w:tc>
          <w:tcPr>
            <w:tcW w:w="4802" w:type="dxa"/>
          </w:tcPr>
          <w:p w:rsidR="003044DE" w:rsidRPr="003044DE" w:rsidRDefault="003044DE" w:rsidP="003044DE">
            <w:pPr>
              <w:jc w:val="both"/>
              <w:rPr>
                <w:rFonts w:cs="Times New Roman"/>
                <w:b/>
              </w:rPr>
            </w:pPr>
            <w:r w:rsidRPr="003044DE">
              <w:rPr>
                <w:rFonts w:cs="Times New Roman"/>
                <w:b/>
              </w:rPr>
              <w:t>SKA 5. Toplumsal Cinsiyet Eşitliği</w:t>
            </w:r>
          </w:p>
        </w:tc>
        <w:tc>
          <w:tcPr>
            <w:tcW w:w="4802" w:type="dxa"/>
          </w:tcPr>
          <w:p w:rsidR="003044DE" w:rsidRPr="003044DE" w:rsidRDefault="00720466" w:rsidP="00720466">
            <w:pPr>
              <w:jc w:val="both"/>
              <w:rPr>
                <w:rFonts w:cs="Times New Roman"/>
              </w:rPr>
            </w:pPr>
            <w:r>
              <w:t>Ders; bireysel farklılıklara saygı, ayrımcılığın önlenmesi, eşitlikçi yaklaşım ve kapsayıcı iletişim becerilerinin geliştirilmesini destekleyerek sağlık hizmetlerinde insan haklarına saygılı iletişim anlayışına katkı sağlamaktadır.</w:t>
            </w:r>
          </w:p>
        </w:tc>
      </w:tr>
      <w:tr w:rsidR="000D0E5C" w:rsidRPr="006544E2">
        <w:trPr>
          <w:jc w:val="center"/>
        </w:trPr>
        <w:tc>
          <w:tcPr>
            <w:tcW w:w="4802" w:type="dxa"/>
          </w:tcPr>
          <w:p w:rsidR="000D0E5C" w:rsidRPr="006544E2" w:rsidRDefault="003044DE" w:rsidP="003044DE">
            <w:pPr>
              <w:jc w:val="both"/>
              <w:rPr>
                <w:rFonts w:cs="Times New Roman"/>
              </w:rPr>
            </w:pPr>
            <w:r w:rsidRPr="003044DE">
              <w:rPr>
                <w:rFonts w:cs="Times New Roman"/>
                <w:b/>
              </w:rPr>
              <w:t>SKA 10. Eşitsizliklerin Azaltılması</w:t>
            </w:r>
          </w:p>
        </w:tc>
        <w:tc>
          <w:tcPr>
            <w:tcW w:w="4802" w:type="dxa"/>
          </w:tcPr>
          <w:p w:rsidR="000D0E5C" w:rsidRPr="006544E2" w:rsidRDefault="00720466" w:rsidP="003044DE">
            <w:pPr>
              <w:jc w:val="both"/>
              <w:rPr>
                <w:rFonts w:cs="Times New Roman"/>
              </w:rPr>
            </w:pPr>
            <w:r>
              <w:t>Bireysel, kültürel ve sosyal farklılıkların iletişim sürecine etkilerinin değerlendirilmesi; dezavantajlı bireylere yönelik kapsayıcı, ayrımcı olmayan ve birey merkezli iletişim yaklaşımının benimsenmesi desteklenmektedir.</w:t>
            </w:r>
          </w:p>
        </w:tc>
      </w:tr>
      <w:tr w:rsidR="000D0E5C" w:rsidRPr="006544E2">
        <w:trPr>
          <w:jc w:val="center"/>
        </w:trPr>
        <w:tc>
          <w:tcPr>
            <w:tcW w:w="4802" w:type="dxa"/>
          </w:tcPr>
          <w:p w:rsidR="000D0E5C" w:rsidRPr="006544E2" w:rsidRDefault="003044DE" w:rsidP="003044DE">
            <w:pPr>
              <w:jc w:val="both"/>
              <w:rPr>
                <w:rFonts w:cs="Times New Roman"/>
              </w:rPr>
            </w:pPr>
            <w:r w:rsidRPr="003044DE">
              <w:rPr>
                <w:rFonts w:cs="Times New Roman"/>
                <w:b/>
              </w:rPr>
              <w:t>SKA 16. Barış, Adalet ve Güçlü Kurumlar</w:t>
            </w:r>
          </w:p>
        </w:tc>
        <w:tc>
          <w:tcPr>
            <w:tcW w:w="4802" w:type="dxa"/>
          </w:tcPr>
          <w:p w:rsidR="000D0E5C" w:rsidRPr="006544E2" w:rsidRDefault="00720466" w:rsidP="00720466">
            <w:pPr>
              <w:jc w:val="both"/>
              <w:rPr>
                <w:rFonts w:cs="Times New Roman"/>
              </w:rPr>
            </w:pPr>
            <w:r>
              <w:t>Empati, etik iletişim, insan haklarına saygı ve profesyonel iletişim ilkelerinin kazandırılması; sağlık hizmetlerinde güvene dayalı, saygılı iletişim kültürünün geliştirilmesine katkı sağlamaktadır.</w:t>
            </w:r>
          </w:p>
        </w:tc>
      </w:tr>
      <w:tr w:rsidR="00CC2152" w:rsidRPr="006544E2">
        <w:trPr>
          <w:jc w:val="center"/>
        </w:trPr>
        <w:tc>
          <w:tcPr>
            <w:tcW w:w="4802" w:type="dxa"/>
          </w:tcPr>
          <w:p w:rsidR="00CC2152" w:rsidRPr="00CC2152" w:rsidRDefault="003044DE" w:rsidP="003044DE">
            <w:pPr>
              <w:jc w:val="both"/>
              <w:rPr>
                <w:rFonts w:cs="Times New Roman"/>
                <w:b/>
              </w:rPr>
            </w:pPr>
            <w:r w:rsidRPr="003044DE">
              <w:rPr>
                <w:rFonts w:cs="Times New Roman"/>
                <w:b/>
              </w:rPr>
              <w:t>SKA 17. Amaçlar İçin Ortaklıklar</w:t>
            </w:r>
          </w:p>
        </w:tc>
        <w:tc>
          <w:tcPr>
            <w:tcW w:w="4802" w:type="dxa"/>
          </w:tcPr>
          <w:p w:rsidR="00CC2152" w:rsidRPr="00CC2152" w:rsidRDefault="00720466" w:rsidP="003044DE">
            <w:pPr>
              <w:jc w:val="both"/>
              <w:rPr>
                <w:rFonts w:cs="Times New Roman"/>
              </w:rPr>
            </w:pPr>
            <w:r>
              <w:t>Hemşire, birey, hasta yakını ve sağlık ekibi arasındaki etkili iletişim ve iş birliğinin güçlendirilmesi; disiplinler arası ekip çalışması ve bakımın sürekliliğinin desteklenmesine katkı sağlamaktadır.</w:t>
            </w:r>
          </w:p>
        </w:tc>
      </w:tr>
    </w:tbl>
    <w:p w:rsidR="00D71248" w:rsidRDefault="00D71248">
      <w:pPr>
        <w:spacing w:after="60" w:line="240" w:lineRule="auto"/>
        <w:rPr>
          <w:rFonts w:cs="Times New Roman"/>
          <w:b/>
        </w:rPr>
      </w:pPr>
    </w:p>
    <w:p w:rsidR="000D0E5C" w:rsidRPr="006544E2" w:rsidRDefault="00C11A28">
      <w:pPr>
        <w:spacing w:after="60" w:line="240" w:lineRule="auto"/>
        <w:rPr>
          <w:rFonts w:cs="Times New Roman"/>
        </w:rPr>
      </w:pPr>
      <w:r w:rsidRPr="006544E2">
        <w:rPr>
          <w:rFonts w:cs="Times New Roman"/>
          <w:b/>
        </w:rPr>
        <w:t>Bu ders için önerilen kodlar</w:t>
      </w:r>
      <w:r w:rsidRPr="006544E2">
        <w:rPr>
          <w:rFonts w:cs="Times New Roman"/>
        </w:rPr>
        <w:t xml:space="preserve"> (haftalık tabloda kullanılmak üzere)</w:t>
      </w:r>
    </w:p>
    <w:p w:rsidR="000D0E5C" w:rsidRPr="006544E2" w:rsidRDefault="00C11A28">
      <w:pPr>
        <w:pStyle w:val="Balk3"/>
        <w:spacing w:before="120" w:after="120" w:line="240" w:lineRule="auto"/>
        <w:rPr>
          <w:rFonts w:ascii="Times New Roman" w:hAnsi="Times New Roman" w:cs="Times New Roman"/>
          <w:color w:val="auto"/>
        </w:rPr>
      </w:pPr>
      <w:r w:rsidRPr="006544E2">
        <w:rPr>
          <w:rFonts w:ascii="Times New Roman" w:hAnsi="Times New Roman" w:cs="Times New Roman"/>
          <w:color w:val="auto"/>
        </w:rPr>
        <w:t>Sürdürülebilir Kalkınma Hedefleri</w:t>
      </w:r>
    </w:p>
    <w:p w:rsidR="003044DE" w:rsidRPr="003044DE" w:rsidRDefault="003044DE" w:rsidP="00B81C5D">
      <w:pPr>
        <w:pStyle w:val="ListeParagraf"/>
        <w:numPr>
          <w:ilvl w:val="0"/>
          <w:numId w:val="14"/>
        </w:numPr>
        <w:spacing w:after="60" w:line="240" w:lineRule="auto"/>
        <w:rPr>
          <w:rFonts w:cs="Times New Roman"/>
        </w:rPr>
      </w:pPr>
      <w:r w:rsidRPr="003044DE">
        <w:rPr>
          <w:rFonts w:cs="Times New Roman"/>
        </w:rPr>
        <w:t>SKA 3. Sağlıklı ve Kaliteli Yaşam</w:t>
      </w:r>
    </w:p>
    <w:p w:rsidR="003044DE" w:rsidRPr="003044DE" w:rsidRDefault="003044DE" w:rsidP="00B81C5D">
      <w:pPr>
        <w:pStyle w:val="ListeParagraf"/>
        <w:numPr>
          <w:ilvl w:val="0"/>
          <w:numId w:val="14"/>
        </w:numPr>
        <w:spacing w:after="60" w:line="240" w:lineRule="auto"/>
        <w:rPr>
          <w:rFonts w:cs="Times New Roman"/>
        </w:rPr>
      </w:pPr>
      <w:r w:rsidRPr="003044DE">
        <w:rPr>
          <w:rFonts w:cs="Times New Roman"/>
        </w:rPr>
        <w:t>SKA 4. Nitelikli Eğitim</w:t>
      </w:r>
    </w:p>
    <w:p w:rsidR="003044DE" w:rsidRPr="003044DE" w:rsidRDefault="003044DE" w:rsidP="00B81C5D">
      <w:pPr>
        <w:pStyle w:val="ListeParagraf"/>
        <w:numPr>
          <w:ilvl w:val="0"/>
          <w:numId w:val="14"/>
        </w:numPr>
        <w:spacing w:after="60" w:line="240" w:lineRule="auto"/>
        <w:rPr>
          <w:rFonts w:cs="Times New Roman"/>
        </w:rPr>
      </w:pPr>
      <w:r w:rsidRPr="003044DE">
        <w:rPr>
          <w:rFonts w:cs="Times New Roman"/>
        </w:rPr>
        <w:t>SKA 5. Toplumsal Cinsiyet Eşitliği</w:t>
      </w:r>
    </w:p>
    <w:p w:rsidR="003044DE" w:rsidRPr="003044DE" w:rsidRDefault="003044DE" w:rsidP="00B81C5D">
      <w:pPr>
        <w:pStyle w:val="ListeParagraf"/>
        <w:numPr>
          <w:ilvl w:val="0"/>
          <w:numId w:val="14"/>
        </w:numPr>
        <w:spacing w:after="60" w:line="240" w:lineRule="auto"/>
        <w:rPr>
          <w:rFonts w:cs="Times New Roman"/>
        </w:rPr>
      </w:pPr>
      <w:r w:rsidRPr="003044DE">
        <w:rPr>
          <w:rFonts w:cs="Times New Roman"/>
        </w:rPr>
        <w:t>SKA 10. Eşitsizliklerin Azaltılması</w:t>
      </w:r>
    </w:p>
    <w:p w:rsidR="003044DE" w:rsidRPr="003044DE" w:rsidRDefault="003044DE" w:rsidP="00B81C5D">
      <w:pPr>
        <w:pStyle w:val="ListeParagraf"/>
        <w:numPr>
          <w:ilvl w:val="0"/>
          <w:numId w:val="14"/>
        </w:numPr>
        <w:spacing w:after="60" w:line="240" w:lineRule="auto"/>
        <w:rPr>
          <w:rFonts w:cs="Times New Roman"/>
        </w:rPr>
      </w:pPr>
      <w:r w:rsidRPr="003044DE">
        <w:rPr>
          <w:rFonts w:cs="Times New Roman"/>
        </w:rPr>
        <w:t>SKA 16. Barış, Adalet ve Güçlü Kurumlar</w:t>
      </w:r>
    </w:p>
    <w:p w:rsidR="003044DE" w:rsidRPr="003044DE" w:rsidRDefault="003044DE" w:rsidP="00B81C5D">
      <w:pPr>
        <w:pStyle w:val="ListeParagraf"/>
        <w:numPr>
          <w:ilvl w:val="0"/>
          <w:numId w:val="14"/>
        </w:numPr>
        <w:spacing w:after="60" w:line="240" w:lineRule="auto"/>
        <w:rPr>
          <w:rFonts w:cs="Times New Roman"/>
        </w:rPr>
      </w:pPr>
      <w:r w:rsidRPr="003044DE">
        <w:rPr>
          <w:rFonts w:cs="Times New Roman"/>
        </w:rPr>
        <w:t>SKA 17. Amaçlar İçin Ortaklıklar</w:t>
      </w:r>
    </w:p>
    <w:p w:rsidR="00BC74F8" w:rsidRDefault="00BC74F8" w:rsidP="003044DE">
      <w:pPr>
        <w:spacing w:after="60" w:line="240" w:lineRule="auto"/>
        <w:rPr>
          <w:rFonts w:eastAsiaTheme="majorEastAsia" w:cs="Times New Roman"/>
          <w:b/>
          <w:bCs/>
        </w:rPr>
      </w:pPr>
      <w:r w:rsidRPr="00CC2152">
        <w:rPr>
          <w:rFonts w:eastAsiaTheme="majorEastAsia" w:cs="Times New Roman"/>
          <w:b/>
          <w:bCs/>
        </w:rPr>
        <w:t xml:space="preserve">5. </w:t>
      </w:r>
      <w:r w:rsidR="003C71CE">
        <w:rPr>
          <w:rFonts w:eastAsiaTheme="majorEastAsia" w:cs="Times New Roman"/>
          <w:b/>
          <w:bCs/>
        </w:rPr>
        <w:t>KENDİNİ TANIMA VE İLETİŞİM YÖNTEMLERİ</w:t>
      </w:r>
      <w:r w:rsidRPr="00CC2152">
        <w:rPr>
          <w:rFonts w:eastAsiaTheme="majorEastAsia" w:cs="Times New Roman"/>
          <w:b/>
          <w:bCs/>
        </w:rPr>
        <w:t xml:space="preserve"> DERSİ KAYNAK LİSTESİ</w:t>
      </w:r>
    </w:p>
    <w:p w:rsidR="00BC74F8" w:rsidRPr="00CC2152" w:rsidRDefault="00BC74F8" w:rsidP="00BC74F8">
      <w:pPr>
        <w:spacing w:after="60" w:line="240" w:lineRule="auto"/>
        <w:rPr>
          <w:rFonts w:cs="Times New Roman"/>
          <w:b/>
        </w:rPr>
      </w:pPr>
      <w:r w:rsidRPr="00CC2152">
        <w:rPr>
          <w:rFonts w:cs="Times New Roman"/>
          <w:b/>
        </w:rPr>
        <w:t>Temel Kaynaklar</w:t>
      </w:r>
    </w:p>
    <w:p w:rsidR="00720466" w:rsidRPr="00720466" w:rsidRDefault="00720466" w:rsidP="00720466">
      <w:pPr>
        <w:pStyle w:val="pdq2pgselectionanchorcontainer"/>
        <w:numPr>
          <w:ilvl w:val="0"/>
          <w:numId w:val="39"/>
        </w:numPr>
        <w:rPr>
          <w:sz w:val="22"/>
          <w:szCs w:val="22"/>
        </w:rPr>
      </w:pPr>
      <w:r w:rsidRPr="00720466">
        <w:rPr>
          <w:sz w:val="22"/>
          <w:szCs w:val="22"/>
        </w:rPr>
        <w:t>Arnold, E. C</w:t>
      </w:r>
      <w:proofErr w:type="gramStart"/>
      <w:r w:rsidRPr="00720466">
        <w:rPr>
          <w:sz w:val="22"/>
          <w:szCs w:val="22"/>
        </w:rPr>
        <w:t>.,</w:t>
      </w:r>
      <w:proofErr w:type="gramEnd"/>
      <w:r w:rsidRPr="00720466">
        <w:rPr>
          <w:sz w:val="22"/>
          <w:szCs w:val="22"/>
        </w:rPr>
        <w:t xml:space="preserve"> &amp; Boggs, K. U. (2020). </w:t>
      </w:r>
      <w:r w:rsidRPr="00720466">
        <w:rPr>
          <w:rStyle w:val="Vurgu"/>
          <w:sz w:val="22"/>
          <w:szCs w:val="22"/>
        </w:rPr>
        <w:t>Interpersonal relationships: Professional communication skills for nurses</w:t>
      </w:r>
      <w:r w:rsidRPr="00720466">
        <w:rPr>
          <w:sz w:val="22"/>
          <w:szCs w:val="22"/>
        </w:rPr>
        <w:t xml:space="preserve"> (8th ed.). Elsevier.</w:t>
      </w:r>
    </w:p>
    <w:p w:rsidR="00720466" w:rsidRPr="00720466" w:rsidRDefault="00720466" w:rsidP="00720466">
      <w:pPr>
        <w:pStyle w:val="NormalWeb"/>
        <w:numPr>
          <w:ilvl w:val="0"/>
          <w:numId w:val="39"/>
        </w:numPr>
        <w:rPr>
          <w:sz w:val="22"/>
          <w:szCs w:val="22"/>
        </w:rPr>
      </w:pPr>
      <w:r w:rsidRPr="00720466">
        <w:rPr>
          <w:sz w:val="22"/>
          <w:szCs w:val="22"/>
        </w:rPr>
        <w:t xml:space="preserve">Balzer Riley, J. (2022). </w:t>
      </w:r>
      <w:r w:rsidRPr="00720466">
        <w:rPr>
          <w:rStyle w:val="Vurgu"/>
          <w:sz w:val="22"/>
          <w:szCs w:val="22"/>
        </w:rPr>
        <w:t>Communication in nursing</w:t>
      </w:r>
      <w:r w:rsidRPr="00720466">
        <w:rPr>
          <w:sz w:val="22"/>
          <w:szCs w:val="22"/>
        </w:rPr>
        <w:t xml:space="preserve"> (9th ed.). Elsevier.</w:t>
      </w:r>
    </w:p>
    <w:p w:rsidR="00720466" w:rsidRPr="00720466" w:rsidRDefault="00720466" w:rsidP="00720466">
      <w:pPr>
        <w:pStyle w:val="NormalWeb"/>
        <w:numPr>
          <w:ilvl w:val="0"/>
          <w:numId w:val="39"/>
        </w:numPr>
        <w:rPr>
          <w:sz w:val="22"/>
          <w:szCs w:val="22"/>
        </w:rPr>
      </w:pPr>
      <w:r w:rsidRPr="00720466">
        <w:rPr>
          <w:sz w:val="22"/>
          <w:szCs w:val="22"/>
        </w:rPr>
        <w:t>Çam, O</w:t>
      </w:r>
      <w:proofErr w:type="gramStart"/>
      <w:r w:rsidRPr="00720466">
        <w:rPr>
          <w:sz w:val="22"/>
          <w:szCs w:val="22"/>
        </w:rPr>
        <w:t>.,</w:t>
      </w:r>
      <w:proofErr w:type="gramEnd"/>
      <w:r w:rsidRPr="00720466">
        <w:rPr>
          <w:sz w:val="22"/>
          <w:szCs w:val="22"/>
        </w:rPr>
        <w:t xml:space="preserve"> &amp; Engin, E. (Ed.). (2021). </w:t>
      </w:r>
      <w:proofErr w:type="gramStart"/>
      <w:r w:rsidRPr="00720466">
        <w:rPr>
          <w:rStyle w:val="Vurgu"/>
          <w:sz w:val="22"/>
          <w:szCs w:val="22"/>
        </w:rPr>
        <w:t>Ruh sağlığı ve hastalıkları hemşireliği: Bakım sanatı</w:t>
      </w:r>
      <w:r w:rsidRPr="00720466">
        <w:rPr>
          <w:sz w:val="22"/>
          <w:szCs w:val="22"/>
        </w:rPr>
        <w:t xml:space="preserve">. </w:t>
      </w:r>
      <w:proofErr w:type="gramEnd"/>
      <w:r w:rsidRPr="00720466">
        <w:rPr>
          <w:sz w:val="22"/>
          <w:szCs w:val="22"/>
        </w:rPr>
        <w:t>İstanbul Tıp Kitabevi.</w:t>
      </w:r>
    </w:p>
    <w:p w:rsidR="00720466" w:rsidRPr="00720466" w:rsidRDefault="00720466" w:rsidP="00720466">
      <w:pPr>
        <w:pStyle w:val="NormalWeb"/>
        <w:numPr>
          <w:ilvl w:val="0"/>
          <w:numId w:val="39"/>
        </w:numPr>
        <w:rPr>
          <w:sz w:val="22"/>
          <w:szCs w:val="22"/>
        </w:rPr>
      </w:pPr>
      <w:r w:rsidRPr="00720466">
        <w:rPr>
          <w:sz w:val="22"/>
          <w:szCs w:val="22"/>
        </w:rPr>
        <w:t xml:space="preserve">Egan, G. (2023). </w:t>
      </w:r>
      <w:r w:rsidRPr="00720466">
        <w:rPr>
          <w:rStyle w:val="Vurgu"/>
          <w:sz w:val="22"/>
          <w:szCs w:val="22"/>
        </w:rPr>
        <w:t>The skilled helper: A problem-management and opportunity-development approach to helping</w:t>
      </w:r>
      <w:r w:rsidRPr="00720466">
        <w:rPr>
          <w:sz w:val="22"/>
          <w:szCs w:val="22"/>
        </w:rPr>
        <w:t xml:space="preserve"> (11th ed.). Cengage Learning.</w:t>
      </w:r>
    </w:p>
    <w:p w:rsidR="00720466" w:rsidRPr="00720466" w:rsidRDefault="00720466" w:rsidP="00720466">
      <w:pPr>
        <w:pStyle w:val="NormalWeb"/>
        <w:numPr>
          <w:ilvl w:val="0"/>
          <w:numId w:val="39"/>
        </w:numPr>
        <w:rPr>
          <w:sz w:val="22"/>
          <w:szCs w:val="22"/>
        </w:rPr>
      </w:pPr>
      <w:r w:rsidRPr="00720466">
        <w:rPr>
          <w:sz w:val="22"/>
          <w:szCs w:val="22"/>
        </w:rPr>
        <w:t xml:space="preserve">Gürhan, N. (Ed.). (2022). </w:t>
      </w:r>
      <w:proofErr w:type="gramStart"/>
      <w:r w:rsidRPr="00720466">
        <w:rPr>
          <w:rStyle w:val="Vurgu"/>
          <w:sz w:val="22"/>
          <w:szCs w:val="22"/>
        </w:rPr>
        <w:t>Ruh sağlığı ve psikiyatri hemşireliği</w:t>
      </w:r>
      <w:r w:rsidRPr="00720466">
        <w:rPr>
          <w:sz w:val="22"/>
          <w:szCs w:val="22"/>
        </w:rPr>
        <w:t xml:space="preserve">. </w:t>
      </w:r>
      <w:proofErr w:type="gramEnd"/>
      <w:r w:rsidRPr="00720466">
        <w:rPr>
          <w:sz w:val="22"/>
          <w:szCs w:val="22"/>
        </w:rPr>
        <w:t>Nobel Tıp Kitabevleri.</w:t>
      </w:r>
    </w:p>
    <w:p w:rsidR="00720466" w:rsidRPr="00720466" w:rsidRDefault="00720466" w:rsidP="00720466">
      <w:pPr>
        <w:pStyle w:val="NormalWeb"/>
        <w:numPr>
          <w:ilvl w:val="0"/>
          <w:numId w:val="39"/>
        </w:numPr>
        <w:rPr>
          <w:sz w:val="22"/>
          <w:szCs w:val="22"/>
        </w:rPr>
      </w:pPr>
      <w:r w:rsidRPr="00720466">
        <w:rPr>
          <w:sz w:val="22"/>
          <w:szCs w:val="22"/>
        </w:rPr>
        <w:lastRenderedPageBreak/>
        <w:t>Townsend, M. C</w:t>
      </w:r>
      <w:proofErr w:type="gramStart"/>
      <w:r w:rsidRPr="00720466">
        <w:rPr>
          <w:sz w:val="22"/>
          <w:szCs w:val="22"/>
        </w:rPr>
        <w:t>.,</w:t>
      </w:r>
      <w:proofErr w:type="gramEnd"/>
      <w:r w:rsidRPr="00720466">
        <w:rPr>
          <w:sz w:val="22"/>
          <w:szCs w:val="22"/>
        </w:rPr>
        <w:t xml:space="preserve"> &amp; Morgan, K. I. (2021). </w:t>
      </w:r>
      <w:r w:rsidRPr="00720466">
        <w:rPr>
          <w:rStyle w:val="Vurgu"/>
          <w:sz w:val="22"/>
          <w:szCs w:val="22"/>
        </w:rPr>
        <w:t>Ruh sağlığı ve psikiyatri hemşireliğinin temelleri: Kanıta dayalı uygulama bakım kavramları</w:t>
      </w:r>
      <w:r w:rsidRPr="00720466">
        <w:rPr>
          <w:sz w:val="22"/>
          <w:szCs w:val="22"/>
        </w:rPr>
        <w:t xml:space="preserve"> </w:t>
      </w:r>
      <w:proofErr w:type="gramStart"/>
      <w:r w:rsidRPr="00720466">
        <w:rPr>
          <w:sz w:val="22"/>
          <w:szCs w:val="22"/>
        </w:rPr>
        <w:t>(</w:t>
      </w:r>
      <w:proofErr w:type="gramEnd"/>
      <w:r w:rsidRPr="00720466">
        <w:rPr>
          <w:sz w:val="22"/>
          <w:szCs w:val="22"/>
        </w:rPr>
        <w:t>Çev. Ed. C. T. Özcan &amp; N. Gürhan</w:t>
      </w:r>
      <w:proofErr w:type="gramStart"/>
      <w:r w:rsidRPr="00720466">
        <w:rPr>
          <w:sz w:val="22"/>
          <w:szCs w:val="22"/>
        </w:rPr>
        <w:t>)</w:t>
      </w:r>
      <w:proofErr w:type="gramEnd"/>
      <w:r w:rsidRPr="00720466">
        <w:rPr>
          <w:sz w:val="22"/>
          <w:szCs w:val="22"/>
        </w:rPr>
        <w:t>. Akademisyen Kitabevi.</w:t>
      </w:r>
    </w:p>
    <w:p w:rsidR="00720466" w:rsidRPr="00720466" w:rsidRDefault="00720466" w:rsidP="00720466">
      <w:pPr>
        <w:pStyle w:val="NormalWeb"/>
        <w:numPr>
          <w:ilvl w:val="0"/>
          <w:numId w:val="39"/>
        </w:numPr>
        <w:rPr>
          <w:sz w:val="22"/>
          <w:szCs w:val="22"/>
        </w:rPr>
      </w:pPr>
      <w:r w:rsidRPr="00720466">
        <w:rPr>
          <w:sz w:val="22"/>
          <w:szCs w:val="22"/>
        </w:rPr>
        <w:t>Üstün, B</w:t>
      </w:r>
      <w:proofErr w:type="gramStart"/>
      <w:r w:rsidRPr="00720466">
        <w:rPr>
          <w:sz w:val="22"/>
          <w:szCs w:val="22"/>
        </w:rPr>
        <w:t>.,</w:t>
      </w:r>
      <w:proofErr w:type="gramEnd"/>
      <w:r w:rsidRPr="00720466">
        <w:rPr>
          <w:sz w:val="22"/>
          <w:szCs w:val="22"/>
        </w:rPr>
        <w:t xml:space="preserve"> Demir, S. (2019). Hemşirelikte iletişim. İstanbul: Akademik Basın ve Yayıncılık.</w:t>
      </w:r>
    </w:p>
    <w:p w:rsidR="00BC74F8" w:rsidRPr="00787627" w:rsidRDefault="00BC74F8" w:rsidP="003044DE">
      <w:pPr>
        <w:spacing w:after="60" w:line="240" w:lineRule="auto"/>
        <w:rPr>
          <w:rFonts w:cs="Times New Roman"/>
          <w:b/>
        </w:rPr>
      </w:pPr>
      <w:r w:rsidRPr="00787627">
        <w:rPr>
          <w:rFonts w:cs="Times New Roman"/>
          <w:b/>
        </w:rPr>
        <w:t>Güncel Rehber ve Elektronik Kaynaklar</w:t>
      </w:r>
    </w:p>
    <w:p w:rsidR="00720466" w:rsidRPr="00720466" w:rsidRDefault="00720466" w:rsidP="00720466">
      <w:pPr>
        <w:pStyle w:val="ListeParagraf"/>
        <w:numPr>
          <w:ilvl w:val="0"/>
          <w:numId w:val="40"/>
        </w:numPr>
        <w:spacing w:after="0" w:line="240" w:lineRule="auto"/>
        <w:rPr>
          <w:rFonts w:eastAsia="Times New Roman" w:cs="Times New Roman"/>
          <w:sz w:val="24"/>
          <w:szCs w:val="24"/>
          <w:lang w:val="tr-TR" w:eastAsia="tr-TR"/>
        </w:rPr>
      </w:pPr>
      <w:r w:rsidRPr="00720466">
        <w:rPr>
          <w:rFonts w:eastAsia="Times New Roman" w:cs="Times New Roman"/>
          <w:sz w:val="24"/>
          <w:szCs w:val="24"/>
          <w:lang w:val="tr-TR" w:eastAsia="tr-TR"/>
        </w:rPr>
        <w:t xml:space="preserve">American Nurses Association (ANA). </w:t>
      </w:r>
      <w:r w:rsidRPr="00720466">
        <w:rPr>
          <w:rFonts w:eastAsia="Times New Roman" w:cs="Times New Roman"/>
          <w:i/>
          <w:iCs/>
          <w:sz w:val="24"/>
          <w:szCs w:val="24"/>
          <w:lang w:val="tr-TR" w:eastAsia="tr-TR"/>
        </w:rPr>
        <w:t>Communication and Professional Practice Resources.</w:t>
      </w:r>
      <w:r w:rsidRPr="00720466">
        <w:rPr>
          <w:rFonts w:eastAsia="Times New Roman" w:cs="Times New Roman"/>
          <w:sz w:val="24"/>
          <w:szCs w:val="24"/>
          <w:lang w:val="tr-TR" w:eastAsia="tr-TR"/>
        </w:rPr>
        <w:t xml:space="preserve"> </w:t>
      </w:r>
    </w:p>
    <w:p w:rsidR="00720466" w:rsidRPr="00720466" w:rsidRDefault="00720466" w:rsidP="00720466">
      <w:pPr>
        <w:pStyle w:val="ListeParagraf"/>
        <w:numPr>
          <w:ilvl w:val="0"/>
          <w:numId w:val="40"/>
        </w:numPr>
        <w:spacing w:after="0" w:line="240" w:lineRule="auto"/>
        <w:rPr>
          <w:rFonts w:eastAsia="Times New Roman" w:cs="Times New Roman"/>
          <w:sz w:val="24"/>
          <w:szCs w:val="24"/>
          <w:lang w:val="tr-TR" w:eastAsia="tr-TR"/>
        </w:rPr>
      </w:pPr>
      <w:r w:rsidRPr="00720466">
        <w:rPr>
          <w:rFonts w:eastAsia="Times New Roman" w:cs="Times New Roman"/>
          <w:sz w:val="24"/>
          <w:szCs w:val="24"/>
          <w:lang w:val="tr-TR" w:eastAsia="tr-TR"/>
        </w:rPr>
        <w:t xml:space="preserve">International Council of Nurses (ICN). </w:t>
      </w:r>
      <w:r w:rsidRPr="00720466">
        <w:rPr>
          <w:rFonts w:eastAsia="Times New Roman" w:cs="Times New Roman"/>
          <w:i/>
          <w:iCs/>
          <w:sz w:val="24"/>
          <w:szCs w:val="24"/>
          <w:lang w:val="tr-TR" w:eastAsia="tr-TR"/>
        </w:rPr>
        <w:t>The ICN Code of Ethics for Nurses.</w:t>
      </w:r>
      <w:r w:rsidRPr="00720466">
        <w:rPr>
          <w:rFonts w:eastAsia="Times New Roman" w:cs="Times New Roman"/>
          <w:sz w:val="24"/>
          <w:szCs w:val="24"/>
          <w:lang w:val="tr-TR" w:eastAsia="tr-TR"/>
        </w:rPr>
        <w:t xml:space="preserve"> </w:t>
      </w:r>
    </w:p>
    <w:p w:rsidR="00720466" w:rsidRPr="00720466" w:rsidRDefault="00720466" w:rsidP="00720466">
      <w:pPr>
        <w:pStyle w:val="ListeParagraf"/>
        <w:numPr>
          <w:ilvl w:val="0"/>
          <w:numId w:val="40"/>
        </w:numPr>
        <w:spacing w:after="0" w:line="240" w:lineRule="auto"/>
        <w:rPr>
          <w:rFonts w:eastAsia="Times New Roman" w:cs="Times New Roman"/>
          <w:sz w:val="24"/>
          <w:szCs w:val="24"/>
          <w:lang w:val="tr-TR" w:eastAsia="tr-TR"/>
        </w:rPr>
      </w:pPr>
      <w:r w:rsidRPr="00720466">
        <w:rPr>
          <w:rFonts w:eastAsia="Times New Roman" w:cs="Times New Roman"/>
          <w:sz w:val="24"/>
          <w:szCs w:val="24"/>
          <w:lang w:val="tr-TR" w:eastAsia="tr-TR"/>
        </w:rPr>
        <w:t xml:space="preserve">World Health Organization (WHO). </w:t>
      </w:r>
      <w:r w:rsidRPr="00720466">
        <w:rPr>
          <w:rFonts w:eastAsia="Times New Roman" w:cs="Times New Roman"/>
          <w:i/>
          <w:iCs/>
          <w:sz w:val="24"/>
          <w:szCs w:val="24"/>
          <w:lang w:val="tr-TR" w:eastAsia="tr-TR"/>
        </w:rPr>
        <w:t>Mental Health.</w:t>
      </w:r>
      <w:r w:rsidRPr="00720466">
        <w:rPr>
          <w:rFonts w:eastAsia="Times New Roman" w:cs="Times New Roman"/>
          <w:sz w:val="24"/>
          <w:szCs w:val="24"/>
          <w:lang w:val="tr-TR" w:eastAsia="tr-TR"/>
        </w:rPr>
        <w:t xml:space="preserve"> </w:t>
      </w:r>
    </w:p>
    <w:p w:rsidR="00720466" w:rsidRPr="00720466" w:rsidRDefault="00720466" w:rsidP="00720466">
      <w:pPr>
        <w:pStyle w:val="ListeParagraf"/>
        <w:numPr>
          <w:ilvl w:val="0"/>
          <w:numId w:val="40"/>
        </w:numPr>
        <w:spacing w:after="0" w:line="240" w:lineRule="auto"/>
        <w:rPr>
          <w:rFonts w:eastAsia="Times New Roman" w:cs="Times New Roman"/>
          <w:sz w:val="24"/>
          <w:szCs w:val="24"/>
          <w:lang w:val="tr-TR" w:eastAsia="tr-TR"/>
        </w:rPr>
      </w:pPr>
      <w:r w:rsidRPr="00720466">
        <w:rPr>
          <w:rFonts w:eastAsia="Times New Roman" w:cs="Times New Roman"/>
          <w:sz w:val="24"/>
          <w:szCs w:val="24"/>
          <w:lang w:val="tr-TR" w:eastAsia="tr-TR"/>
        </w:rPr>
        <w:t xml:space="preserve">Türk Hemşireler Derneği (THD). </w:t>
      </w:r>
      <w:r w:rsidRPr="00720466">
        <w:rPr>
          <w:rFonts w:eastAsia="Times New Roman" w:cs="Times New Roman"/>
          <w:i/>
          <w:iCs/>
          <w:sz w:val="24"/>
          <w:szCs w:val="24"/>
          <w:lang w:val="tr-TR" w:eastAsia="tr-TR"/>
        </w:rPr>
        <w:t>Hemşireler İçin Etik İlke ve Sorumluluklar.</w:t>
      </w:r>
      <w:r w:rsidRPr="00720466">
        <w:rPr>
          <w:rFonts w:eastAsia="Times New Roman" w:cs="Times New Roman"/>
          <w:sz w:val="24"/>
          <w:szCs w:val="24"/>
          <w:lang w:val="tr-TR" w:eastAsia="tr-TR"/>
        </w:rPr>
        <w:t xml:space="preserve"> </w:t>
      </w:r>
    </w:p>
    <w:p w:rsidR="00720466" w:rsidRPr="00720466" w:rsidRDefault="00720466" w:rsidP="00720466">
      <w:pPr>
        <w:pStyle w:val="ListeParagraf"/>
        <w:numPr>
          <w:ilvl w:val="0"/>
          <w:numId w:val="40"/>
        </w:numPr>
        <w:spacing w:after="0" w:line="240" w:lineRule="auto"/>
        <w:rPr>
          <w:rFonts w:eastAsia="Times New Roman" w:cs="Times New Roman"/>
          <w:sz w:val="24"/>
          <w:szCs w:val="24"/>
          <w:lang w:val="tr-TR" w:eastAsia="tr-TR"/>
        </w:rPr>
      </w:pPr>
      <w:r w:rsidRPr="00720466">
        <w:rPr>
          <w:rFonts w:eastAsia="Times New Roman" w:cs="Times New Roman"/>
          <w:sz w:val="24"/>
          <w:szCs w:val="24"/>
          <w:lang w:val="tr-TR" w:eastAsia="tr-TR"/>
        </w:rPr>
        <w:t xml:space="preserve">T.C. Sağlık Bakanlığı. </w:t>
      </w:r>
      <w:proofErr w:type="gramStart"/>
      <w:r w:rsidRPr="00720466">
        <w:rPr>
          <w:rFonts w:eastAsia="Times New Roman" w:cs="Times New Roman"/>
          <w:i/>
          <w:iCs/>
          <w:sz w:val="24"/>
          <w:szCs w:val="24"/>
          <w:lang w:val="tr-TR" w:eastAsia="tr-TR"/>
        </w:rPr>
        <w:t>Hasta Hakları Yönetmeliği.</w:t>
      </w:r>
      <w:r w:rsidRPr="00720466">
        <w:rPr>
          <w:rFonts w:eastAsia="Times New Roman" w:cs="Times New Roman"/>
          <w:sz w:val="24"/>
          <w:szCs w:val="24"/>
          <w:lang w:val="tr-TR" w:eastAsia="tr-TR"/>
        </w:rPr>
        <w:t xml:space="preserve"> </w:t>
      </w:r>
      <w:proofErr w:type="gramEnd"/>
    </w:p>
    <w:p w:rsidR="000D0E5C" w:rsidRPr="00720466" w:rsidRDefault="00720466" w:rsidP="00720466">
      <w:pPr>
        <w:pStyle w:val="ListeParagraf"/>
        <w:numPr>
          <w:ilvl w:val="0"/>
          <w:numId w:val="40"/>
        </w:numPr>
        <w:spacing w:after="60" w:line="240" w:lineRule="auto"/>
        <w:rPr>
          <w:rFonts w:cs="Times New Roman"/>
        </w:rPr>
      </w:pPr>
      <w:r w:rsidRPr="00720466">
        <w:rPr>
          <w:rFonts w:eastAsia="Times New Roman" w:cs="Times New Roman"/>
          <w:sz w:val="24"/>
          <w:szCs w:val="24"/>
          <w:lang w:val="tr-TR" w:eastAsia="tr-TR"/>
        </w:rPr>
        <w:t xml:space="preserve">T.C. Sağlık Bakanlığı. </w:t>
      </w:r>
      <w:r w:rsidRPr="00720466">
        <w:rPr>
          <w:rFonts w:eastAsia="Times New Roman" w:cs="Times New Roman"/>
          <w:i/>
          <w:iCs/>
          <w:sz w:val="24"/>
          <w:szCs w:val="24"/>
          <w:lang w:val="tr-TR" w:eastAsia="tr-TR"/>
        </w:rPr>
        <w:t>Sağlıkta Kalite Standartları (SKS) Hastane.</w:t>
      </w:r>
    </w:p>
    <w:sectPr w:rsidR="000D0E5C" w:rsidRPr="00720466" w:rsidSect="00034616">
      <w:pgSz w:w="11909" w:h="16834"/>
      <w:pgMar w:top="1152" w:right="1152" w:bottom="93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AE" w:rsidRDefault="000971AE">
      <w:pPr>
        <w:spacing w:after="0" w:line="240" w:lineRule="auto"/>
      </w:pPr>
      <w:r>
        <w:separator/>
      </w:r>
    </w:p>
  </w:endnote>
  <w:endnote w:type="continuationSeparator" w:id="0">
    <w:p w:rsidR="000971AE" w:rsidRDefault="0009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F84" w:rsidRDefault="007A5C75">
    <w:pPr>
      <w:pStyle w:val="Altbilgi"/>
      <w:jc w:val="center"/>
    </w:pPr>
    <w:r>
      <w:fldChar w:fldCharType="begin"/>
    </w:r>
    <w:r>
      <w:instrText xml:space="preserve"> PAGE </w:instrText>
    </w:r>
    <w:r>
      <w:fldChar w:fldCharType="separate"/>
    </w:r>
    <w:r w:rsidR="00273FBC">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AE" w:rsidRDefault="000971AE">
      <w:pPr>
        <w:spacing w:after="0" w:line="240" w:lineRule="auto"/>
      </w:pPr>
      <w:r>
        <w:separator/>
      </w:r>
    </w:p>
  </w:footnote>
  <w:footnote w:type="continuationSeparator" w:id="0">
    <w:p w:rsidR="000971AE" w:rsidRDefault="000971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1">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2">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5">
    <w:nsid w:val="FFFFFF89"/>
    <w:multiLevelType w:val="singleLevel"/>
    <w:tmpl w:val="B702643C"/>
    <w:lvl w:ilvl="0">
      <w:start w:val="1"/>
      <w:numFmt w:val="bullet"/>
      <w:pStyle w:val="ListeMaddemi"/>
      <w:lvlText w:val=""/>
      <w:lvlJc w:val="left"/>
      <w:pPr>
        <w:tabs>
          <w:tab w:val="num" w:pos="2204"/>
        </w:tabs>
        <w:ind w:left="2204" w:hanging="360"/>
      </w:pPr>
      <w:rPr>
        <w:rFonts w:ascii="Symbol" w:hAnsi="Symbol" w:hint="default"/>
      </w:rPr>
    </w:lvl>
  </w:abstractNum>
  <w:abstractNum w:abstractNumId="6">
    <w:nsid w:val="00724035"/>
    <w:multiLevelType w:val="hybridMultilevel"/>
    <w:tmpl w:val="CB90D2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5E546BF"/>
    <w:multiLevelType w:val="hybridMultilevel"/>
    <w:tmpl w:val="8348F7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0D733552"/>
    <w:multiLevelType w:val="hybridMultilevel"/>
    <w:tmpl w:val="801EA4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0EF75F2E"/>
    <w:multiLevelType w:val="hybridMultilevel"/>
    <w:tmpl w:val="3488D408"/>
    <w:lvl w:ilvl="0" w:tplc="B2E4475E">
      <w:start w:val="1"/>
      <w:numFmt w:val="decimal"/>
      <w:lvlText w:val="%1."/>
      <w:lvlJc w:val="left"/>
      <w:pPr>
        <w:ind w:left="615" w:hanging="360"/>
      </w:pPr>
      <w:rPr>
        <w:b/>
      </w:rPr>
    </w:lvl>
    <w:lvl w:ilvl="1" w:tplc="041F0019" w:tentative="1">
      <w:start w:val="1"/>
      <w:numFmt w:val="lowerLetter"/>
      <w:lvlText w:val="%2."/>
      <w:lvlJc w:val="left"/>
      <w:pPr>
        <w:ind w:left="1335" w:hanging="360"/>
      </w:pPr>
    </w:lvl>
    <w:lvl w:ilvl="2" w:tplc="041F001B" w:tentative="1">
      <w:start w:val="1"/>
      <w:numFmt w:val="lowerRoman"/>
      <w:lvlText w:val="%3."/>
      <w:lvlJc w:val="right"/>
      <w:pPr>
        <w:ind w:left="2055" w:hanging="180"/>
      </w:pPr>
    </w:lvl>
    <w:lvl w:ilvl="3" w:tplc="041F000F" w:tentative="1">
      <w:start w:val="1"/>
      <w:numFmt w:val="decimal"/>
      <w:lvlText w:val="%4."/>
      <w:lvlJc w:val="left"/>
      <w:pPr>
        <w:ind w:left="2775" w:hanging="360"/>
      </w:pPr>
    </w:lvl>
    <w:lvl w:ilvl="4" w:tplc="041F0019" w:tentative="1">
      <w:start w:val="1"/>
      <w:numFmt w:val="lowerLetter"/>
      <w:lvlText w:val="%5."/>
      <w:lvlJc w:val="left"/>
      <w:pPr>
        <w:ind w:left="3495" w:hanging="360"/>
      </w:pPr>
    </w:lvl>
    <w:lvl w:ilvl="5" w:tplc="041F001B" w:tentative="1">
      <w:start w:val="1"/>
      <w:numFmt w:val="lowerRoman"/>
      <w:lvlText w:val="%6."/>
      <w:lvlJc w:val="right"/>
      <w:pPr>
        <w:ind w:left="4215" w:hanging="180"/>
      </w:pPr>
    </w:lvl>
    <w:lvl w:ilvl="6" w:tplc="041F000F" w:tentative="1">
      <w:start w:val="1"/>
      <w:numFmt w:val="decimal"/>
      <w:lvlText w:val="%7."/>
      <w:lvlJc w:val="left"/>
      <w:pPr>
        <w:ind w:left="4935" w:hanging="360"/>
      </w:pPr>
    </w:lvl>
    <w:lvl w:ilvl="7" w:tplc="041F0019" w:tentative="1">
      <w:start w:val="1"/>
      <w:numFmt w:val="lowerLetter"/>
      <w:lvlText w:val="%8."/>
      <w:lvlJc w:val="left"/>
      <w:pPr>
        <w:ind w:left="5655" w:hanging="360"/>
      </w:pPr>
    </w:lvl>
    <w:lvl w:ilvl="8" w:tplc="041F001B" w:tentative="1">
      <w:start w:val="1"/>
      <w:numFmt w:val="lowerRoman"/>
      <w:lvlText w:val="%9."/>
      <w:lvlJc w:val="right"/>
      <w:pPr>
        <w:ind w:left="6375" w:hanging="180"/>
      </w:pPr>
    </w:lvl>
  </w:abstractNum>
  <w:abstractNum w:abstractNumId="10">
    <w:nsid w:val="12445BC4"/>
    <w:multiLevelType w:val="hybridMultilevel"/>
    <w:tmpl w:val="73108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6DA6699"/>
    <w:multiLevelType w:val="hybridMultilevel"/>
    <w:tmpl w:val="B0124D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8BB7784"/>
    <w:multiLevelType w:val="hybridMultilevel"/>
    <w:tmpl w:val="C2D054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C2908F4"/>
    <w:multiLevelType w:val="hybridMultilevel"/>
    <w:tmpl w:val="38D6E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96379A4"/>
    <w:multiLevelType w:val="hybridMultilevel"/>
    <w:tmpl w:val="AD32C6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2D5A0EA9"/>
    <w:multiLevelType w:val="hybridMultilevel"/>
    <w:tmpl w:val="562AF5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5193DD8"/>
    <w:multiLevelType w:val="hybridMultilevel"/>
    <w:tmpl w:val="B3A2C1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60E0816"/>
    <w:multiLevelType w:val="hybridMultilevel"/>
    <w:tmpl w:val="C55CF1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8A257E7"/>
    <w:multiLevelType w:val="hybridMultilevel"/>
    <w:tmpl w:val="F8465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3BCF2F8C"/>
    <w:multiLevelType w:val="hybridMultilevel"/>
    <w:tmpl w:val="BA9ED3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20A3CF9"/>
    <w:multiLevelType w:val="hybridMultilevel"/>
    <w:tmpl w:val="94E23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FDF7682"/>
    <w:multiLevelType w:val="hybridMultilevel"/>
    <w:tmpl w:val="4F7E2B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7504EBC"/>
    <w:multiLevelType w:val="hybridMultilevel"/>
    <w:tmpl w:val="79B8E8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CA73B18"/>
    <w:multiLevelType w:val="hybridMultilevel"/>
    <w:tmpl w:val="7E2005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5EB34CB6"/>
    <w:multiLevelType w:val="hybridMultilevel"/>
    <w:tmpl w:val="3E825B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3D417FA"/>
    <w:multiLevelType w:val="hybridMultilevel"/>
    <w:tmpl w:val="F8B628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521671D"/>
    <w:multiLevelType w:val="hybridMultilevel"/>
    <w:tmpl w:val="FD5E9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62909B7"/>
    <w:multiLevelType w:val="hybridMultilevel"/>
    <w:tmpl w:val="E97617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674E57B0"/>
    <w:multiLevelType w:val="hybridMultilevel"/>
    <w:tmpl w:val="741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9872AD6"/>
    <w:multiLevelType w:val="hybridMultilevel"/>
    <w:tmpl w:val="11F05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6A242463"/>
    <w:multiLevelType w:val="hybridMultilevel"/>
    <w:tmpl w:val="3E2A2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B196652"/>
    <w:multiLevelType w:val="hybridMultilevel"/>
    <w:tmpl w:val="566E0D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C2938ED"/>
    <w:multiLevelType w:val="hybridMultilevel"/>
    <w:tmpl w:val="31A276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734861D8"/>
    <w:multiLevelType w:val="hybridMultilevel"/>
    <w:tmpl w:val="D6062F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746650A4"/>
    <w:multiLevelType w:val="hybridMultilevel"/>
    <w:tmpl w:val="C4A224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5F4564F"/>
    <w:multiLevelType w:val="hybridMultilevel"/>
    <w:tmpl w:val="B40E06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819240F"/>
    <w:multiLevelType w:val="hybridMultilevel"/>
    <w:tmpl w:val="1896A8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98F3BC1"/>
    <w:multiLevelType w:val="hybridMultilevel"/>
    <w:tmpl w:val="3BFE06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7DB01649"/>
    <w:multiLevelType w:val="hybridMultilevel"/>
    <w:tmpl w:val="285A4B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F9E2939"/>
    <w:multiLevelType w:val="hybridMultilevel"/>
    <w:tmpl w:val="712C2A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8"/>
  </w:num>
  <w:num w:numId="8">
    <w:abstractNumId w:val="32"/>
  </w:num>
  <w:num w:numId="9">
    <w:abstractNumId w:val="14"/>
  </w:num>
  <w:num w:numId="10">
    <w:abstractNumId w:val="31"/>
  </w:num>
  <w:num w:numId="11">
    <w:abstractNumId w:val="10"/>
  </w:num>
  <w:num w:numId="12">
    <w:abstractNumId w:val="13"/>
  </w:num>
  <w:num w:numId="13">
    <w:abstractNumId w:val="28"/>
  </w:num>
  <w:num w:numId="14">
    <w:abstractNumId w:val="24"/>
  </w:num>
  <w:num w:numId="15">
    <w:abstractNumId w:val="11"/>
  </w:num>
  <w:num w:numId="16">
    <w:abstractNumId w:val="29"/>
  </w:num>
  <w:num w:numId="17">
    <w:abstractNumId w:val="26"/>
  </w:num>
  <w:num w:numId="18">
    <w:abstractNumId w:val="16"/>
  </w:num>
  <w:num w:numId="19">
    <w:abstractNumId w:val="30"/>
  </w:num>
  <w:num w:numId="20">
    <w:abstractNumId w:val="8"/>
  </w:num>
  <w:num w:numId="21">
    <w:abstractNumId w:val="27"/>
  </w:num>
  <w:num w:numId="22">
    <w:abstractNumId w:val="38"/>
  </w:num>
  <w:num w:numId="23">
    <w:abstractNumId w:val="36"/>
  </w:num>
  <w:num w:numId="24">
    <w:abstractNumId w:val="22"/>
  </w:num>
  <w:num w:numId="25">
    <w:abstractNumId w:val="12"/>
  </w:num>
  <w:num w:numId="26">
    <w:abstractNumId w:val="21"/>
  </w:num>
  <w:num w:numId="27">
    <w:abstractNumId w:val="19"/>
  </w:num>
  <w:num w:numId="28">
    <w:abstractNumId w:val="37"/>
  </w:num>
  <w:num w:numId="29">
    <w:abstractNumId w:val="6"/>
  </w:num>
  <w:num w:numId="30">
    <w:abstractNumId w:val="15"/>
  </w:num>
  <w:num w:numId="31">
    <w:abstractNumId w:val="9"/>
  </w:num>
  <w:num w:numId="32">
    <w:abstractNumId w:val="34"/>
  </w:num>
  <w:num w:numId="33">
    <w:abstractNumId w:val="23"/>
  </w:num>
  <w:num w:numId="34">
    <w:abstractNumId w:val="7"/>
  </w:num>
  <w:num w:numId="35">
    <w:abstractNumId w:val="17"/>
  </w:num>
  <w:num w:numId="36">
    <w:abstractNumId w:val="39"/>
  </w:num>
  <w:num w:numId="37">
    <w:abstractNumId w:val="20"/>
  </w:num>
  <w:num w:numId="38">
    <w:abstractNumId w:val="35"/>
  </w:num>
  <w:num w:numId="39">
    <w:abstractNumId w:val="25"/>
  </w:num>
  <w:num w:numId="4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7811"/>
    <w:rsid w:val="00034616"/>
    <w:rsid w:val="00037858"/>
    <w:rsid w:val="0005598A"/>
    <w:rsid w:val="0006063C"/>
    <w:rsid w:val="00062EC5"/>
    <w:rsid w:val="00067E6B"/>
    <w:rsid w:val="0007166F"/>
    <w:rsid w:val="000971AE"/>
    <w:rsid w:val="000D0E5C"/>
    <w:rsid w:val="000D1517"/>
    <w:rsid w:val="000F5F41"/>
    <w:rsid w:val="0015074B"/>
    <w:rsid w:val="00185B8F"/>
    <w:rsid w:val="001932BD"/>
    <w:rsid w:val="001D3BCE"/>
    <w:rsid w:val="001D43F9"/>
    <w:rsid w:val="001E4A5C"/>
    <w:rsid w:val="001F024C"/>
    <w:rsid w:val="00215831"/>
    <w:rsid w:val="002201D7"/>
    <w:rsid w:val="00273FBC"/>
    <w:rsid w:val="002909F3"/>
    <w:rsid w:val="0029639D"/>
    <w:rsid w:val="002F33C9"/>
    <w:rsid w:val="003044DE"/>
    <w:rsid w:val="00305638"/>
    <w:rsid w:val="00320430"/>
    <w:rsid w:val="00326F90"/>
    <w:rsid w:val="00334AB7"/>
    <w:rsid w:val="003938B2"/>
    <w:rsid w:val="003A46F0"/>
    <w:rsid w:val="003C71CE"/>
    <w:rsid w:val="003E1876"/>
    <w:rsid w:val="0044615B"/>
    <w:rsid w:val="00446D79"/>
    <w:rsid w:val="00450C73"/>
    <w:rsid w:val="00460604"/>
    <w:rsid w:val="004C4D17"/>
    <w:rsid w:val="004D34D0"/>
    <w:rsid w:val="005247E6"/>
    <w:rsid w:val="00573EBB"/>
    <w:rsid w:val="0057760F"/>
    <w:rsid w:val="005801F9"/>
    <w:rsid w:val="005B3DB7"/>
    <w:rsid w:val="0065187D"/>
    <w:rsid w:val="006544E2"/>
    <w:rsid w:val="0068045B"/>
    <w:rsid w:val="006823B0"/>
    <w:rsid w:val="0068619A"/>
    <w:rsid w:val="006E1C4A"/>
    <w:rsid w:val="006E32C3"/>
    <w:rsid w:val="00720466"/>
    <w:rsid w:val="0072503B"/>
    <w:rsid w:val="00762FA8"/>
    <w:rsid w:val="00766F84"/>
    <w:rsid w:val="00787627"/>
    <w:rsid w:val="007A5C75"/>
    <w:rsid w:val="007C0B7E"/>
    <w:rsid w:val="007F3163"/>
    <w:rsid w:val="008225E6"/>
    <w:rsid w:val="00896777"/>
    <w:rsid w:val="008F515C"/>
    <w:rsid w:val="00952E6F"/>
    <w:rsid w:val="00974B31"/>
    <w:rsid w:val="0097610C"/>
    <w:rsid w:val="009863F0"/>
    <w:rsid w:val="009A3F3A"/>
    <w:rsid w:val="009B7C87"/>
    <w:rsid w:val="009D0514"/>
    <w:rsid w:val="009D203A"/>
    <w:rsid w:val="00A07447"/>
    <w:rsid w:val="00A2178B"/>
    <w:rsid w:val="00A5177C"/>
    <w:rsid w:val="00A76B33"/>
    <w:rsid w:val="00A82CB6"/>
    <w:rsid w:val="00AA1D8D"/>
    <w:rsid w:val="00B00406"/>
    <w:rsid w:val="00B26749"/>
    <w:rsid w:val="00B31534"/>
    <w:rsid w:val="00B40BCD"/>
    <w:rsid w:val="00B47730"/>
    <w:rsid w:val="00B5686F"/>
    <w:rsid w:val="00B81C5D"/>
    <w:rsid w:val="00BC74F8"/>
    <w:rsid w:val="00C11A28"/>
    <w:rsid w:val="00C40DDB"/>
    <w:rsid w:val="00CB0664"/>
    <w:rsid w:val="00CC2152"/>
    <w:rsid w:val="00D3239B"/>
    <w:rsid w:val="00D71248"/>
    <w:rsid w:val="00D81BF0"/>
    <w:rsid w:val="00D8798F"/>
    <w:rsid w:val="00DC49E8"/>
    <w:rsid w:val="00DE3CF1"/>
    <w:rsid w:val="00E35006"/>
    <w:rsid w:val="00E61989"/>
    <w:rsid w:val="00E745F5"/>
    <w:rsid w:val="00EA4419"/>
    <w:rsid w:val="00ED17E2"/>
    <w:rsid w:val="00EE011A"/>
    <w:rsid w:val="00EF7543"/>
    <w:rsid w:val="00F50771"/>
    <w:rsid w:val="00F60845"/>
    <w:rsid w:val="00F801C4"/>
    <w:rsid w:val="00FC693F"/>
    <w:rsid w:val="00FE56D9"/>
    <w:rsid w:val="00FE78CD"/>
    <w:rsid w:val="00FF36F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tabs>
        <w:tab w:val="clear" w:pos="2204"/>
        <w:tab w:val="num" w:pos="360"/>
      </w:tabs>
      <w:ind w:left="360"/>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4"/>
      </w:numPr>
      <w:contextualSpacing/>
    </w:pPr>
  </w:style>
  <w:style w:type="paragraph" w:styleId="ListeNumaras2">
    <w:name w:val="List Number 2"/>
    <w:basedOn w:val="Normal"/>
    <w:uiPriority w:val="99"/>
    <w:unhideWhenUsed/>
    <w:rsid w:val="0029639D"/>
    <w:pPr>
      <w:numPr>
        <w:numId w:val="5"/>
      </w:numPr>
      <w:contextualSpacing/>
    </w:pPr>
  </w:style>
  <w:style w:type="paragraph" w:styleId="ListeNumaras3">
    <w:name w:val="List Number 3"/>
    <w:basedOn w:val="Normal"/>
    <w:uiPriority w:val="99"/>
    <w:unhideWhenUsed/>
    <w:rsid w:val="0029639D"/>
    <w:pPr>
      <w:numPr>
        <w:numId w:val="6"/>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762F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2FA8"/>
    <w:rPr>
      <w:rFonts w:ascii="Tahoma" w:hAnsi="Tahoma" w:cs="Tahoma"/>
      <w:sz w:val="16"/>
      <w:szCs w:val="16"/>
    </w:rPr>
  </w:style>
  <w:style w:type="paragraph" w:customStyle="1" w:styleId="pdq2pgselectionanchorcontainer">
    <w:name w:val="pdq2pg_selectionanchorcontainer"/>
    <w:basedOn w:val="Normal"/>
    <w:rsid w:val="00EA4419"/>
    <w:pPr>
      <w:spacing w:before="100" w:beforeAutospacing="1" w:after="100" w:afterAutospacing="1" w:line="240" w:lineRule="auto"/>
    </w:pPr>
    <w:rPr>
      <w:rFonts w:eastAsia="Times New Roman" w:cs="Times New Roman"/>
      <w:sz w:val="24"/>
      <w:szCs w:val="24"/>
      <w:lang w:val="tr-TR" w:eastAsia="tr-TR"/>
    </w:rPr>
  </w:style>
  <w:style w:type="paragraph" w:styleId="NormalWeb">
    <w:name w:val="Normal (Web)"/>
    <w:basedOn w:val="Normal"/>
    <w:uiPriority w:val="99"/>
    <w:unhideWhenUsed/>
    <w:rsid w:val="00EA4419"/>
    <w:pPr>
      <w:spacing w:before="100" w:beforeAutospacing="1" w:after="100" w:afterAutospacing="1" w:line="240" w:lineRule="auto"/>
    </w:pPr>
    <w:rPr>
      <w:rFonts w:eastAsia="Times New Roman" w:cs="Times New Roman"/>
      <w:sz w:val="24"/>
      <w:szCs w:val="24"/>
      <w:lang w:val="tr-TR" w:eastAsia="tr-TR"/>
    </w:rPr>
  </w:style>
  <w:style w:type="table" w:customStyle="1" w:styleId="TabloKlavuzu1">
    <w:name w:val="Tablo Kılavuzu1"/>
    <w:basedOn w:val="NormalTablo"/>
    <w:next w:val="TabloKlavuzu"/>
    <w:uiPriority w:val="59"/>
    <w:rsid w:val="008F515C"/>
    <w:pPr>
      <w:spacing w:after="0" w:line="240" w:lineRule="auto"/>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tabs>
        <w:tab w:val="clear" w:pos="2204"/>
        <w:tab w:val="num" w:pos="360"/>
      </w:tabs>
      <w:ind w:left="360"/>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4"/>
      </w:numPr>
      <w:contextualSpacing/>
    </w:pPr>
  </w:style>
  <w:style w:type="paragraph" w:styleId="ListeNumaras2">
    <w:name w:val="List Number 2"/>
    <w:basedOn w:val="Normal"/>
    <w:uiPriority w:val="99"/>
    <w:unhideWhenUsed/>
    <w:rsid w:val="0029639D"/>
    <w:pPr>
      <w:numPr>
        <w:numId w:val="5"/>
      </w:numPr>
      <w:contextualSpacing/>
    </w:pPr>
  </w:style>
  <w:style w:type="paragraph" w:styleId="ListeNumaras3">
    <w:name w:val="List Number 3"/>
    <w:basedOn w:val="Normal"/>
    <w:uiPriority w:val="99"/>
    <w:unhideWhenUsed/>
    <w:rsid w:val="0029639D"/>
    <w:pPr>
      <w:numPr>
        <w:numId w:val="6"/>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762F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2FA8"/>
    <w:rPr>
      <w:rFonts w:ascii="Tahoma" w:hAnsi="Tahoma" w:cs="Tahoma"/>
      <w:sz w:val="16"/>
      <w:szCs w:val="16"/>
    </w:rPr>
  </w:style>
  <w:style w:type="paragraph" w:customStyle="1" w:styleId="pdq2pgselectionanchorcontainer">
    <w:name w:val="pdq2pg_selectionanchorcontainer"/>
    <w:basedOn w:val="Normal"/>
    <w:rsid w:val="00EA4419"/>
    <w:pPr>
      <w:spacing w:before="100" w:beforeAutospacing="1" w:after="100" w:afterAutospacing="1" w:line="240" w:lineRule="auto"/>
    </w:pPr>
    <w:rPr>
      <w:rFonts w:eastAsia="Times New Roman" w:cs="Times New Roman"/>
      <w:sz w:val="24"/>
      <w:szCs w:val="24"/>
      <w:lang w:val="tr-TR" w:eastAsia="tr-TR"/>
    </w:rPr>
  </w:style>
  <w:style w:type="paragraph" w:styleId="NormalWeb">
    <w:name w:val="Normal (Web)"/>
    <w:basedOn w:val="Normal"/>
    <w:uiPriority w:val="99"/>
    <w:unhideWhenUsed/>
    <w:rsid w:val="00EA4419"/>
    <w:pPr>
      <w:spacing w:before="100" w:beforeAutospacing="1" w:after="100" w:afterAutospacing="1" w:line="240" w:lineRule="auto"/>
    </w:pPr>
    <w:rPr>
      <w:rFonts w:eastAsia="Times New Roman" w:cs="Times New Roman"/>
      <w:sz w:val="24"/>
      <w:szCs w:val="24"/>
      <w:lang w:val="tr-TR" w:eastAsia="tr-TR"/>
    </w:rPr>
  </w:style>
  <w:style w:type="table" w:customStyle="1" w:styleId="TabloKlavuzu1">
    <w:name w:val="Tablo Kılavuzu1"/>
    <w:basedOn w:val="NormalTablo"/>
    <w:next w:val="TabloKlavuzu"/>
    <w:uiPriority w:val="59"/>
    <w:rsid w:val="008F515C"/>
    <w:pPr>
      <w:spacing w:after="0" w:line="240" w:lineRule="auto"/>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571">
      <w:bodyDiv w:val="1"/>
      <w:marLeft w:val="0"/>
      <w:marRight w:val="0"/>
      <w:marTop w:val="0"/>
      <w:marBottom w:val="0"/>
      <w:divBdr>
        <w:top w:val="none" w:sz="0" w:space="0" w:color="auto"/>
        <w:left w:val="none" w:sz="0" w:space="0" w:color="auto"/>
        <w:bottom w:val="none" w:sz="0" w:space="0" w:color="auto"/>
        <w:right w:val="none" w:sz="0" w:space="0" w:color="auto"/>
      </w:divBdr>
    </w:div>
    <w:div w:id="26297579">
      <w:bodyDiv w:val="1"/>
      <w:marLeft w:val="0"/>
      <w:marRight w:val="0"/>
      <w:marTop w:val="0"/>
      <w:marBottom w:val="0"/>
      <w:divBdr>
        <w:top w:val="none" w:sz="0" w:space="0" w:color="auto"/>
        <w:left w:val="none" w:sz="0" w:space="0" w:color="auto"/>
        <w:bottom w:val="none" w:sz="0" w:space="0" w:color="auto"/>
        <w:right w:val="none" w:sz="0" w:space="0" w:color="auto"/>
      </w:divBdr>
    </w:div>
    <w:div w:id="35277699">
      <w:bodyDiv w:val="1"/>
      <w:marLeft w:val="0"/>
      <w:marRight w:val="0"/>
      <w:marTop w:val="0"/>
      <w:marBottom w:val="0"/>
      <w:divBdr>
        <w:top w:val="none" w:sz="0" w:space="0" w:color="auto"/>
        <w:left w:val="none" w:sz="0" w:space="0" w:color="auto"/>
        <w:bottom w:val="none" w:sz="0" w:space="0" w:color="auto"/>
        <w:right w:val="none" w:sz="0" w:space="0" w:color="auto"/>
      </w:divBdr>
    </w:div>
    <w:div w:id="70200032">
      <w:bodyDiv w:val="1"/>
      <w:marLeft w:val="0"/>
      <w:marRight w:val="0"/>
      <w:marTop w:val="0"/>
      <w:marBottom w:val="0"/>
      <w:divBdr>
        <w:top w:val="none" w:sz="0" w:space="0" w:color="auto"/>
        <w:left w:val="none" w:sz="0" w:space="0" w:color="auto"/>
        <w:bottom w:val="none" w:sz="0" w:space="0" w:color="auto"/>
        <w:right w:val="none" w:sz="0" w:space="0" w:color="auto"/>
      </w:divBdr>
    </w:div>
    <w:div w:id="80684626">
      <w:bodyDiv w:val="1"/>
      <w:marLeft w:val="0"/>
      <w:marRight w:val="0"/>
      <w:marTop w:val="0"/>
      <w:marBottom w:val="0"/>
      <w:divBdr>
        <w:top w:val="none" w:sz="0" w:space="0" w:color="auto"/>
        <w:left w:val="none" w:sz="0" w:space="0" w:color="auto"/>
        <w:bottom w:val="none" w:sz="0" w:space="0" w:color="auto"/>
        <w:right w:val="none" w:sz="0" w:space="0" w:color="auto"/>
      </w:divBdr>
    </w:div>
    <w:div w:id="91509011">
      <w:bodyDiv w:val="1"/>
      <w:marLeft w:val="0"/>
      <w:marRight w:val="0"/>
      <w:marTop w:val="0"/>
      <w:marBottom w:val="0"/>
      <w:divBdr>
        <w:top w:val="none" w:sz="0" w:space="0" w:color="auto"/>
        <w:left w:val="none" w:sz="0" w:space="0" w:color="auto"/>
        <w:bottom w:val="none" w:sz="0" w:space="0" w:color="auto"/>
        <w:right w:val="none" w:sz="0" w:space="0" w:color="auto"/>
      </w:divBdr>
    </w:div>
    <w:div w:id="105084818">
      <w:bodyDiv w:val="1"/>
      <w:marLeft w:val="0"/>
      <w:marRight w:val="0"/>
      <w:marTop w:val="0"/>
      <w:marBottom w:val="0"/>
      <w:divBdr>
        <w:top w:val="none" w:sz="0" w:space="0" w:color="auto"/>
        <w:left w:val="none" w:sz="0" w:space="0" w:color="auto"/>
        <w:bottom w:val="none" w:sz="0" w:space="0" w:color="auto"/>
        <w:right w:val="none" w:sz="0" w:space="0" w:color="auto"/>
      </w:divBdr>
    </w:div>
    <w:div w:id="188220065">
      <w:bodyDiv w:val="1"/>
      <w:marLeft w:val="0"/>
      <w:marRight w:val="0"/>
      <w:marTop w:val="0"/>
      <w:marBottom w:val="0"/>
      <w:divBdr>
        <w:top w:val="none" w:sz="0" w:space="0" w:color="auto"/>
        <w:left w:val="none" w:sz="0" w:space="0" w:color="auto"/>
        <w:bottom w:val="none" w:sz="0" w:space="0" w:color="auto"/>
        <w:right w:val="none" w:sz="0" w:space="0" w:color="auto"/>
      </w:divBdr>
    </w:div>
    <w:div w:id="218906526">
      <w:bodyDiv w:val="1"/>
      <w:marLeft w:val="0"/>
      <w:marRight w:val="0"/>
      <w:marTop w:val="0"/>
      <w:marBottom w:val="0"/>
      <w:divBdr>
        <w:top w:val="none" w:sz="0" w:space="0" w:color="auto"/>
        <w:left w:val="none" w:sz="0" w:space="0" w:color="auto"/>
        <w:bottom w:val="none" w:sz="0" w:space="0" w:color="auto"/>
        <w:right w:val="none" w:sz="0" w:space="0" w:color="auto"/>
      </w:divBdr>
    </w:div>
    <w:div w:id="221910989">
      <w:bodyDiv w:val="1"/>
      <w:marLeft w:val="0"/>
      <w:marRight w:val="0"/>
      <w:marTop w:val="0"/>
      <w:marBottom w:val="0"/>
      <w:divBdr>
        <w:top w:val="none" w:sz="0" w:space="0" w:color="auto"/>
        <w:left w:val="none" w:sz="0" w:space="0" w:color="auto"/>
        <w:bottom w:val="none" w:sz="0" w:space="0" w:color="auto"/>
        <w:right w:val="none" w:sz="0" w:space="0" w:color="auto"/>
      </w:divBdr>
    </w:div>
    <w:div w:id="235634395">
      <w:bodyDiv w:val="1"/>
      <w:marLeft w:val="0"/>
      <w:marRight w:val="0"/>
      <w:marTop w:val="0"/>
      <w:marBottom w:val="0"/>
      <w:divBdr>
        <w:top w:val="none" w:sz="0" w:space="0" w:color="auto"/>
        <w:left w:val="none" w:sz="0" w:space="0" w:color="auto"/>
        <w:bottom w:val="none" w:sz="0" w:space="0" w:color="auto"/>
        <w:right w:val="none" w:sz="0" w:space="0" w:color="auto"/>
      </w:divBdr>
    </w:div>
    <w:div w:id="264926477">
      <w:bodyDiv w:val="1"/>
      <w:marLeft w:val="0"/>
      <w:marRight w:val="0"/>
      <w:marTop w:val="0"/>
      <w:marBottom w:val="0"/>
      <w:divBdr>
        <w:top w:val="none" w:sz="0" w:space="0" w:color="auto"/>
        <w:left w:val="none" w:sz="0" w:space="0" w:color="auto"/>
        <w:bottom w:val="none" w:sz="0" w:space="0" w:color="auto"/>
        <w:right w:val="none" w:sz="0" w:space="0" w:color="auto"/>
      </w:divBdr>
    </w:div>
    <w:div w:id="269435348">
      <w:bodyDiv w:val="1"/>
      <w:marLeft w:val="0"/>
      <w:marRight w:val="0"/>
      <w:marTop w:val="0"/>
      <w:marBottom w:val="0"/>
      <w:divBdr>
        <w:top w:val="none" w:sz="0" w:space="0" w:color="auto"/>
        <w:left w:val="none" w:sz="0" w:space="0" w:color="auto"/>
        <w:bottom w:val="none" w:sz="0" w:space="0" w:color="auto"/>
        <w:right w:val="none" w:sz="0" w:space="0" w:color="auto"/>
      </w:divBdr>
    </w:div>
    <w:div w:id="311254574">
      <w:bodyDiv w:val="1"/>
      <w:marLeft w:val="0"/>
      <w:marRight w:val="0"/>
      <w:marTop w:val="0"/>
      <w:marBottom w:val="0"/>
      <w:divBdr>
        <w:top w:val="none" w:sz="0" w:space="0" w:color="auto"/>
        <w:left w:val="none" w:sz="0" w:space="0" w:color="auto"/>
        <w:bottom w:val="none" w:sz="0" w:space="0" w:color="auto"/>
        <w:right w:val="none" w:sz="0" w:space="0" w:color="auto"/>
      </w:divBdr>
    </w:div>
    <w:div w:id="329793939">
      <w:bodyDiv w:val="1"/>
      <w:marLeft w:val="0"/>
      <w:marRight w:val="0"/>
      <w:marTop w:val="0"/>
      <w:marBottom w:val="0"/>
      <w:divBdr>
        <w:top w:val="none" w:sz="0" w:space="0" w:color="auto"/>
        <w:left w:val="none" w:sz="0" w:space="0" w:color="auto"/>
        <w:bottom w:val="none" w:sz="0" w:space="0" w:color="auto"/>
        <w:right w:val="none" w:sz="0" w:space="0" w:color="auto"/>
      </w:divBdr>
    </w:div>
    <w:div w:id="368533222">
      <w:bodyDiv w:val="1"/>
      <w:marLeft w:val="0"/>
      <w:marRight w:val="0"/>
      <w:marTop w:val="0"/>
      <w:marBottom w:val="0"/>
      <w:divBdr>
        <w:top w:val="none" w:sz="0" w:space="0" w:color="auto"/>
        <w:left w:val="none" w:sz="0" w:space="0" w:color="auto"/>
        <w:bottom w:val="none" w:sz="0" w:space="0" w:color="auto"/>
        <w:right w:val="none" w:sz="0" w:space="0" w:color="auto"/>
      </w:divBdr>
    </w:div>
    <w:div w:id="383990120">
      <w:bodyDiv w:val="1"/>
      <w:marLeft w:val="0"/>
      <w:marRight w:val="0"/>
      <w:marTop w:val="0"/>
      <w:marBottom w:val="0"/>
      <w:divBdr>
        <w:top w:val="none" w:sz="0" w:space="0" w:color="auto"/>
        <w:left w:val="none" w:sz="0" w:space="0" w:color="auto"/>
        <w:bottom w:val="none" w:sz="0" w:space="0" w:color="auto"/>
        <w:right w:val="none" w:sz="0" w:space="0" w:color="auto"/>
      </w:divBdr>
    </w:div>
    <w:div w:id="403141625">
      <w:bodyDiv w:val="1"/>
      <w:marLeft w:val="0"/>
      <w:marRight w:val="0"/>
      <w:marTop w:val="0"/>
      <w:marBottom w:val="0"/>
      <w:divBdr>
        <w:top w:val="none" w:sz="0" w:space="0" w:color="auto"/>
        <w:left w:val="none" w:sz="0" w:space="0" w:color="auto"/>
        <w:bottom w:val="none" w:sz="0" w:space="0" w:color="auto"/>
        <w:right w:val="none" w:sz="0" w:space="0" w:color="auto"/>
      </w:divBdr>
    </w:div>
    <w:div w:id="418797401">
      <w:bodyDiv w:val="1"/>
      <w:marLeft w:val="0"/>
      <w:marRight w:val="0"/>
      <w:marTop w:val="0"/>
      <w:marBottom w:val="0"/>
      <w:divBdr>
        <w:top w:val="none" w:sz="0" w:space="0" w:color="auto"/>
        <w:left w:val="none" w:sz="0" w:space="0" w:color="auto"/>
        <w:bottom w:val="none" w:sz="0" w:space="0" w:color="auto"/>
        <w:right w:val="none" w:sz="0" w:space="0" w:color="auto"/>
      </w:divBdr>
    </w:div>
    <w:div w:id="420950162">
      <w:bodyDiv w:val="1"/>
      <w:marLeft w:val="0"/>
      <w:marRight w:val="0"/>
      <w:marTop w:val="0"/>
      <w:marBottom w:val="0"/>
      <w:divBdr>
        <w:top w:val="none" w:sz="0" w:space="0" w:color="auto"/>
        <w:left w:val="none" w:sz="0" w:space="0" w:color="auto"/>
        <w:bottom w:val="none" w:sz="0" w:space="0" w:color="auto"/>
        <w:right w:val="none" w:sz="0" w:space="0" w:color="auto"/>
      </w:divBdr>
    </w:div>
    <w:div w:id="431708054">
      <w:bodyDiv w:val="1"/>
      <w:marLeft w:val="0"/>
      <w:marRight w:val="0"/>
      <w:marTop w:val="0"/>
      <w:marBottom w:val="0"/>
      <w:divBdr>
        <w:top w:val="none" w:sz="0" w:space="0" w:color="auto"/>
        <w:left w:val="none" w:sz="0" w:space="0" w:color="auto"/>
        <w:bottom w:val="none" w:sz="0" w:space="0" w:color="auto"/>
        <w:right w:val="none" w:sz="0" w:space="0" w:color="auto"/>
      </w:divBdr>
    </w:div>
    <w:div w:id="611330053">
      <w:bodyDiv w:val="1"/>
      <w:marLeft w:val="0"/>
      <w:marRight w:val="0"/>
      <w:marTop w:val="0"/>
      <w:marBottom w:val="0"/>
      <w:divBdr>
        <w:top w:val="none" w:sz="0" w:space="0" w:color="auto"/>
        <w:left w:val="none" w:sz="0" w:space="0" w:color="auto"/>
        <w:bottom w:val="none" w:sz="0" w:space="0" w:color="auto"/>
        <w:right w:val="none" w:sz="0" w:space="0" w:color="auto"/>
      </w:divBdr>
    </w:div>
    <w:div w:id="632292239">
      <w:bodyDiv w:val="1"/>
      <w:marLeft w:val="0"/>
      <w:marRight w:val="0"/>
      <w:marTop w:val="0"/>
      <w:marBottom w:val="0"/>
      <w:divBdr>
        <w:top w:val="none" w:sz="0" w:space="0" w:color="auto"/>
        <w:left w:val="none" w:sz="0" w:space="0" w:color="auto"/>
        <w:bottom w:val="none" w:sz="0" w:space="0" w:color="auto"/>
        <w:right w:val="none" w:sz="0" w:space="0" w:color="auto"/>
      </w:divBdr>
    </w:div>
    <w:div w:id="712966708">
      <w:bodyDiv w:val="1"/>
      <w:marLeft w:val="0"/>
      <w:marRight w:val="0"/>
      <w:marTop w:val="0"/>
      <w:marBottom w:val="0"/>
      <w:divBdr>
        <w:top w:val="none" w:sz="0" w:space="0" w:color="auto"/>
        <w:left w:val="none" w:sz="0" w:space="0" w:color="auto"/>
        <w:bottom w:val="none" w:sz="0" w:space="0" w:color="auto"/>
        <w:right w:val="none" w:sz="0" w:space="0" w:color="auto"/>
      </w:divBdr>
    </w:div>
    <w:div w:id="734814182">
      <w:bodyDiv w:val="1"/>
      <w:marLeft w:val="0"/>
      <w:marRight w:val="0"/>
      <w:marTop w:val="0"/>
      <w:marBottom w:val="0"/>
      <w:divBdr>
        <w:top w:val="none" w:sz="0" w:space="0" w:color="auto"/>
        <w:left w:val="none" w:sz="0" w:space="0" w:color="auto"/>
        <w:bottom w:val="none" w:sz="0" w:space="0" w:color="auto"/>
        <w:right w:val="none" w:sz="0" w:space="0" w:color="auto"/>
      </w:divBdr>
    </w:div>
    <w:div w:id="749815672">
      <w:bodyDiv w:val="1"/>
      <w:marLeft w:val="0"/>
      <w:marRight w:val="0"/>
      <w:marTop w:val="0"/>
      <w:marBottom w:val="0"/>
      <w:divBdr>
        <w:top w:val="none" w:sz="0" w:space="0" w:color="auto"/>
        <w:left w:val="none" w:sz="0" w:space="0" w:color="auto"/>
        <w:bottom w:val="none" w:sz="0" w:space="0" w:color="auto"/>
        <w:right w:val="none" w:sz="0" w:space="0" w:color="auto"/>
      </w:divBdr>
    </w:div>
    <w:div w:id="811216516">
      <w:bodyDiv w:val="1"/>
      <w:marLeft w:val="0"/>
      <w:marRight w:val="0"/>
      <w:marTop w:val="0"/>
      <w:marBottom w:val="0"/>
      <w:divBdr>
        <w:top w:val="none" w:sz="0" w:space="0" w:color="auto"/>
        <w:left w:val="none" w:sz="0" w:space="0" w:color="auto"/>
        <w:bottom w:val="none" w:sz="0" w:space="0" w:color="auto"/>
        <w:right w:val="none" w:sz="0" w:space="0" w:color="auto"/>
      </w:divBdr>
    </w:div>
    <w:div w:id="874272997">
      <w:bodyDiv w:val="1"/>
      <w:marLeft w:val="0"/>
      <w:marRight w:val="0"/>
      <w:marTop w:val="0"/>
      <w:marBottom w:val="0"/>
      <w:divBdr>
        <w:top w:val="none" w:sz="0" w:space="0" w:color="auto"/>
        <w:left w:val="none" w:sz="0" w:space="0" w:color="auto"/>
        <w:bottom w:val="none" w:sz="0" w:space="0" w:color="auto"/>
        <w:right w:val="none" w:sz="0" w:space="0" w:color="auto"/>
      </w:divBdr>
    </w:div>
    <w:div w:id="905795913">
      <w:bodyDiv w:val="1"/>
      <w:marLeft w:val="0"/>
      <w:marRight w:val="0"/>
      <w:marTop w:val="0"/>
      <w:marBottom w:val="0"/>
      <w:divBdr>
        <w:top w:val="none" w:sz="0" w:space="0" w:color="auto"/>
        <w:left w:val="none" w:sz="0" w:space="0" w:color="auto"/>
        <w:bottom w:val="none" w:sz="0" w:space="0" w:color="auto"/>
        <w:right w:val="none" w:sz="0" w:space="0" w:color="auto"/>
      </w:divBdr>
    </w:div>
    <w:div w:id="909340700">
      <w:bodyDiv w:val="1"/>
      <w:marLeft w:val="0"/>
      <w:marRight w:val="0"/>
      <w:marTop w:val="0"/>
      <w:marBottom w:val="0"/>
      <w:divBdr>
        <w:top w:val="none" w:sz="0" w:space="0" w:color="auto"/>
        <w:left w:val="none" w:sz="0" w:space="0" w:color="auto"/>
        <w:bottom w:val="none" w:sz="0" w:space="0" w:color="auto"/>
        <w:right w:val="none" w:sz="0" w:space="0" w:color="auto"/>
      </w:divBdr>
    </w:div>
    <w:div w:id="917523785">
      <w:bodyDiv w:val="1"/>
      <w:marLeft w:val="0"/>
      <w:marRight w:val="0"/>
      <w:marTop w:val="0"/>
      <w:marBottom w:val="0"/>
      <w:divBdr>
        <w:top w:val="none" w:sz="0" w:space="0" w:color="auto"/>
        <w:left w:val="none" w:sz="0" w:space="0" w:color="auto"/>
        <w:bottom w:val="none" w:sz="0" w:space="0" w:color="auto"/>
        <w:right w:val="none" w:sz="0" w:space="0" w:color="auto"/>
      </w:divBdr>
    </w:div>
    <w:div w:id="935404163">
      <w:bodyDiv w:val="1"/>
      <w:marLeft w:val="0"/>
      <w:marRight w:val="0"/>
      <w:marTop w:val="0"/>
      <w:marBottom w:val="0"/>
      <w:divBdr>
        <w:top w:val="none" w:sz="0" w:space="0" w:color="auto"/>
        <w:left w:val="none" w:sz="0" w:space="0" w:color="auto"/>
        <w:bottom w:val="none" w:sz="0" w:space="0" w:color="auto"/>
        <w:right w:val="none" w:sz="0" w:space="0" w:color="auto"/>
      </w:divBdr>
    </w:div>
    <w:div w:id="965239448">
      <w:bodyDiv w:val="1"/>
      <w:marLeft w:val="0"/>
      <w:marRight w:val="0"/>
      <w:marTop w:val="0"/>
      <w:marBottom w:val="0"/>
      <w:divBdr>
        <w:top w:val="none" w:sz="0" w:space="0" w:color="auto"/>
        <w:left w:val="none" w:sz="0" w:space="0" w:color="auto"/>
        <w:bottom w:val="none" w:sz="0" w:space="0" w:color="auto"/>
        <w:right w:val="none" w:sz="0" w:space="0" w:color="auto"/>
      </w:divBdr>
    </w:div>
    <w:div w:id="1120731885">
      <w:bodyDiv w:val="1"/>
      <w:marLeft w:val="0"/>
      <w:marRight w:val="0"/>
      <w:marTop w:val="0"/>
      <w:marBottom w:val="0"/>
      <w:divBdr>
        <w:top w:val="none" w:sz="0" w:space="0" w:color="auto"/>
        <w:left w:val="none" w:sz="0" w:space="0" w:color="auto"/>
        <w:bottom w:val="none" w:sz="0" w:space="0" w:color="auto"/>
        <w:right w:val="none" w:sz="0" w:space="0" w:color="auto"/>
      </w:divBdr>
    </w:div>
    <w:div w:id="1138182724">
      <w:bodyDiv w:val="1"/>
      <w:marLeft w:val="0"/>
      <w:marRight w:val="0"/>
      <w:marTop w:val="0"/>
      <w:marBottom w:val="0"/>
      <w:divBdr>
        <w:top w:val="none" w:sz="0" w:space="0" w:color="auto"/>
        <w:left w:val="none" w:sz="0" w:space="0" w:color="auto"/>
        <w:bottom w:val="none" w:sz="0" w:space="0" w:color="auto"/>
        <w:right w:val="none" w:sz="0" w:space="0" w:color="auto"/>
      </w:divBdr>
    </w:div>
    <w:div w:id="1173374823">
      <w:bodyDiv w:val="1"/>
      <w:marLeft w:val="0"/>
      <w:marRight w:val="0"/>
      <w:marTop w:val="0"/>
      <w:marBottom w:val="0"/>
      <w:divBdr>
        <w:top w:val="none" w:sz="0" w:space="0" w:color="auto"/>
        <w:left w:val="none" w:sz="0" w:space="0" w:color="auto"/>
        <w:bottom w:val="none" w:sz="0" w:space="0" w:color="auto"/>
        <w:right w:val="none" w:sz="0" w:space="0" w:color="auto"/>
      </w:divBdr>
    </w:div>
    <w:div w:id="1253205205">
      <w:bodyDiv w:val="1"/>
      <w:marLeft w:val="0"/>
      <w:marRight w:val="0"/>
      <w:marTop w:val="0"/>
      <w:marBottom w:val="0"/>
      <w:divBdr>
        <w:top w:val="none" w:sz="0" w:space="0" w:color="auto"/>
        <w:left w:val="none" w:sz="0" w:space="0" w:color="auto"/>
        <w:bottom w:val="none" w:sz="0" w:space="0" w:color="auto"/>
        <w:right w:val="none" w:sz="0" w:space="0" w:color="auto"/>
      </w:divBdr>
    </w:div>
    <w:div w:id="1299803279">
      <w:bodyDiv w:val="1"/>
      <w:marLeft w:val="0"/>
      <w:marRight w:val="0"/>
      <w:marTop w:val="0"/>
      <w:marBottom w:val="0"/>
      <w:divBdr>
        <w:top w:val="none" w:sz="0" w:space="0" w:color="auto"/>
        <w:left w:val="none" w:sz="0" w:space="0" w:color="auto"/>
        <w:bottom w:val="none" w:sz="0" w:space="0" w:color="auto"/>
        <w:right w:val="none" w:sz="0" w:space="0" w:color="auto"/>
      </w:divBdr>
    </w:div>
    <w:div w:id="1348942945">
      <w:bodyDiv w:val="1"/>
      <w:marLeft w:val="0"/>
      <w:marRight w:val="0"/>
      <w:marTop w:val="0"/>
      <w:marBottom w:val="0"/>
      <w:divBdr>
        <w:top w:val="none" w:sz="0" w:space="0" w:color="auto"/>
        <w:left w:val="none" w:sz="0" w:space="0" w:color="auto"/>
        <w:bottom w:val="none" w:sz="0" w:space="0" w:color="auto"/>
        <w:right w:val="none" w:sz="0" w:space="0" w:color="auto"/>
      </w:divBdr>
    </w:div>
    <w:div w:id="1375422572">
      <w:bodyDiv w:val="1"/>
      <w:marLeft w:val="0"/>
      <w:marRight w:val="0"/>
      <w:marTop w:val="0"/>
      <w:marBottom w:val="0"/>
      <w:divBdr>
        <w:top w:val="none" w:sz="0" w:space="0" w:color="auto"/>
        <w:left w:val="none" w:sz="0" w:space="0" w:color="auto"/>
        <w:bottom w:val="none" w:sz="0" w:space="0" w:color="auto"/>
        <w:right w:val="none" w:sz="0" w:space="0" w:color="auto"/>
      </w:divBdr>
    </w:div>
    <w:div w:id="1399129089">
      <w:bodyDiv w:val="1"/>
      <w:marLeft w:val="0"/>
      <w:marRight w:val="0"/>
      <w:marTop w:val="0"/>
      <w:marBottom w:val="0"/>
      <w:divBdr>
        <w:top w:val="none" w:sz="0" w:space="0" w:color="auto"/>
        <w:left w:val="none" w:sz="0" w:space="0" w:color="auto"/>
        <w:bottom w:val="none" w:sz="0" w:space="0" w:color="auto"/>
        <w:right w:val="none" w:sz="0" w:space="0" w:color="auto"/>
      </w:divBdr>
    </w:div>
    <w:div w:id="1413040637">
      <w:bodyDiv w:val="1"/>
      <w:marLeft w:val="0"/>
      <w:marRight w:val="0"/>
      <w:marTop w:val="0"/>
      <w:marBottom w:val="0"/>
      <w:divBdr>
        <w:top w:val="none" w:sz="0" w:space="0" w:color="auto"/>
        <w:left w:val="none" w:sz="0" w:space="0" w:color="auto"/>
        <w:bottom w:val="none" w:sz="0" w:space="0" w:color="auto"/>
        <w:right w:val="none" w:sz="0" w:space="0" w:color="auto"/>
      </w:divBdr>
    </w:div>
    <w:div w:id="1426808288">
      <w:bodyDiv w:val="1"/>
      <w:marLeft w:val="0"/>
      <w:marRight w:val="0"/>
      <w:marTop w:val="0"/>
      <w:marBottom w:val="0"/>
      <w:divBdr>
        <w:top w:val="none" w:sz="0" w:space="0" w:color="auto"/>
        <w:left w:val="none" w:sz="0" w:space="0" w:color="auto"/>
        <w:bottom w:val="none" w:sz="0" w:space="0" w:color="auto"/>
        <w:right w:val="none" w:sz="0" w:space="0" w:color="auto"/>
      </w:divBdr>
    </w:div>
    <w:div w:id="1449735161">
      <w:bodyDiv w:val="1"/>
      <w:marLeft w:val="0"/>
      <w:marRight w:val="0"/>
      <w:marTop w:val="0"/>
      <w:marBottom w:val="0"/>
      <w:divBdr>
        <w:top w:val="none" w:sz="0" w:space="0" w:color="auto"/>
        <w:left w:val="none" w:sz="0" w:space="0" w:color="auto"/>
        <w:bottom w:val="none" w:sz="0" w:space="0" w:color="auto"/>
        <w:right w:val="none" w:sz="0" w:space="0" w:color="auto"/>
      </w:divBdr>
    </w:div>
    <w:div w:id="1451438662">
      <w:bodyDiv w:val="1"/>
      <w:marLeft w:val="0"/>
      <w:marRight w:val="0"/>
      <w:marTop w:val="0"/>
      <w:marBottom w:val="0"/>
      <w:divBdr>
        <w:top w:val="none" w:sz="0" w:space="0" w:color="auto"/>
        <w:left w:val="none" w:sz="0" w:space="0" w:color="auto"/>
        <w:bottom w:val="none" w:sz="0" w:space="0" w:color="auto"/>
        <w:right w:val="none" w:sz="0" w:space="0" w:color="auto"/>
      </w:divBdr>
    </w:div>
    <w:div w:id="1456370784">
      <w:bodyDiv w:val="1"/>
      <w:marLeft w:val="0"/>
      <w:marRight w:val="0"/>
      <w:marTop w:val="0"/>
      <w:marBottom w:val="0"/>
      <w:divBdr>
        <w:top w:val="none" w:sz="0" w:space="0" w:color="auto"/>
        <w:left w:val="none" w:sz="0" w:space="0" w:color="auto"/>
        <w:bottom w:val="none" w:sz="0" w:space="0" w:color="auto"/>
        <w:right w:val="none" w:sz="0" w:space="0" w:color="auto"/>
      </w:divBdr>
    </w:div>
    <w:div w:id="1459449939">
      <w:bodyDiv w:val="1"/>
      <w:marLeft w:val="0"/>
      <w:marRight w:val="0"/>
      <w:marTop w:val="0"/>
      <w:marBottom w:val="0"/>
      <w:divBdr>
        <w:top w:val="none" w:sz="0" w:space="0" w:color="auto"/>
        <w:left w:val="none" w:sz="0" w:space="0" w:color="auto"/>
        <w:bottom w:val="none" w:sz="0" w:space="0" w:color="auto"/>
        <w:right w:val="none" w:sz="0" w:space="0" w:color="auto"/>
      </w:divBdr>
    </w:div>
    <w:div w:id="1478065395">
      <w:bodyDiv w:val="1"/>
      <w:marLeft w:val="0"/>
      <w:marRight w:val="0"/>
      <w:marTop w:val="0"/>
      <w:marBottom w:val="0"/>
      <w:divBdr>
        <w:top w:val="none" w:sz="0" w:space="0" w:color="auto"/>
        <w:left w:val="none" w:sz="0" w:space="0" w:color="auto"/>
        <w:bottom w:val="none" w:sz="0" w:space="0" w:color="auto"/>
        <w:right w:val="none" w:sz="0" w:space="0" w:color="auto"/>
      </w:divBdr>
    </w:div>
    <w:div w:id="1554268682">
      <w:bodyDiv w:val="1"/>
      <w:marLeft w:val="0"/>
      <w:marRight w:val="0"/>
      <w:marTop w:val="0"/>
      <w:marBottom w:val="0"/>
      <w:divBdr>
        <w:top w:val="none" w:sz="0" w:space="0" w:color="auto"/>
        <w:left w:val="none" w:sz="0" w:space="0" w:color="auto"/>
        <w:bottom w:val="none" w:sz="0" w:space="0" w:color="auto"/>
        <w:right w:val="none" w:sz="0" w:space="0" w:color="auto"/>
      </w:divBdr>
    </w:div>
    <w:div w:id="1560432639">
      <w:bodyDiv w:val="1"/>
      <w:marLeft w:val="0"/>
      <w:marRight w:val="0"/>
      <w:marTop w:val="0"/>
      <w:marBottom w:val="0"/>
      <w:divBdr>
        <w:top w:val="none" w:sz="0" w:space="0" w:color="auto"/>
        <w:left w:val="none" w:sz="0" w:space="0" w:color="auto"/>
        <w:bottom w:val="none" w:sz="0" w:space="0" w:color="auto"/>
        <w:right w:val="none" w:sz="0" w:space="0" w:color="auto"/>
      </w:divBdr>
    </w:div>
    <w:div w:id="1607536509">
      <w:bodyDiv w:val="1"/>
      <w:marLeft w:val="0"/>
      <w:marRight w:val="0"/>
      <w:marTop w:val="0"/>
      <w:marBottom w:val="0"/>
      <w:divBdr>
        <w:top w:val="none" w:sz="0" w:space="0" w:color="auto"/>
        <w:left w:val="none" w:sz="0" w:space="0" w:color="auto"/>
        <w:bottom w:val="none" w:sz="0" w:space="0" w:color="auto"/>
        <w:right w:val="none" w:sz="0" w:space="0" w:color="auto"/>
      </w:divBdr>
    </w:div>
    <w:div w:id="1627541268">
      <w:bodyDiv w:val="1"/>
      <w:marLeft w:val="0"/>
      <w:marRight w:val="0"/>
      <w:marTop w:val="0"/>
      <w:marBottom w:val="0"/>
      <w:divBdr>
        <w:top w:val="none" w:sz="0" w:space="0" w:color="auto"/>
        <w:left w:val="none" w:sz="0" w:space="0" w:color="auto"/>
        <w:bottom w:val="none" w:sz="0" w:space="0" w:color="auto"/>
        <w:right w:val="none" w:sz="0" w:space="0" w:color="auto"/>
      </w:divBdr>
    </w:div>
    <w:div w:id="1767530708">
      <w:bodyDiv w:val="1"/>
      <w:marLeft w:val="0"/>
      <w:marRight w:val="0"/>
      <w:marTop w:val="0"/>
      <w:marBottom w:val="0"/>
      <w:divBdr>
        <w:top w:val="none" w:sz="0" w:space="0" w:color="auto"/>
        <w:left w:val="none" w:sz="0" w:space="0" w:color="auto"/>
        <w:bottom w:val="none" w:sz="0" w:space="0" w:color="auto"/>
        <w:right w:val="none" w:sz="0" w:space="0" w:color="auto"/>
      </w:divBdr>
    </w:div>
    <w:div w:id="1787235592">
      <w:bodyDiv w:val="1"/>
      <w:marLeft w:val="0"/>
      <w:marRight w:val="0"/>
      <w:marTop w:val="0"/>
      <w:marBottom w:val="0"/>
      <w:divBdr>
        <w:top w:val="none" w:sz="0" w:space="0" w:color="auto"/>
        <w:left w:val="none" w:sz="0" w:space="0" w:color="auto"/>
        <w:bottom w:val="none" w:sz="0" w:space="0" w:color="auto"/>
        <w:right w:val="none" w:sz="0" w:space="0" w:color="auto"/>
      </w:divBdr>
    </w:div>
    <w:div w:id="1795102585">
      <w:bodyDiv w:val="1"/>
      <w:marLeft w:val="0"/>
      <w:marRight w:val="0"/>
      <w:marTop w:val="0"/>
      <w:marBottom w:val="0"/>
      <w:divBdr>
        <w:top w:val="none" w:sz="0" w:space="0" w:color="auto"/>
        <w:left w:val="none" w:sz="0" w:space="0" w:color="auto"/>
        <w:bottom w:val="none" w:sz="0" w:space="0" w:color="auto"/>
        <w:right w:val="none" w:sz="0" w:space="0" w:color="auto"/>
      </w:divBdr>
    </w:div>
    <w:div w:id="1796635553">
      <w:bodyDiv w:val="1"/>
      <w:marLeft w:val="0"/>
      <w:marRight w:val="0"/>
      <w:marTop w:val="0"/>
      <w:marBottom w:val="0"/>
      <w:divBdr>
        <w:top w:val="none" w:sz="0" w:space="0" w:color="auto"/>
        <w:left w:val="none" w:sz="0" w:space="0" w:color="auto"/>
        <w:bottom w:val="none" w:sz="0" w:space="0" w:color="auto"/>
        <w:right w:val="none" w:sz="0" w:space="0" w:color="auto"/>
      </w:divBdr>
    </w:div>
    <w:div w:id="1823083695">
      <w:bodyDiv w:val="1"/>
      <w:marLeft w:val="0"/>
      <w:marRight w:val="0"/>
      <w:marTop w:val="0"/>
      <w:marBottom w:val="0"/>
      <w:divBdr>
        <w:top w:val="none" w:sz="0" w:space="0" w:color="auto"/>
        <w:left w:val="none" w:sz="0" w:space="0" w:color="auto"/>
        <w:bottom w:val="none" w:sz="0" w:space="0" w:color="auto"/>
        <w:right w:val="none" w:sz="0" w:space="0" w:color="auto"/>
      </w:divBdr>
    </w:div>
    <w:div w:id="1856848418">
      <w:bodyDiv w:val="1"/>
      <w:marLeft w:val="0"/>
      <w:marRight w:val="0"/>
      <w:marTop w:val="0"/>
      <w:marBottom w:val="0"/>
      <w:divBdr>
        <w:top w:val="none" w:sz="0" w:space="0" w:color="auto"/>
        <w:left w:val="none" w:sz="0" w:space="0" w:color="auto"/>
        <w:bottom w:val="none" w:sz="0" w:space="0" w:color="auto"/>
        <w:right w:val="none" w:sz="0" w:space="0" w:color="auto"/>
      </w:divBdr>
    </w:div>
    <w:div w:id="1874807147">
      <w:bodyDiv w:val="1"/>
      <w:marLeft w:val="0"/>
      <w:marRight w:val="0"/>
      <w:marTop w:val="0"/>
      <w:marBottom w:val="0"/>
      <w:divBdr>
        <w:top w:val="none" w:sz="0" w:space="0" w:color="auto"/>
        <w:left w:val="none" w:sz="0" w:space="0" w:color="auto"/>
        <w:bottom w:val="none" w:sz="0" w:space="0" w:color="auto"/>
        <w:right w:val="none" w:sz="0" w:space="0" w:color="auto"/>
      </w:divBdr>
    </w:div>
    <w:div w:id="1891184090">
      <w:bodyDiv w:val="1"/>
      <w:marLeft w:val="0"/>
      <w:marRight w:val="0"/>
      <w:marTop w:val="0"/>
      <w:marBottom w:val="0"/>
      <w:divBdr>
        <w:top w:val="none" w:sz="0" w:space="0" w:color="auto"/>
        <w:left w:val="none" w:sz="0" w:space="0" w:color="auto"/>
        <w:bottom w:val="none" w:sz="0" w:space="0" w:color="auto"/>
        <w:right w:val="none" w:sz="0" w:space="0" w:color="auto"/>
      </w:divBdr>
    </w:div>
    <w:div w:id="1952011685">
      <w:bodyDiv w:val="1"/>
      <w:marLeft w:val="0"/>
      <w:marRight w:val="0"/>
      <w:marTop w:val="0"/>
      <w:marBottom w:val="0"/>
      <w:divBdr>
        <w:top w:val="none" w:sz="0" w:space="0" w:color="auto"/>
        <w:left w:val="none" w:sz="0" w:space="0" w:color="auto"/>
        <w:bottom w:val="none" w:sz="0" w:space="0" w:color="auto"/>
        <w:right w:val="none" w:sz="0" w:space="0" w:color="auto"/>
      </w:divBdr>
    </w:div>
    <w:div w:id="2048941420">
      <w:bodyDiv w:val="1"/>
      <w:marLeft w:val="0"/>
      <w:marRight w:val="0"/>
      <w:marTop w:val="0"/>
      <w:marBottom w:val="0"/>
      <w:divBdr>
        <w:top w:val="none" w:sz="0" w:space="0" w:color="auto"/>
        <w:left w:val="none" w:sz="0" w:space="0" w:color="auto"/>
        <w:bottom w:val="none" w:sz="0" w:space="0" w:color="auto"/>
        <w:right w:val="none" w:sz="0" w:space="0" w:color="auto"/>
      </w:divBdr>
    </w:div>
    <w:div w:id="2049645251">
      <w:bodyDiv w:val="1"/>
      <w:marLeft w:val="0"/>
      <w:marRight w:val="0"/>
      <w:marTop w:val="0"/>
      <w:marBottom w:val="0"/>
      <w:divBdr>
        <w:top w:val="none" w:sz="0" w:space="0" w:color="auto"/>
        <w:left w:val="none" w:sz="0" w:space="0" w:color="auto"/>
        <w:bottom w:val="none" w:sz="0" w:space="0" w:color="auto"/>
        <w:right w:val="none" w:sz="0" w:space="0" w:color="auto"/>
      </w:divBdr>
    </w:div>
    <w:div w:id="2056350513">
      <w:bodyDiv w:val="1"/>
      <w:marLeft w:val="0"/>
      <w:marRight w:val="0"/>
      <w:marTop w:val="0"/>
      <w:marBottom w:val="0"/>
      <w:divBdr>
        <w:top w:val="none" w:sz="0" w:space="0" w:color="auto"/>
        <w:left w:val="none" w:sz="0" w:space="0" w:color="auto"/>
        <w:bottom w:val="none" w:sz="0" w:space="0" w:color="auto"/>
        <w:right w:val="none" w:sz="0" w:space="0" w:color="auto"/>
      </w:divBdr>
    </w:div>
    <w:div w:id="2106804029">
      <w:bodyDiv w:val="1"/>
      <w:marLeft w:val="0"/>
      <w:marRight w:val="0"/>
      <w:marTop w:val="0"/>
      <w:marBottom w:val="0"/>
      <w:divBdr>
        <w:top w:val="none" w:sz="0" w:space="0" w:color="auto"/>
        <w:left w:val="none" w:sz="0" w:space="0" w:color="auto"/>
        <w:bottom w:val="none" w:sz="0" w:space="0" w:color="auto"/>
        <w:right w:val="none" w:sz="0" w:space="0" w:color="auto"/>
      </w:divBdr>
    </w:div>
    <w:div w:id="2124885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C0082-CBA6-4510-AF0B-15C68A13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3688</Words>
  <Characters>21028</Characters>
  <Application>Microsoft Office Word</Application>
  <DocSecurity>0</DocSecurity>
  <Lines>175</Lines>
  <Paragraphs>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Biyoistatistik Ders Bilgi Kitapçığı</vt:lpstr>
      <vt:lpstr/>
    </vt:vector>
  </TitlesOfParts>
  <Company/>
  <LinksUpToDate>false</LinksUpToDate>
  <CharactersWithSpaces>24667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Biyoistatistik Ders Bilgi Kitapçığı</dc:title>
  <dc:subject>HEM744 Biyoistatistik</dc:subject>
  <dc:creator>Dr. Öğr. Üyesi Dilek YILDIRIM GÜRKAN</dc:creator>
  <cp:keywords>Biyoistatistik, HEM744, Ders Bilgi Paketi, Yozgat Bozok Üniversitesi</cp:keywords>
  <dc:description>generated by python-docx</dc:description>
  <cp:lastModifiedBy>acer</cp:lastModifiedBy>
  <cp:revision>5</cp:revision>
  <dcterms:created xsi:type="dcterms:W3CDTF">2026-07-16T07:42:00Z</dcterms:created>
  <dcterms:modified xsi:type="dcterms:W3CDTF">2026-07-16T08:47:00Z</dcterms:modified>
</cp:coreProperties>
</file>