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336" w:rsidRDefault="00190336" w:rsidP="00190336">
      <w:pPr>
        <w:jc w:val="center"/>
      </w:pPr>
      <w:r>
        <w:rPr>
          <w:rFonts w:ascii="Times New Roman" w:hAnsi="Times New Roman"/>
          <w:b/>
          <w:sz w:val="24"/>
        </w:rPr>
        <w:t>2025-2026 GÜZ DÖNEMİ YAZ STAJI VE TIBBİ GÖRÜNTÜLEME UYGULAMA</w:t>
      </w:r>
      <w:r>
        <w:rPr>
          <w:rFonts w:ascii="Times New Roman" w:hAnsi="Times New Roman"/>
          <w:b/>
          <w:sz w:val="24"/>
        </w:rPr>
        <w:t>LARI</w:t>
      </w:r>
      <w:bookmarkStart w:id="0" w:name="_GoBack"/>
      <w:bookmarkEnd w:id="0"/>
      <w:r>
        <w:rPr>
          <w:rFonts w:ascii="Times New Roman" w:hAnsi="Times New Roman"/>
          <w:b/>
          <w:sz w:val="24"/>
        </w:rPr>
        <w:t xml:space="preserve"> 1 DERSİ DANIŞMAN VE ÖĞRENCİ LİSTESİ</w:t>
      </w:r>
    </w:p>
    <w:p w:rsidR="006E6AD3" w:rsidRDefault="006E6AD3">
      <w:pPr>
        <w:jc w:val="center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843"/>
        <w:gridCol w:w="2745"/>
        <w:gridCol w:w="5384"/>
      </w:tblGrid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b/>
                <w:sz w:val="20"/>
              </w:rPr>
              <w:t xml:space="preserve">TC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Kimlik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No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b/>
                <w:sz w:val="20"/>
              </w:rPr>
              <w:t>Adı Soyadı</w:t>
            </w:r>
          </w:p>
        </w:tc>
        <w:tc>
          <w:tcPr>
            <w:tcW w:w="5384" w:type="dxa"/>
            <w:vAlign w:val="center"/>
          </w:tcPr>
          <w:p w:rsidR="00190336" w:rsidRDefault="00190336" w:rsidP="00190336"/>
        </w:tc>
      </w:tr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37220135250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Furkan ATICI</w:t>
            </w:r>
          </w:p>
        </w:tc>
        <w:tc>
          <w:tcPr>
            <w:tcW w:w="5384" w:type="dxa"/>
            <w:vMerge w:val="restart"/>
            <w:vAlign w:val="center"/>
          </w:tcPr>
          <w:p w:rsidR="00190336" w:rsidRDefault="00190336" w:rsidP="00190336">
            <w:proofErr w:type="spellStart"/>
            <w:r>
              <w:t>Öğr</w:t>
            </w:r>
            <w:proofErr w:type="spellEnd"/>
            <w:r>
              <w:t xml:space="preserve">. </w:t>
            </w:r>
            <w:proofErr w:type="spellStart"/>
            <w:r>
              <w:t>Gör</w:t>
            </w:r>
            <w:proofErr w:type="spellEnd"/>
            <w:r>
              <w:t xml:space="preserve">. </w:t>
            </w:r>
            <w:proofErr w:type="spellStart"/>
            <w:r>
              <w:t>Derya</w:t>
            </w:r>
            <w:proofErr w:type="spellEnd"/>
            <w:r>
              <w:t xml:space="preserve"> ESENKAYA</w:t>
            </w:r>
          </w:p>
          <w:p w:rsidR="00190336" w:rsidRDefault="00190336" w:rsidP="00190336">
            <w:r>
              <w:t xml:space="preserve"> (YOBU EĞİTİM VE ARAŞTIRMA HASTANESİ)</w:t>
            </w:r>
          </w:p>
        </w:tc>
      </w:tr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11472092332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Neslihan Rüveyda SALMAN</w:t>
            </w:r>
          </w:p>
        </w:tc>
        <w:tc>
          <w:tcPr>
            <w:tcW w:w="5384" w:type="dxa"/>
            <w:vMerge/>
            <w:vAlign w:val="center"/>
          </w:tcPr>
          <w:p w:rsidR="00190336" w:rsidRDefault="00190336" w:rsidP="00190336"/>
        </w:tc>
      </w:tr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34729717000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Akif MERTASLAN</w:t>
            </w:r>
          </w:p>
        </w:tc>
        <w:tc>
          <w:tcPr>
            <w:tcW w:w="5384" w:type="dxa"/>
            <w:vMerge/>
            <w:vAlign w:val="center"/>
          </w:tcPr>
          <w:p w:rsidR="00190336" w:rsidRDefault="00190336" w:rsidP="00190336"/>
        </w:tc>
      </w:tr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12096069496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Ravza SÖYLER</w:t>
            </w:r>
          </w:p>
        </w:tc>
        <w:tc>
          <w:tcPr>
            <w:tcW w:w="5384" w:type="dxa"/>
            <w:vMerge/>
            <w:vAlign w:val="center"/>
          </w:tcPr>
          <w:p w:rsidR="00190336" w:rsidRDefault="00190336" w:rsidP="00190336"/>
        </w:tc>
      </w:tr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11939340358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Edanur ERTEN</w:t>
            </w:r>
          </w:p>
        </w:tc>
        <w:tc>
          <w:tcPr>
            <w:tcW w:w="5384" w:type="dxa"/>
            <w:vMerge/>
            <w:vAlign w:val="center"/>
          </w:tcPr>
          <w:p w:rsidR="00190336" w:rsidRDefault="00190336" w:rsidP="00190336"/>
        </w:tc>
      </w:tr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13957204506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Nisanur ÖZALP</w:t>
            </w:r>
          </w:p>
        </w:tc>
        <w:tc>
          <w:tcPr>
            <w:tcW w:w="5384" w:type="dxa"/>
            <w:vMerge/>
            <w:vAlign w:val="center"/>
          </w:tcPr>
          <w:p w:rsidR="00190336" w:rsidRDefault="00190336" w:rsidP="00190336"/>
        </w:tc>
      </w:tr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11729615338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Amine YAĞIZ</w:t>
            </w:r>
          </w:p>
        </w:tc>
        <w:tc>
          <w:tcPr>
            <w:tcW w:w="5384" w:type="dxa"/>
            <w:vMerge/>
            <w:vAlign w:val="center"/>
          </w:tcPr>
          <w:p w:rsidR="00190336" w:rsidRDefault="00190336" w:rsidP="00190336"/>
        </w:tc>
      </w:tr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10730961298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Kaşif Egemen ARSLAN</w:t>
            </w:r>
          </w:p>
        </w:tc>
        <w:tc>
          <w:tcPr>
            <w:tcW w:w="5384" w:type="dxa"/>
            <w:vMerge/>
            <w:vAlign w:val="center"/>
          </w:tcPr>
          <w:p w:rsidR="00190336" w:rsidRDefault="00190336" w:rsidP="00190336"/>
        </w:tc>
      </w:tr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10157464952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Ayşegül BERK</w:t>
            </w:r>
          </w:p>
        </w:tc>
        <w:tc>
          <w:tcPr>
            <w:tcW w:w="5384" w:type="dxa"/>
            <w:vMerge/>
            <w:vAlign w:val="center"/>
          </w:tcPr>
          <w:p w:rsidR="00190336" w:rsidRDefault="00190336" w:rsidP="00190336"/>
        </w:tc>
      </w:tr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23993019804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Mustafa Can ŞAHİN</w:t>
            </w:r>
          </w:p>
        </w:tc>
        <w:tc>
          <w:tcPr>
            <w:tcW w:w="5384" w:type="dxa"/>
            <w:vMerge/>
            <w:vAlign w:val="center"/>
          </w:tcPr>
          <w:p w:rsidR="00190336" w:rsidRDefault="00190336" w:rsidP="00190336"/>
        </w:tc>
      </w:tr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25388050584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Hidayet DERE</w:t>
            </w:r>
          </w:p>
        </w:tc>
        <w:tc>
          <w:tcPr>
            <w:tcW w:w="5384" w:type="dxa"/>
            <w:vMerge/>
            <w:vAlign w:val="center"/>
          </w:tcPr>
          <w:p w:rsidR="00190336" w:rsidRDefault="00190336" w:rsidP="00190336"/>
        </w:tc>
      </w:tr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35936384764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Henedi ESKİDELİ</w:t>
            </w:r>
          </w:p>
        </w:tc>
        <w:tc>
          <w:tcPr>
            <w:tcW w:w="5384" w:type="dxa"/>
            <w:vMerge w:val="restart"/>
            <w:vAlign w:val="center"/>
          </w:tcPr>
          <w:p w:rsidR="00190336" w:rsidRDefault="00190336" w:rsidP="00190336">
            <w:proofErr w:type="spellStart"/>
            <w:r>
              <w:t>Öğr</w:t>
            </w:r>
            <w:proofErr w:type="spellEnd"/>
            <w:r>
              <w:t xml:space="preserve">. </w:t>
            </w:r>
            <w:proofErr w:type="spellStart"/>
            <w:r>
              <w:t>Gör</w:t>
            </w:r>
            <w:proofErr w:type="spellEnd"/>
            <w:r>
              <w:t xml:space="preserve">. </w:t>
            </w:r>
            <w:proofErr w:type="spellStart"/>
            <w:r>
              <w:t>Esra</w:t>
            </w:r>
            <w:proofErr w:type="spellEnd"/>
            <w:r>
              <w:t xml:space="preserve"> DEMİRCİ ELMALI</w:t>
            </w:r>
          </w:p>
          <w:p w:rsidR="00190336" w:rsidRDefault="00190336" w:rsidP="00190336">
            <w:r>
              <w:t>(YOZGAT ŞEHİR HASTANESİ)</w:t>
            </w:r>
          </w:p>
        </w:tc>
      </w:tr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10937831776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Hatice ZARARSIZ</w:t>
            </w:r>
          </w:p>
        </w:tc>
        <w:tc>
          <w:tcPr>
            <w:tcW w:w="5384" w:type="dxa"/>
            <w:vMerge/>
            <w:vAlign w:val="center"/>
          </w:tcPr>
          <w:p w:rsidR="00190336" w:rsidRDefault="00190336" w:rsidP="00190336"/>
        </w:tc>
      </w:tr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10856839280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Melek KILINÇ</w:t>
            </w:r>
          </w:p>
        </w:tc>
        <w:tc>
          <w:tcPr>
            <w:tcW w:w="5384" w:type="dxa"/>
            <w:vMerge/>
            <w:vAlign w:val="center"/>
          </w:tcPr>
          <w:p w:rsidR="00190336" w:rsidRDefault="00190336" w:rsidP="00190336"/>
        </w:tc>
      </w:tr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46960880832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Muhammed Emin YÜCE</w:t>
            </w:r>
          </w:p>
        </w:tc>
        <w:tc>
          <w:tcPr>
            <w:tcW w:w="5384" w:type="dxa"/>
            <w:vMerge/>
            <w:vAlign w:val="center"/>
          </w:tcPr>
          <w:p w:rsidR="00190336" w:rsidRDefault="00190336" w:rsidP="00190336"/>
        </w:tc>
      </w:tr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10360789194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Melike DURSUN</w:t>
            </w:r>
          </w:p>
        </w:tc>
        <w:tc>
          <w:tcPr>
            <w:tcW w:w="5384" w:type="dxa"/>
            <w:vMerge/>
            <w:vAlign w:val="center"/>
          </w:tcPr>
          <w:p w:rsidR="00190336" w:rsidRDefault="00190336" w:rsidP="00190336"/>
        </w:tc>
      </w:tr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11527418278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Hamza YILDIZ</w:t>
            </w:r>
          </w:p>
        </w:tc>
        <w:tc>
          <w:tcPr>
            <w:tcW w:w="5384" w:type="dxa"/>
            <w:vMerge/>
            <w:vAlign w:val="center"/>
          </w:tcPr>
          <w:p w:rsidR="00190336" w:rsidRDefault="00190336" w:rsidP="00190336"/>
        </w:tc>
      </w:tr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10820951994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Dilek DELEN</w:t>
            </w:r>
          </w:p>
        </w:tc>
        <w:tc>
          <w:tcPr>
            <w:tcW w:w="5384" w:type="dxa"/>
            <w:vMerge/>
            <w:vAlign w:val="center"/>
          </w:tcPr>
          <w:p w:rsidR="00190336" w:rsidRDefault="00190336" w:rsidP="00190336"/>
        </w:tc>
      </w:tr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10749095960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Merve UYAR</w:t>
            </w:r>
          </w:p>
        </w:tc>
        <w:tc>
          <w:tcPr>
            <w:tcW w:w="5384" w:type="dxa"/>
            <w:vMerge/>
            <w:vAlign w:val="center"/>
          </w:tcPr>
          <w:p w:rsidR="00190336" w:rsidRDefault="00190336" w:rsidP="00190336"/>
        </w:tc>
      </w:tr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69436130934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Mert Can BAKICI</w:t>
            </w:r>
          </w:p>
        </w:tc>
        <w:tc>
          <w:tcPr>
            <w:tcW w:w="5384" w:type="dxa"/>
            <w:vMerge/>
            <w:vAlign w:val="center"/>
          </w:tcPr>
          <w:p w:rsidR="00190336" w:rsidRDefault="00190336" w:rsidP="00190336"/>
        </w:tc>
      </w:tr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11772057482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İbrahim YILMAZ</w:t>
            </w:r>
          </w:p>
        </w:tc>
        <w:tc>
          <w:tcPr>
            <w:tcW w:w="5384" w:type="dxa"/>
            <w:vMerge/>
            <w:vAlign w:val="center"/>
          </w:tcPr>
          <w:p w:rsidR="00190336" w:rsidRDefault="00190336" w:rsidP="00190336"/>
        </w:tc>
      </w:tr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46633770286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Ahmet ŞİMŞEK</w:t>
            </w:r>
          </w:p>
        </w:tc>
        <w:tc>
          <w:tcPr>
            <w:tcW w:w="5384" w:type="dxa"/>
            <w:vMerge w:val="restart"/>
            <w:vAlign w:val="center"/>
          </w:tcPr>
          <w:p w:rsidR="00190336" w:rsidRDefault="00190336" w:rsidP="00190336">
            <w:proofErr w:type="spellStart"/>
            <w:r>
              <w:t>Öğr</w:t>
            </w:r>
            <w:proofErr w:type="spellEnd"/>
            <w:r>
              <w:t xml:space="preserve">. </w:t>
            </w:r>
            <w:proofErr w:type="spellStart"/>
            <w:r>
              <w:t>Gör</w:t>
            </w:r>
            <w:proofErr w:type="spellEnd"/>
            <w:r>
              <w:t xml:space="preserve">. </w:t>
            </w:r>
            <w:proofErr w:type="spellStart"/>
            <w:r>
              <w:t>Emre</w:t>
            </w:r>
            <w:proofErr w:type="spellEnd"/>
            <w:r>
              <w:t xml:space="preserve"> AYKAÇ</w:t>
            </w:r>
          </w:p>
          <w:p w:rsidR="00190336" w:rsidRDefault="00190336" w:rsidP="00190336">
            <w:r>
              <w:t>(YOBU EĞİTİM VE ARAŞTIRMA HASTANESİ)</w:t>
            </w:r>
          </w:p>
        </w:tc>
      </w:tr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12165040784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İrem AVCI</w:t>
            </w:r>
          </w:p>
        </w:tc>
        <w:tc>
          <w:tcPr>
            <w:tcW w:w="5384" w:type="dxa"/>
            <w:vMerge/>
            <w:vAlign w:val="center"/>
          </w:tcPr>
          <w:p w:rsidR="00190336" w:rsidRDefault="00190336" w:rsidP="00190336"/>
        </w:tc>
      </w:tr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12218856508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Medine TEMURTAŞ</w:t>
            </w:r>
          </w:p>
        </w:tc>
        <w:tc>
          <w:tcPr>
            <w:tcW w:w="5384" w:type="dxa"/>
            <w:vMerge/>
            <w:vAlign w:val="center"/>
          </w:tcPr>
          <w:p w:rsidR="00190336" w:rsidRDefault="00190336" w:rsidP="00190336"/>
        </w:tc>
      </w:tr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10064831496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Ceydanur ELİTOK</w:t>
            </w:r>
          </w:p>
        </w:tc>
        <w:tc>
          <w:tcPr>
            <w:tcW w:w="5384" w:type="dxa"/>
            <w:vMerge/>
            <w:vAlign w:val="center"/>
          </w:tcPr>
          <w:p w:rsidR="00190336" w:rsidRDefault="00190336" w:rsidP="00190336"/>
        </w:tc>
      </w:tr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11011168818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Feyza YILDIZ</w:t>
            </w:r>
          </w:p>
        </w:tc>
        <w:tc>
          <w:tcPr>
            <w:tcW w:w="5384" w:type="dxa"/>
            <w:vMerge/>
            <w:vAlign w:val="center"/>
          </w:tcPr>
          <w:p w:rsidR="00190336" w:rsidRDefault="00190336" w:rsidP="00190336"/>
        </w:tc>
      </w:tr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61432304418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İlayda USLU</w:t>
            </w:r>
          </w:p>
        </w:tc>
        <w:tc>
          <w:tcPr>
            <w:tcW w:w="5384" w:type="dxa"/>
            <w:vMerge/>
            <w:vAlign w:val="center"/>
          </w:tcPr>
          <w:p w:rsidR="00190336" w:rsidRDefault="00190336" w:rsidP="00190336"/>
        </w:tc>
      </w:tr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11876688926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Veysel Furkan ERDEM</w:t>
            </w:r>
          </w:p>
        </w:tc>
        <w:tc>
          <w:tcPr>
            <w:tcW w:w="5384" w:type="dxa"/>
            <w:vMerge/>
            <w:vAlign w:val="center"/>
          </w:tcPr>
          <w:p w:rsidR="00190336" w:rsidRDefault="00190336" w:rsidP="00190336"/>
        </w:tc>
      </w:tr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10713090472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Ayhan AKBIYIK</w:t>
            </w:r>
          </w:p>
        </w:tc>
        <w:tc>
          <w:tcPr>
            <w:tcW w:w="5384" w:type="dxa"/>
            <w:vMerge/>
            <w:vAlign w:val="center"/>
          </w:tcPr>
          <w:p w:rsidR="00190336" w:rsidRDefault="00190336" w:rsidP="00190336"/>
        </w:tc>
      </w:tr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11526047646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Senem DALKES</w:t>
            </w:r>
          </w:p>
        </w:tc>
        <w:tc>
          <w:tcPr>
            <w:tcW w:w="5384" w:type="dxa"/>
            <w:vMerge/>
            <w:vAlign w:val="center"/>
          </w:tcPr>
          <w:p w:rsidR="00190336" w:rsidRDefault="00190336" w:rsidP="00190336"/>
        </w:tc>
      </w:tr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48259849650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Damla KAHVECİ</w:t>
            </w:r>
          </w:p>
        </w:tc>
        <w:tc>
          <w:tcPr>
            <w:tcW w:w="5384" w:type="dxa"/>
            <w:vMerge/>
            <w:vAlign w:val="center"/>
          </w:tcPr>
          <w:p w:rsidR="00190336" w:rsidRDefault="00190336" w:rsidP="00190336"/>
        </w:tc>
      </w:tr>
      <w:tr w:rsidR="00190336" w:rsidTr="00190336">
        <w:trPr>
          <w:jc w:val="center"/>
        </w:trPr>
        <w:tc>
          <w:tcPr>
            <w:tcW w:w="1843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10643909530</w:t>
            </w:r>
          </w:p>
        </w:tc>
        <w:tc>
          <w:tcPr>
            <w:tcW w:w="2745" w:type="dxa"/>
            <w:vAlign w:val="center"/>
          </w:tcPr>
          <w:p w:rsidR="00190336" w:rsidRDefault="00190336">
            <w:r>
              <w:rPr>
                <w:rFonts w:ascii="Times New Roman" w:hAnsi="Times New Roman"/>
                <w:sz w:val="20"/>
              </w:rPr>
              <w:t>Furkan UYGUR</w:t>
            </w:r>
          </w:p>
        </w:tc>
        <w:tc>
          <w:tcPr>
            <w:tcW w:w="5384" w:type="dxa"/>
            <w:vMerge/>
            <w:vAlign w:val="center"/>
          </w:tcPr>
          <w:p w:rsidR="00190336" w:rsidRDefault="00190336" w:rsidP="00190336"/>
        </w:tc>
      </w:tr>
    </w:tbl>
    <w:p w:rsidR="001B1726" w:rsidRDefault="001B1726"/>
    <w:sectPr w:rsidR="001B1726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90336"/>
    <w:rsid w:val="001B1726"/>
    <w:rsid w:val="0029639D"/>
    <w:rsid w:val="00326F90"/>
    <w:rsid w:val="006E6AD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00A67773-E9C4-4BAE-86EB-8800154CF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FB4F4F5-4B65-49F2-A1F8-48D4BF5E1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2013-12-23T23:15:00Z</dcterms:created>
  <dcterms:modified xsi:type="dcterms:W3CDTF">2026-08-13T10:24:00Z</dcterms:modified>
  <cp:category/>
</cp:coreProperties>
</file>