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jc w:val="center"/>
        <w:tblBorders>
          <w:top w:val="single" w:sz="8" w:space="0" w:color="C8102E"/>
          <w:left w:val="single" w:sz="8" w:space="0" w:color="C8102E"/>
          <w:bottom w:val="single" w:sz="8" w:space="0" w:color="C8102E"/>
          <w:right w:val="single" w:sz="8" w:space="0" w:color="C8102E"/>
          <w:insideH w:val="single" w:sz="8" w:space="0" w:color="C8102E"/>
          <w:insideV w:val="single" w:sz="8" w:space="0" w:color="C8102E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17"/>
        <w:gridCol w:w="5244"/>
        <w:gridCol w:w="2839"/>
      </w:tblGrid>
      <w:tr w:rsidR="008D6EDB" w:rsidRPr="008D6EDB" w14:paraId="0EAAE9E5" w14:textId="77777777" w:rsidTr="00421E10">
        <w:trPr>
          <w:trHeight w:val="1422"/>
          <w:jc w:val="center"/>
        </w:trPr>
        <w:tc>
          <w:tcPr>
            <w:tcW w:w="2117" w:type="dxa"/>
            <w:shd w:val="clear" w:color="auto" w:fill="FFFFFF" w:themeFill="background1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7CCDB86" w14:textId="7B0168D4" w:rsidR="00381CD5" w:rsidRPr="008D6EDB" w:rsidRDefault="00FA5A67" w:rsidP="00FA5A67">
            <w:pPr>
              <w:jc w:val="center"/>
            </w:pPr>
            <w:r>
              <w:rPr>
                <w:b/>
                <w:noProof/>
                <w:sz w:val="23"/>
              </w:rPr>
              <w:drawing>
                <wp:inline distT="0" distB="0" distL="0" distR="0" wp14:anchorId="4B05C943" wp14:editId="4C2420F0">
                  <wp:extent cx="895350" cy="89535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  <w:shd w:val="clear" w:color="auto" w:fill="FFFFFF" w:themeFill="background1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6912D2C" w14:textId="77777777" w:rsidR="009302ED" w:rsidRDefault="009302ED" w:rsidP="00FA5A67">
            <w:pPr>
              <w:jc w:val="center"/>
              <w:rPr>
                <w:b/>
                <w:sz w:val="24"/>
              </w:rPr>
            </w:pPr>
          </w:p>
          <w:p w14:paraId="5EC0C8A8" w14:textId="7244056D" w:rsidR="00381CD5" w:rsidRPr="008D6EDB" w:rsidRDefault="00421E10" w:rsidP="00FA5A67">
            <w:pPr>
              <w:jc w:val="center"/>
            </w:pPr>
            <w:r w:rsidRPr="008D6EDB">
              <w:rPr>
                <w:b/>
                <w:sz w:val="24"/>
              </w:rPr>
              <w:t>YOZGAT BOZOK ÜNİVERSİTESİ</w:t>
            </w:r>
          </w:p>
        </w:tc>
        <w:tc>
          <w:tcPr>
            <w:tcW w:w="2839" w:type="dxa"/>
            <w:shd w:val="clear" w:color="auto" w:fill="FFFFFF" w:themeFill="background1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CA32DD2" w14:textId="77777777" w:rsidR="00300E0C" w:rsidRDefault="00300E0C" w:rsidP="00A134C7">
            <w:pPr>
              <w:spacing w:after="100"/>
              <w:jc w:val="center"/>
              <w:rPr>
                <w:bCs/>
                <w:sz w:val="20"/>
                <w:szCs w:val="14"/>
              </w:rPr>
            </w:pPr>
          </w:p>
          <w:p w14:paraId="6CFD09E8" w14:textId="603998AE" w:rsidR="00A134C7" w:rsidRPr="009302ED" w:rsidRDefault="00A134C7" w:rsidP="00A134C7">
            <w:pPr>
              <w:spacing w:after="100"/>
              <w:jc w:val="center"/>
              <w:rPr>
                <w:bCs/>
                <w:sz w:val="20"/>
                <w:szCs w:val="14"/>
              </w:rPr>
            </w:pPr>
            <w:r w:rsidRPr="009302ED">
              <w:rPr>
                <w:bCs/>
                <w:sz w:val="20"/>
                <w:szCs w:val="14"/>
              </w:rPr>
              <w:t xml:space="preserve">7592 SAYILI KANUN / GEÇİCİ MADDE 85 </w:t>
            </w:r>
          </w:p>
          <w:p w14:paraId="24DEB3F8" w14:textId="24E8A408" w:rsidR="00381CD5" w:rsidRPr="009302ED" w:rsidRDefault="00A134C7" w:rsidP="00A134C7">
            <w:pPr>
              <w:spacing w:after="100"/>
              <w:jc w:val="center"/>
              <w:rPr>
                <w:bCs/>
                <w:sz w:val="20"/>
                <w:szCs w:val="14"/>
              </w:rPr>
            </w:pPr>
            <w:r w:rsidRPr="009302ED">
              <w:rPr>
                <w:bCs/>
                <w:sz w:val="20"/>
                <w:szCs w:val="14"/>
              </w:rPr>
              <w:t>2026 ÖĞRENCİ AFFI BAŞVURU FORMU</w:t>
            </w:r>
          </w:p>
        </w:tc>
      </w:tr>
    </w:tbl>
    <w:p w14:paraId="1AA0A9E4" w14:textId="77777777" w:rsidR="00A134C7" w:rsidRDefault="00A134C7" w:rsidP="008D6EDB">
      <w:pPr>
        <w:spacing w:after="160"/>
        <w:rPr>
          <w:b/>
        </w:rPr>
      </w:pPr>
    </w:p>
    <w:p w14:paraId="4117B3B3" w14:textId="0BE9925D" w:rsidR="008D6EDB" w:rsidRPr="008D6EDB" w:rsidRDefault="00421E10" w:rsidP="008D6EDB">
      <w:pPr>
        <w:spacing w:after="160"/>
        <w:rPr>
          <w:b/>
        </w:rPr>
      </w:pPr>
      <w:proofErr w:type="spellStart"/>
      <w:r w:rsidRPr="008D6EDB">
        <w:rPr>
          <w:b/>
        </w:rPr>
        <w:t>Başvuru</w:t>
      </w:r>
      <w:proofErr w:type="spellEnd"/>
      <w:r w:rsidRPr="008D6EDB">
        <w:rPr>
          <w:b/>
        </w:rPr>
        <w:t xml:space="preserve"> </w:t>
      </w:r>
      <w:proofErr w:type="spellStart"/>
      <w:r w:rsidRPr="008D6EDB">
        <w:rPr>
          <w:b/>
        </w:rPr>
        <w:t>Türü</w:t>
      </w:r>
      <w:proofErr w:type="spellEnd"/>
      <w:r w:rsidRPr="008D6EDB">
        <w:rPr>
          <w:b/>
        </w:rPr>
        <w:t xml:space="preserve">:  </w:t>
      </w:r>
      <w:r w:rsidR="008D6EDB" w:rsidRPr="008D6EDB">
        <w:rPr>
          <w:b/>
        </w:rPr>
        <w:tab/>
      </w:r>
      <w:r w:rsidRPr="008D6EDB">
        <w:rPr>
          <w:b/>
        </w:rPr>
        <w:t>☐</w:t>
      </w:r>
      <w:r w:rsidRPr="008D6EDB">
        <w:rPr>
          <w:b/>
        </w:rPr>
        <w:t xml:space="preserve"> </w:t>
      </w:r>
      <w:proofErr w:type="spellStart"/>
      <w:r w:rsidRPr="008D6EDB">
        <w:rPr>
          <w:b/>
        </w:rPr>
        <w:t>İlişiği</w:t>
      </w:r>
      <w:proofErr w:type="spellEnd"/>
      <w:r w:rsidRPr="008D6EDB">
        <w:rPr>
          <w:b/>
        </w:rPr>
        <w:t xml:space="preserve"> </w:t>
      </w:r>
      <w:proofErr w:type="spellStart"/>
      <w:r w:rsidRPr="008D6EDB">
        <w:rPr>
          <w:b/>
        </w:rPr>
        <w:t>Kesilen</w:t>
      </w:r>
      <w:proofErr w:type="spellEnd"/>
      <w:r w:rsidRPr="008D6EDB">
        <w:rPr>
          <w:b/>
        </w:rPr>
        <w:t xml:space="preserve"> </w:t>
      </w:r>
      <w:proofErr w:type="spellStart"/>
      <w:r w:rsidRPr="008D6EDB">
        <w:rPr>
          <w:b/>
        </w:rPr>
        <w:t>Öğrenci</w:t>
      </w:r>
      <w:proofErr w:type="spellEnd"/>
      <w:r w:rsidRPr="008D6EDB">
        <w:rPr>
          <w:b/>
        </w:rPr>
        <w:t xml:space="preserve">    </w:t>
      </w:r>
    </w:p>
    <w:p w14:paraId="7D372BBE" w14:textId="07FAF1B7" w:rsidR="00381CD5" w:rsidRPr="008D6EDB" w:rsidRDefault="00421E10" w:rsidP="008D6EDB">
      <w:pPr>
        <w:spacing w:after="160"/>
        <w:ind w:left="1440" w:firstLine="720"/>
      </w:pPr>
      <w:r w:rsidRPr="008D6EDB">
        <w:rPr>
          <w:b/>
        </w:rPr>
        <w:t>☐</w:t>
      </w:r>
      <w:r w:rsidRPr="008D6EDB">
        <w:rPr>
          <w:b/>
        </w:rPr>
        <w:t xml:space="preserve"> </w:t>
      </w:r>
      <w:proofErr w:type="spellStart"/>
      <w:r w:rsidRPr="008D6EDB">
        <w:rPr>
          <w:b/>
        </w:rPr>
        <w:t>Kayıt</w:t>
      </w:r>
      <w:proofErr w:type="spellEnd"/>
      <w:r w:rsidRPr="008D6EDB">
        <w:rPr>
          <w:b/>
        </w:rPr>
        <w:t xml:space="preserve"> </w:t>
      </w:r>
      <w:proofErr w:type="spellStart"/>
      <w:r w:rsidRPr="008D6EDB">
        <w:rPr>
          <w:b/>
        </w:rPr>
        <w:t>Hakkı</w:t>
      </w:r>
      <w:proofErr w:type="spellEnd"/>
      <w:r w:rsidRPr="008D6EDB">
        <w:rPr>
          <w:b/>
        </w:rPr>
        <w:t xml:space="preserve"> </w:t>
      </w:r>
      <w:proofErr w:type="spellStart"/>
      <w:r w:rsidRPr="008D6EDB">
        <w:rPr>
          <w:b/>
        </w:rPr>
        <w:t>Kazanıp</w:t>
      </w:r>
      <w:proofErr w:type="spellEnd"/>
      <w:r w:rsidRPr="008D6EDB">
        <w:rPr>
          <w:b/>
        </w:rPr>
        <w:t xml:space="preserve"> Kayıt Yaptırmayan Aday</w:t>
      </w:r>
    </w:p>
    <w:p w14:paraId="489600D9" w14:textId="3FF7FFB1" w:rsidR="00381CD5" w:rsidRPr="008D6EDB" w:rsidRDefault="00421E10">
      <w:pPr>
        <w:spacing w:before="100" w:after="40"/>
      </w:pPr>
      <w:r w:rsidRPr="008D6EDB">
        <w:rPr>
          <w:b/>
          <w:sz w:val="23"/>
        </w:rPr>
        <w:t>A. KİŞİSEL BİLGİLER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8D6EDB" w:rsidRPr="008D6EDB" w14:paraId="1D1BAF5D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B632B" w14:textId="77777777" w:rsidR="00381CD5" w:rsidRPr="008D6EDB" w:rsidRDefault="00421E10">
            <w:r w:rsidRPr="008D6EDB">
              <w:rPr>
                <w:b/>
                <w:sz w:val="19"/>
              </w:rPr>
              <w:t>T.C. Kimlik No /</w:t>
            </w:r>
            <w:r w:rsidRPr="008D6EDB">
              <w:rPr>
                <w:b/>
                <w:sz w:val="19"/>
              </w:rPr>
              <w:t xml:space="preserve"> Yabancı Kimlik No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83665" w14:textId="77777777" w:rsidR="00381CD5" w:rsidRPr="008D6EDB" w:rsidRDefault="00381CD5"/>
        </w:tc>
      </w:tr>
      <w:tr w:rsidR="008D6EDB" w:rsidRPr="008D6EDB" w14:paraId="39AF0284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4133" w14:textId="77777777" w:rsidR="00381CD5" w:rsidRPr="008D6EDB" w:rsidRDefault="00421E10">
            <w:proofErr w:type="spellStart"/>
            <w:r w:rsidRPr="008D6EDB">
              <w:rPr>
                <w:b/>
                <w:sz w:val="19"/>
              </w:rPr>
              <w:t>Adı</w:t>
            </w:r>
            <w:proofErr w:type="spellEnd"/>
            <w:r w:rsidRPr="008D6EDB">
              <w:rPr>
                <w:b/>
                <w:sz w:val="19"/>
              </w:rPr>
              <w:t xml:space="preserve"> </w:t>
            </w:r>
            <w:proofErr w:type="spellStart"/>
            <w:r w:rsidRPr="008D6EDB">
              <w:rPr>
                <w:b/>
                <w:sz w:val="19"/>
              </w:rPr>
              <w:t>Soyadı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92721" w14:textId="77777777" w:rsidR="00381CD5" w:rsidRPr="008D6EDB" w:rsidRDefault="00381CD5"/>
        </w:tc>
      </w:tr>
      <w:tr w:rsidR="008D6EDB" w:rsidRPr="008D6EDB" w14:paraId="0AAA8D60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06084" w14:textId="77777777" w:rsidR="00381CD5" w:rsidRPr="008D6EDB" w:rsidRDefault="00421E10">
            <w:proofErr w:type="spellStart"/>
            <w:r w:rsidRPr="008D6EDB">
              <w:rPr>
                <w:b/>
                <w:sz w:val="19"/>
              </w:rPr>
              <w:t>Doğum</w:t>
            </w:r>
            <w:proofErr w:type="spellEnd"/>
            <w:r w:rsidRPr="008D6EDB">
              <w:rPr>
                <w:b/>
                <w:sz w:val="19"/>
              </w:rPr>
              <w:t xml:space="preserve"> </w:t>
            </w:r>
            <w:proofErr w:type="spellStart"/>
            <w:r w:rsidRPr="008D6EDB">
              <w:rPr>
                <w:b/>
                <w:sz w:val="19"/>
              </w:rPr>
              <w:t>Tarihi</w:t>
            </w:r>
            <w:proofErr w:type="spellEnd"/>
            <w:r w:rsidRPr="008D6EDB">
              <w:rPr>
                <w:b/>
                <w:sz w:val="19"/>
              </w:rPr>
              <w:t xml:space="preserve"> / </w:t>
            </w:r>
            <w:proofErr w:type="spellStart"/>
            <w:r w:rsidRPr="008D6EDB">
              <w:rPr>
                <w:b/>
                <w:sz w:val="19"/>
              </w:rPr>
              <w:t>Uyruğu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36445" w14:textId="77777777" w:rsidR="00381CD5" w:rsidRPr="008D6EDB" w:rsidRDefault="00381CD5"/>
        </w:tc>
      </w:tr>
      <w:tr w:rsidR="008D6EDB" w:rsidRPr="008D6EDB" w14:paraId="233E7B0C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E5B57" w14:textId="77777777" w:rsidR="00381CD5" w:rsidRPr="008D6EDB" w:rsidRDefault="00421E10">
            <w:r w:rsidRPr="008D6EDB">
              <w:rPr>
                <w:b/>
                <w:sz w:val="19"/>
              </w:rPr>
              <w:t xml:space="preserve">Cep </w:t>
            </w:r>
            <w:proofErr w:type="spellStart"/>
            <w:r w:rsidRPr="008D6EDB">
              <w:rPr>
                <w:b/>
                <w:sz w:val="19"/>
              </w:rPr>
              <w:t>Telefonu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2ECAC" w14:textId="77777777" w:rsidR="00381CD5" w:rsidRPr="008D6EDB" w:rsidRDefault="00381CD5"/>
        </w:tc>
      </w:tr>
      <w:tr w:rsidR="008D6EDB" w:rsidRPr="008D6EDB" w14:paraId="716DBE3E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338E0" w14:textId="77777777" w:rsidR="00381CD5" w:rsidRPr="008D6EDB" w:rsidRDefault="00421E10">
            <w:r w:rsidRPr="008D6EDB">
              <w:rPr>
                <w:b/>
                <w:sz w:val="19"/>
              </w:rPr>
              <w:t>E-</w:t>
            </w:r>
            <w:proofErr w:type="spellStart"/>
            <w:r w:rsidRPr="008D6EDB">
              <w:rPr>
                <w:b/>
                <w:sz w:val="19"/>
              </w:rPr>
              <w:t>posta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9C816" w14:textId="77777777" w:rsidR="00381CD5" w:rsidRPr="008D6EDB" w:rsidRDefault="00381CD5"/>
        </w:tc>
      </w:tr>
      <w:tr w:rsidR="008D6EDB" w:rsidRPr="008D6EDB" w14:paraId="4AB43E53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850F4" w14:textId="77777777" w:rsidR="00381CD5" w:rsidRPr="008D6EDB" w:rsidRDefault="00421E10">
            <w:r w:rsidRPr="008D6EDB">
              <w:rPr>
                <w:b/>
                <w:sz w:val="19"/>
              </w:rPr>
              <w:t>Tebligat Adresi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37067" w14:textId="77777777" w:rsidR="00381CD5" w:rsidRDefault="00381CD5"/>
          <w:p w14:paraId="17B66102" w14:textId="20A25AD5" w:rsidR="00A134C7" w:rsidRPr="008D6EDB" w:rsidRDefault="00A134C7"/>
        </w:tc>
      </w:tr>
    </w:tbl>
    <w:p w14:paraId="7FC7E39E" w14:textId="77777777" w:rsidR="00381CD5" w:rsidRPr="008D6EDB" w:rsidRDefault="00421E10">
      <w:pPr>
        <w:spacing w:before="100" w:after="40"/>
      </w:pPr>
      <w:r w:rsidRPr="008D6EDB">
        <w:rPr>
          <w:b/>
          <w:sz w:val="23"/>
        </w:rPr>
        <w:t>B. ÖĞRENİM / KAYIT HAKKI BİLGİLERİ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8D6EDB" w:rsidRPr="008D6EDB" w14:paraId="2606D0B0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43310" w14:textId="77777777" w:rsidR="00381CD5" w:rsidRPr="008D6EDB" w:rsidRDefault="00421E10">
            <w:r w:rsidRPr="008D6EDB">
              <w:rPr>
                <w:b/>
                <w:sz w:val="19"/>
              </w:rPr>
              <w:t>Akademik Birim (Fakülte/YO/MYO/Enstitü)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7C0A9" w14:textId="77777777" w:rsidR="00381CD5" w:rsidRPr="008D6EDB" w:rsidRDefault="00381CD5"/>
        </w:tc>
      </w:tr>
      <w:tr w:rsidR="008D6EDB" w:rsidRPr="008D6EDB" w14:paraId="6D876084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0B9BD" w14:textId="77777777" w:rsidR="00381CD5" w:rsidRPr="008D6EDB" w:rsidRDefault="00421E10">
            <w:proofErr w:type="spellStart"/>
            <w:r w:rsidRPr="008D6EDB">
              <w:rPr>
                <w:b/>
                <w:sz w:val="19"/>
              </w:rPr>
              <w:t>Bölüm</w:t>
            </w:r>
            <w:proofErr w:type="spellEnd"/>
            <w:r w:rsidRPr="008D6EDB">
              <w:rPr>
                <w:b/>
                <w:sz w:val="19"/>
              </w:rPr>
              <w:t xml:space="preserve"> / Program / Anabilim Dalı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284A4" w14:textId="77777777" w:rsidR="00381CD5" w:rsidRPr="008D6EDB" w:rsidRDefault="00381CD5"/>
        </w:tc>
      </w:tr>
      <w:tr w:rsidR="008D6EDB" w:rsidRPr="008D6EDB" w14:paraId="6590B812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E9917" w14:textId="03A9F428" w:rsidR="00381CD5" w:rsidRPr="008D6EDB" w:rsidRDefault="00710981">
            <w:proofErr w:type="spellStart"/>
            <w:r>
              <w:rPr>
                <w:b/>
                <w:sz w:val="19"/>
              </w:rPr>
              <w:t>Ö</w:t>
            </w:r>
            <w:r w:rsidR="00421E10" w:rsidRPr="008D6EDB">
              <w:rPr>
                <w:b/>
                <w:sz w:val="19"/>
              </w:rPr>
              <w:t>ğrenim</w:t>
            </w:r>
            <w:proofErr w:type="spellEnd"/>
            <w:r w:rsidR="00421E10" w:rsidRPr="008D6EDB">
              <w:rPr>
                <w:b/>
                <w:sz w:val="19"/>
              </w:rPr>
              <w:t xml:space="preserve"> </w:t>
            </w:r>
            <w:proofErr w:type="spellStart"/>
            <w:r w:rsidR="00421E10" w:rsidRPr="008D6EDB">
              <w:rPr>
                <w:b/>
                <w:sz w:val="19"/>
              </w:rPr>
              <w:t>Düzeyi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41258" w14:textId="38BD00F3" w:rsidR="00381CD5" w:rsidRPr="008D6EDB" w:rsidRDefault="00421E10">
            <w:r w:rsidRPr="008D6EDB">
              <w:rPr>
                <w:sz w:val="19"/>
              </w:rPr>
              <w:t>☐</w:t>
            </w:r>
            <w:r w:rsidRPr="008D6EDB">
              <w:rPr>
                <w:sz w:val="19"/>
              </w:rPr>
              <w:t xml:space="preserve"> Hazırlık   ☐ </w:t>
            </w:r>
            <w:r w:rsidRPr="008D6EDB">
              <w:rPr>
                <w:sz w:val="19"/>
              </w:rPr>
              <w:t xml:space="preserve">Önlisans   ☐ Lisans   ☐ Lisans Tamamlama   ☐ </w:t>
            </w:r>
            <w:proofErr w:type="spellStart"/>
            <w:r w:rsidRPr="008D6EDB">
              <w:rPr>
                <w:sz w:val="19"/>
              </w:rPr>
              <w:t>Yüksek</w:t>
            </w:r>
            <w:proofErr w:type="spellEnd"/>
            <w:r w:rsidRPr="008D6EDB">
              <w:rPr>
                <w:sz w:val="19"/>
              </w:rPr>
              <w:t xml:space="preserve"> </w:t>
            </w:r>
            <w:proofErr w:type="spellStart"/>
            <w:r w:rsidRPr="008D6EDB">
              <w:rPr>
                <w:sz w:val="19"/>
              </w:rPr>
              <w:t>Lisans</w:t>
            </w:r>
            <w:proofErr w:type="spellEnd"/>
            <w:r w:rsidRPr="008D6EDB">
              <w:rPr>
                <w:sz w:val="19"/>
              </w:rPr>
              <w:t xml:space="preserve">   ☐ </w:t>
            </w:r>
            <w:proofErr w:type="spellStart"/>
            <w:r w:rsidRPr="008D6EDB">
              <w:rPr>
                <w:sz w:val="19"/>
              </w:rPr>
              <w:t>Doktora</w:t>
            </w:r>
            <w:proofErr w:type="spellEnd"/>
          </w:p>
        </w:tc>
      </w:tr>
      <w:tr w:rsidR="008D6EDB" w:rsidRPr="008D6EDB" w14:paraId="095E78DC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27F46" w14:textId="77777777" w:rsidR="00381CD5" w:rsidRPr="008D6EDB" w:rsidRDefault="00421E10">
            <w:proofErr w:type="spellStart"/>
            <w:r w:rsidRPr="008D6EDB">
              <w:rPr>
                <w:b/>
                <w:sz w:val="19"/>
              </w:rPr>
              <w:t>Öğrenci</w:t>
            </w:r>
            <w:proofErr w:type="spellEnd"/>
            <w:r w:rsidRPr="008D6EDB">
              <w:rPr>
                <w:b/>
                <w:sz w:val="19"/>
              </w:rPr>
              <w:t xml:space="preserve"> No (</w:t>
            </w:r>
            <w:proofErr w:type="spellStart"/>
            <w:r w:rsidRPr="008D6EDB">
              <w:rPr>
                <w:b/>
                <w:sz w:val="19"/>
              </w:rPr>
              <w:t>varsa</w:t>
            </w:r>
            <w:proofErr w:type="spellEnd"/>
            <w:r w:rsidRPr="008D6EDB">
              <w:rPr>
                <w:b/>
                <w:sz w:val="19"/>
              </w:rPr>
              <w:t>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9A07C" w14:textId="77777777" w:rsidR="00381CD5" w:rsidRPr="008D6EDB" w:rsidRDefault="00381CD5"/>
        </w:tc>
      </w:tr>
      <w:tr w:rsidR="008D6EDB" w:rsidRPr="008D6EDB" w14:paraId="041C426D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F522A" w14:textId="77777777" w:rsidR="00381CD5" w:rsidRPr="008D6EDB" w:rsidRDefault="00421E10">
            <w:r w:rsidRPr="008D6EDB">
              <w:rPr>
                <w:b/>
                <w:sz w:val="19"/>
              </w:rPr>
              <w:t xml:space="preserve">İlk </w:t>
            </w:r>
            <w:proofErr w:type="spellStart"/>
            <w:r w:rsidRPr="008D6EDB">
              <w:rPr>
                <w:b/>
                <w:sz w:val="19"/>
              </w:rPr>
              <w:t>Kayıt</w:t>
            </w:r>
            <w:proofErr w:type="spellEnd"/>
            <w:r w:rsidRPr="008D6EDB">
              <w:rPr>
                <w:b/>
                <w:sz w:val="19"/>
              </w:rPr>
              <w:t xml:space="preserve"> / </w:t>
            </w:r>
            <w:proofErr w:type="spellStart"/>
            <w:r w:rsidRPr="008D6EDB">
              <w:rPr>
                <w:b/>
                <w:sz w:val="19"/>
              </w:rPr>
              <w:t>Yerleşme</w:t>
            </w:r>
            <w:proofErr w:type="spellEnd"/>
            <w:r w:rsidRPr="008D6EDB">
              <w:rPr>
                <w:b/>
                <w:sz w:val="19"/>
              </w:rPr>
              <w:t xml:space="preserve"> Yılı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FB83F" w14:textId="77777777" w:rsidR="00381CD5" w:rsidRPr="008D6EDB" w:rsidRDefault="00381CD5"/>
        </w:tc>
      </w:tr>
      <w:tr w:rsidR="008D6EDB" w:rsidRPr="008D6EDB" w14:paraId="3041BF01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CF489" w14:textId="77777777" w:rsidR="00381CD5" w:rsidRPr="008D6EDB" w:rsidRDefault="00421E10">
            <w:proofErr w:type="spellStart"/>
            <w:r w:rsidRPr="008D6EDB">
              <w:rPr>
                <w:b/>
                <w:sz w:val="19"/>
              </w:rPr>
              <w:t>Kayıt</w:t>
            </w:r>
            <w:proofErr w:type="spellEnd"/>
            <w:r w:rsidRPr="008D6EDB">
              <w:rPr>
                <w:b/>
                <w:sz w:val="19"/>
              </w:rPr>
              <w:t xml:space="preserve"> / </w:t>
            </w:r>
            <w:proofErr w:type="spellStart"/>
            <w:r w:rsidRPr="008D6EDB">
              <w:rPr>
                <w:b/>
                <w:sz w:val="19"/>
              </w:rPr>
              <w:t>Yerleşme</w:t>
            </w:r>
            <w:proofErr w:type="spellEnd"/>
            <w:r w:rsidRPr="008D6EDB">
              <w:rPr>
                <w:b/>
                <w:sz w:val="19"/>
              </w:rPr>
              <w:t xml:space="preserve"> </w:t>
            </w:r>
            <w:proofErr w:type="spellStart"/>
            <w:r w:rsidRPr="008D6EDB">
              <w:rPr>
                <w:b/>
                <w:sz w:val="19"/>
              </w:rPr>
              <w:t>Türü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E1AAB" w14:textId="77777777" w:rsidR="00381CD5" w:rsidRPr="008D6EDB" w:rsidRDefault="00421E10">
            <w:r w:rsidRPr="008D6EDB">
              <w:rPr>
                <w:sz w:val="19"/>
              </w:rPr>
              <w:t>☐</w:t>
            </w:r>
            <w:r w:rsidRPr="008D6EDB">
              <w:rPr>
                <w:sz w:val="19"/>
              </w:rPr>
              <w:t xml:space="preserve"> ÖSYS/YKS   ☐ DGS   ☐ YÖS/Uluslararası   ☐ Yatay Geçiş   ☐ Lisansüstü Başvuru   ☐ Diğer: </w:t>
            </w:r>
            <w:r w:rsidRPr="008D6EDB">
              <w:rPr>
                <w:sz w:val="19"/>
              </w:rPr>
              <w:t>__________</w:t>
            </w:r>
          </w:p>
        </w:tc>
      </w:tr>
      <w:tr w:rsidR="008D6EDB" w:rsidRPr="008D6EDB" w14:paraId="10B50DC0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95BA2" w14:textId="77777777" w:rsidR="00381CD5" w:rsidRPr="008D6EDB" w:rsidRDefault="00421E10">
            <w:proofErr w:type="spellStart"/>
            <w:r w:rsidRPr="008D6EDB">
              <w:rPr>
                <w:b/>
                <w:sz w:val="19"/>
              </w:rPr>
              <w:t>İlişik</w:t>
            </w:r>
            <w:proofErr w:type="spellEnd"/>
            <w:r w:rsidRPr="008D6EDB">
              <w:rPr>
                <w:b/>
                <w:sz w:val="19"/>
              </w:rPr>
              <w:t xml:space="preserve"> </w:t>
            </w:r>
            <w:proofErr w:type="spellStart"/>
            <w:r w:rsidRPr="008D6EDB">
              <w:rPr>
                <w:b/>
                <w:sz w:val="19"/>
              </w:rPr>
              <w:t>Kesme</w:t>
            </w:r>
            <w:proofErr w:type="spellEnd"/>
            <w:r w:rsidRPr="008D6EDB">
              <w:rPr>
                <w:b/>
                <w:sz w:val="19"/>
              </w:rPr>
              <w:t xml:space="preserve"> </w:t>
            </w:r>
            <w:proofErr w:type="spellStart"/>
            <w:r w:rsidRPr="008D6EDB">
              <w:rPr>
                <w:b/>
                <w:sz w:val="19"/>
              </w:rPr>
              <w:t>Tarihi</w:t>
            </w:r>
            <w:proofErr w:type="spellEnd"/>
            <w:r w:rsidRPr="008D6EDB">
              <w:rPr>
                <w:b/>
                <w:sz w:val="19"/>
              </w:rPr>
              <w:t xml:space="preserve"> (</w:t>
            </w:r>
            <w:proofErr w:type="spellStart"/>
            <w:r w:rsidRPr="008D6EDB">
              <w:rPr>
                <w:b/>
                <w:sz w:val="19"/>
              </w:rPr>
              <w:t>varsa</w:t>
            </w:r>
            <w:proofErr w:type="spellEnd"/>
            <w:r w:rsidRPr="008D6EDB">
              <w:rPr>
                <w:b/>
                <w:sz w:val="19"/>
              </w:rPr>
              <w:t>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D40A0" w14:textId="77777777" w:rsidR="00381CD5" w:rsidRPr="008D6EDB" w:rsidRDefault="00381CD5"/>
        </w:tc>
      </w:tr>
      <w:tr w:rsidR="008D6EDB" w:rsidRPr="008D6EDB" w14:paraId="18269699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D2724" w14:textId="77777777" w:rsidR="00381CD5" w:rsidRPr="008D6EDB" w:rsidRDefault="00421E10">
            <w:proofErr w:type="spellStart"/>
            <w:r w:rsidRPr="008D6EDB">
              <w:rPr>
                <w:b/>
                <w:sz w:val="19"/>
              </w:rPr>
              <w:t>İlişik</w:t>
            </w:r>
            <w:proofErr w:type="spellEnd"/>
            <w:r w:rsidRPr="008D6EDB">
              <w:rPr>
                <w:b/>
                <w:sz w:val="19"/>
              </w:rPr>
              <w:t xml:space="preserve"> </w:t>
            </w:r>
            <w:proofErr w:type="spellStart"/>
            <w:r w:rsidRPr="008D6EDB">
              <w:rPr>
                <w:b/>
                <w:sz w:val="19"/>
              </w:rPr>
              <w:t>Kesme</w:t>
            </w:r>
            <w:proofErr w:type="spellEnd"/>
            <w:r w:rsidRPr="008D6EDB">
              <w:rPr>
                <w:b/>
                <w:sz w:val="19"/>
              </w:rPr>
              <w:t xml:space="preserve"> </w:t>
            </w:r>
            <w:proofErr w:type="spellStart"/>
            <w:r w:rsidRPr="008D6EDB">
              <w:rPr>
                <w:b/>
                <w:sz w:val="19"/>
              </w:rPr>
              <w:t>Nedeni</w:t>
            </w:r>
            <w:proofErr w:type="spellEnd"/>
            <w:r w:rsidRPr="008D6EDB">
              <w:rPr>
                <w:b/>
                <w:sz w:val="19"/>
              </w:rPr>
              <w:t xml:space="preserve"> (</w:t>
            </w:r>
            <w:proofErr w:type="spellStart"/>
            <w:r w:rsidRPr="008D6EDB">
              <w:rPr>
                <w:b/>
                <w:sz w:val="19"/>
              </w:rPr>
              <w:t>varsa</w:t>
            </w:r>
            <w:proofErr w:type="spellEnd"/>
            <w:r w:rsidRPr="008D6EDB">
              <w:rPr>
                <w:b/>
                <w:sz w:val="19"/>
              </w:rPr>
              <w:t>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33FE3" w14:textId="77777777" w:rsidR="00381CD5" w:rsidRPr="008D6EDB" w:rsidRDefault="00381CD5"/>
        </w:tc>
      </w:tr>
    </w:tbl>
    <w:p w14:paraId="4E5EF90D" w14:textId="77777777" w:rsidR="00381CD5" w:rsidRPr="008D6EDB" w:rsidRDefault="00421E10">
      <w:pPr>
        <w:spacing w:before="100" w:after="40"/>
      </w:pPr>
      <w:r w:rsidRPr="008D6EDB">
        <w:rPr>
          <w:b/>
          <w:sz w:val="23"/>
        </w:rPr>
        <w:t>C. MEVCUT ÖĞRENCİLİK / ÖZEL DURUM BİLGİLERİ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850"/>
        <w:gridCol w:w="5340"/>
      </w:tblGrid>
      <w:tr w:rsidR="008D6EDB" w:rsidRPr="008D6EDB" w14:paraId="4EDE14A3" w14:textId="77777777" w:rsidTr="00075C21">
        <w:trPr>
          <w:cantSplit/>
          <w:jc w:val="center"/>
        </w:trPr>
        <w:tc>
          <w:tcPr>
            <w:tcW w:w="485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5398C" w14:textId="77777777" w:rsidR="00381CD5" w:rsidRPr="008D6EDB" w:rsidRDefault="00421E10">
            <w:r w:rsidRPr="008D6EDB">
              <w:rPr>
                <w:b/>
                <w:sz w:val="19"/>
              </w:rPr>
              <w:t xml:space="preserve">Hâlen başka bir yükseköğretim programında aktif kaydınız var </w:t>
            </w:r>
            <w:r w:rsidRPr="008D6EDB">
              <w:rPr>
                <w:b/>
                <w:sz w:val="19"/>
              </w:rPr>
              <w:t>mı?</w:t>
            </w:r>
          </w:p>
        </w:tc>
        <w:tc>
          <w:tcPr>
            <w:tcW w:w="5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70D3" w14:textId="77777777" w:rsidR="00381CD5" w:rsidRPr="008D6EDB" w:rsidRDefault="00421E10">
            <w:r w:rsidRPr="008D6EDB">
              <w:rPr>
                <w:sz w:val="19"/>
              </w:rPr>
              <w:t>☐</w:t>
            </w:r>
            <w:r w:rsidRPr="008D6EDB">
              <w:rPr>
                <w:sz w:val="19"/>
              </w:rPr>
              <w:t xml:space="preserve"> Hayır   ☐ Evet → Kurum/Program: __________________________________________</w:t>
            </w:r>
          </w:p>
        </w:tc>
      </w:tr>
      <w:tr w:rsidR="00075C21" w14:paraId="3C750DC0" w14:textId="77777777" w:rsidTr="00075C21">
        <w:tblPrEx>
          <w:jc w:val="left"/>
        </w:tblPrEx>
        <w:tc>
          <w:tcPr>
            <w:tcW w:w="4850" w:type="dxa"/>
          </w:tcPr>
          <w:p w14:paraId="5FB2B4B3" w14:textId="77777777" w:rsidR="00075C21" w:rsidRDefault="00075C21" w:rsidP="007B7D6B">
            <w:r>
              <w:rPr>
                <w:b/>
                <w:color w:val="202020"/>
                <w:sz w:val="19"/>
              </w:rPr>
              <w:t xml:space="preserve">09.08.2026 </w:t>
            </w:r>
            <w:proofErr w:type="spellStart"/>
            <w:r>
              <w:rPr>
                <w:b/>
                <w:color w:val="202020"/>
                <w:sz w:val="19"/>
              </w:rPr>
              <w:t>tarihinde</w:t>
            </w:r>
            <w:proofErr w:type="spellEnd"/>
            <w:r>
              <w:rPr>
                <w:b/>
                <w:color w:val="202020"/>
                <w:sz w:val="19"/>
              </w:rPr>
              <w:t xml:space="preserve"> </w:t>
            </w:r>
            <w:proofErr w:type="spellStart"/>
            <w:r>
              <w:rPr>
                <w:b/>
                <w:color w:val="202020"/>
                <w:sz w:val="19"/>
              </w:rPr>
              <w:t>askerlik</w:t>
            </w:r>
            <w:proofErr w:type="spellEnd"/>
            <w:r>
              <w:rPr>
                <w:b/>
                <w:color w:val="202020"/>
                <w:sz w:val="19"/>
              </w:rPr>
              <w:t xml:space="preserve"> </w:t>
            </w:r>
            <w:proofErr w:type="spellStart"/>
            <w:r>
              <w:rPr>
                <w:b/>
                <w:color w:val="202020"/>
                <w:sz w:val="19"/>
              </w:rPr>
              <w:t>görevini</w:t>
            </w:r>
            <w:proofErr w:type="spellEnd"/>
            <w:r>
              <w:rPr>
                <w:b/>
                <w:color w:val="202020"/>
                <w:sz w:val="19"/>
              </w:rPr>
              <w:t xml:space="preserve"> </w:t>
            </w:r>
            <w:proofErr w:type="spellStart"/>
            <w:r>
              <w:rPr>
                <w:b/>
                <w:color w:val="202020"/>
                <w:sz w:val="19"/>
              </w:rPr>
              <w:t>yapmakta</w:t>
            </w:r>
            <w:proofErr w:type="spellEnd"/>
            <w:r>
              <w:rPr>
                <w:b/>
                <w:color w:val="202020"/>
                <w:sz w:val="19"/>
              </w:rPr>
              <w:t xml:space="preserve"> </w:t>
            </w:r>
            <w:proofErr w:type="spellStart"/>
            <w:r>
              <w:rPr>
                <w:b/>
                <w:color w:val="202020"/>
                <w:sz w:val="19"/>
              </w:rPr>
              <w:t>mıydınız</w:t>
            </w:r>
            <w:proofErr w:type="spellEnd"/>
            <w:r>
              <w:rPr>
                <w:b/>
                <w:color w:val="202020"/>
                <w:sz w:val="19"/>
              </w:rPr>
              <w:t>?</w:t>
            </w:r>
          </w:p>
        </w:tc>
        <w:tc>
          <w:tcPr>
            <w:tcW w:w="5340" w:type="dxa"/>
          </w:tcPr>
          <w:p w14:paraId="65CB1F1A" w14:textId="77777777" w:rsidR="00075C21" w:rsidRDefault="00075C21" w:rsidP="007B7D6B">
            <w:r>
              <w:rPr>
                <w:color w:val="202020"/>
                <w:sz w:val="19"/>
              </w:rPr>
              <w:t xml:space="preserve">☐ </w:t>
            </w:r>
            <w:proofErr w:type="spellStart"/>
            <w:r>
              <w:rPr>
                <w:color w:val="202020"/>
                <w:sz w:val="19"/>
              </w:rPr>
              <w:t>Hayır</w:t>
            </w:r>
            <w:proofErr w:type="spellEnd"/>
            <w:r>
              <w:rPr>
                <w:color w:val="202020"/>
                <w:sz w:val="19"/>
              </w:rPr>
              <w:t xml:space="preserve">   ☐ Evet</w:t>
            </w:r>
          </w:p>
        </w:tc>
      </w:tr>
      <w:tr w:rsidR="008D6EDB" w:rsidRPr="008D6EDB" w14:paraId="24064038" w14:textId="77777777" w:rsidTr="00075C21">
        <w:trPr>
          <w:cantSplit/>
          <w:jc w:val="center"/>
        </w:trPr>
        <w:tc>
          <w:tcPr>
            <w:tcW w:w="485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E611F" w14:textId="77777777" w:rsidR="00381CD5" w:rsidRPr="008D6EDB" w:rsidRDefault="00421E10">
            <w:proofErr w:type="spellStart"/>
            <w:r w:rsidRPr="008D6EDB">
              <w:rPr>
                <w:b/>
                <w:sz w:val="19"/>
              </w:rPr>
              <w:t>Sağlık</w:t>
            </w:r>
            <w:proofErr w:type="spellEnd"/>
            <w:r w:rsidRPr="008D6EDB">
              <w:rPr>
                <w:b/>
                <w:sz w:val="19"/>
              </w:rPr>
              <w:t xml:space="preserve"> </w:t>
            </w:r>
            <w:proofErr w:type="spellStart"/>
            <w:r w:rsidRPr="008D6EDB">
              <w:rPr>
                <w:b/>
                <w:sz w:val="19"/>
              </w:rPr>
              <w:t>nedeniyle</w:t>
            </w:r>
            <w:proofErr w:type="spellEnd"/>
            <w:r w:rsidRPr="008D6EDB">
              <w:rPr>
                <w:b/>
                <w:sz w:val="19"/>
              </w:rPr>
              <w:t xml:space="preserve"> </w:t>
            </w:r>
            <w:proofErr w:type="spellStart"/>
            <w:r w:rsidRPr="008D6EDB">
              <w:rPr>
                <w:b/>
                <w:sz w:val="19"/>
              </w:rPr>
              <w:t>süresinde</w:t>
            </w:r>
            <w:proofErr w:type="spellEnd"/>
            <w:r w:rsidRPr="008D6EDB">
              <w:rPr>
                <w:b/>
                <w:sz w:val="19"/>
              </w:rPr>
              <w:t xml:space="preserve"> </w:t>
            </w:r>
            <w:proofErr w:type="spellStart"/>
            <w:r w:rsidRPr="008D6EDB">
              <w:rPr>
                <w:b/>
                <w:sz w:val="19"/>
              </w:rPr>
              <w:t>başvuramadınız</w:t>
            </w:r>
            <w:proofErr w:type="spellEnd"/>
            <w:r w:rsidRPr="008D6EDB">
              <w:rPr>
                <w:b/>
                <w:sz w:val="19"/>
              </w:rPr>
              <w:t xml:space="preserve"> mı?</w:t>
            </w:r>
          </w:p>
        </w:tc>
        <w:tc>
          <w:tcPr>
            <w:tcW w:w="5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0AB3F" w14:textId="77777777" w:rsidR="00381CD5" w:rsidRPr="008D6EDB" w:rsidRDefault="00421E10">
            <w:r w:rsidRPr="008D6EDB">
              <w:rPr>
                <w:sz w:val="19"/>
              </w:rPr>
              <w:t>☐</w:t>
            </w:r>
            <w:r w:rsidRPr="008D6EDB">
              <w:rPr>
                <w:sz w:val="19"/>
              </w:rPr>
              <w:t xml:space="preserve"> Hayır   ☐ Evet → Heyet raporu tarihi: ____________________________________</w:t>
            </w:r>
          </w:p>
        </w:tc>
      </w:tr>
    </w:tbl>
    <w:p w14:paraId="1EDA5DE4" w14:textId="77777777" w:rsidR="00381CD5" w:rsidRPr="008D6EDB" w:rsidRDefault="00421E10">
      <w:r w:rsidRPr="008D6EDB">
        <w:br w:type="page"/>
      </w:r>
    </w:p>
    <w:p w14:paraId="3A50BA7C" w14:textId="77777777" w:rsidR="00381CD5" w:rsidRPr="008D6EDB" w:rsidRDefault="00421E10">
      <w:pPr>
        <w:spacing w:before="120" w:after="40"/>
      </w:pPr>
      <w:r w:rsidRPr="008D6EDB">
        <w:rPr>
          <w:b/>
          <w:sz w:val="23"/>
        </w:rPr>
        <w:lastRenderedPageBreak/>
        <w:t>D. BAŞVURU TALEBİ VE BEYAN</w:t>
      </w:r>
    </w:p>
    <w:p w14:paraId="460F0BE6" w14:textId="77777777" w:rsidR="00381CD5" w:rsidRDefault="00421E10" w:rsidP="00686210">
      <w:pPr>
        <w:spacing w:after="100"/>
        <w:jc w:val="both"/>
        <w:rPr>
          <w:sz w:val="19"/>
        </w:rPr>
      </w:pPr>
      <w:r w:rsidRPr="008D6EDB">
        <w:rPr>
          <w:sz w:val="19"/>
        </w:rPr>
        <w:t>2547 sayılı Yükseköğretim Kanununun Geçici 85 inci maddesi</w:t>
      </w:r>
      <w:r w:rsidRPr="008D6EDB">
        <w:rPr>
          <w:sz w:val="19"/>
        </w:rPr>
        <w:t xml:space="preserve"> ve bu maddeye ilişkin Yükseköğretim Kurulu uygulama ilkeleri kapsamında, yukarıda bilgileri yer alan programdaki öğrencilik/kayıt hakkımın değerlendirilerek yeniden öğrenime başlama hakkından yararlandırılmamı arz ederim. Başvurumda verdiğim bilgilerin do</w:t>
      </w:r>
      <w:r w:rsidRPr="008D6EDB">
        <w:rPr>
          <w:sz w:val="19"/>
        </w:rPr>
        <w:t xml:space="preserve">ğru olduğunu, kapsam dışı bırakılmayı gerektiren bir durumun tespit edilmesi hâlinde başvurumun reddedilebileceğini/kaydımın buna göre işlem görebileceğini, aynı düzeyde eş zamanlı örgün kayıt ve lisansüstü tek program kurallarına uymam </w:t>
      </w:r>
      <w:proofErr w:type="spellStart"/>
      <w:r w:rsidRPr="008D6EDB">
        <w:rPr>
          <w:sz w:val="19"/>
        </w:rPr>
        <w:t>gerektiğini</w:t>
      </w:r>
      <w:proofErr w:type="spellEnd"/>
      <w:r w:rsidRPr="008D6EDB">
        <w:rPr>
          <w:sz w:val="19"/>
        </w:rPr>
        <w:t xml:space="preserve"> </w:t>
      </w:r>
      <w:proofErr w:type="spellStart"/>
      <w:r w:rsidRPr="008D6EDB">
        <w:rPr>
          <w:sz w:val="19"/>
        </w:rPr>
        <w:t>bildiği</w:t>
      </w:r>
      <w:r w:rsidRPr="008D6EDB">
        <w:rPr>
          <w:sz w:val="19"/>
        </w:rPr>
        <w:t>mi</w:t>
      </w:r>
      <w:proofErr w:type="spellEnd"/>
      <w:r w:rsidRPr="008D6EDB">
        <w:rPr>
          <w:sz w:val="19"/>
        </w:rPr>
        <w:t xml:space="preserve"> </w:t>
      </w:r>
      <w:proofErr w:type="spellStart"/>
      <w:r w:rsidRPr="008D6EDB">
        <w:rPr>
          <w:sz w:val="19"/>
        </w:rPr>
        <w:t>beyan</w:t>
      </w:r>
      <w:proofErr w:type="spellEnd"/>
      <w:r w:rsidRPr="008D6EDB">
        <w:rPr>
          <w:sz w:val="19"/>
        </w:rPr>
        <w:t xml:space="preserve"> </w:t>
      </w:r>
      <w:proofErr w:type="spellStart"/>
      <w:r w:rsidRPr="008D6EDB">
        <w:rPr>
          <w:sz w:val="19"/>
        </w:rPr>
        <w:t>ederim</w:t>
      </w:r>
      <w:proofErr w:type="spellEnd"/>
      <w:r w:rsidRPr="008D6EDB">
        <w:rPr>
          <w:sz w:val="19"/>
        </w:rPr>
        <w:t>.</w:t>
      </w:r>
    </w:p>
    <w:p w14:paraId="05F8ABCA" w14:textId="77777777" w:rsidR="00686210" w:rsidRPr="008D6EDB" w:rsidRDefault="00686210">
      <w:pPr>
        <w:spacing w:after="100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8D6EDB" w:rsidRPr="008D6EDB" w14:paraId="3114A5D7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86320" w14:textId="77777777" w:rsidR="00381CD5" w:rsidRPr="008D6EDB" w:rsidRDefault="00421E10">
            <w:r w:rsidRPr="008D6EDB">
              <w:rPr>
                <w:b/>
                <w:sz w:val="19"/>
              </w:rPr>
              <w:t>Başvuru Tarihi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FA408" w14:textId="77777777" w:rsidR="00381CD5" w:rsidRPr="008D6EDB" w:rsidRDefault="00381CD5"/>
        </w:tc>
      </w:tr>
      <w:tr w:rsidR="008D6EDB" w:rsidRPr="008D6EDB" w14:paraId="3ADBE51F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B0845" w14:textId="77777777" w:rsidR="00381CD5" w:rsidRPr="008D6EDB" w:rsidRDefault="00421E10">
            <w:r w:rsidRPr="008D6EDB">
              <w:rPr>
                <w:b/>
                <w:sz w:val="19"/>
              </w:rPr>
              <w:t xml:space="preserve">Ad </w:t>
            </w:r>
            <w:proofErr w:type="spellStart"/>
            <w:r w:rsidRPr="008D6EDB">
              <w:rPr>
                <w:b/>
                <w:sz w:val="19"/>
              </w:rPr>
              <w:t>Soyad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8E668" w14:textId="77777777" w:rsidR="00381CD5" w:rsidRPr="008D6EDB" w:rsidRDefault="00381CD5"/>
        </w:tc>
      </w:tr>
      <w:tr w:rsidR="008D6EDB" w:rsidRPr="008D6EDB" w14:paraId="3B6E7DE7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1A718" w14:textId="77777777" w:rsidR="00381CD5" w:rsidRPr="008D6EDB" w:rsidRDefault="00421E10">
            <w:proofErr w:type="spellStart"/>
            <w:r w:rsidRPr="008D6EDB">
              <w:rPr>
                <w:b/>
                <w:sz w:val="19"/>
              </w:rPr>
              <w:t>İmza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227E8" w14:textId="77777777" w:rsidR="00381CD5" w:rsidRDefault="00381CD5"/>
          <w:p w14:paraId="71A3FEAF" w14:textId="5E9403C9" w:rsidR="00686210" w:rsidRPr="008D6EDB" w:rsidRDefault="00686210"/>
        </w:tc>
      </w:tr>
      <w:tr w:rsidR="008D6EDB" w:rsidRPr="008D6EDB" w14:paraId="02473134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0EA5A" w14:textId="77777777" w:rsidR="00381CD5" w:rsidRPr="008D6EDB" w:rsidRDefault="00421E10">
            <w:r w:rsidRPr="008D6EDB">
              <w:rPr>
                <w:b/>
                <w:sz w:val="19"/>
              </w:rPr>
              <w:t>Vekil ile başvuru varsa vekilin adı-soyadı / imzası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5C003" w14:textId="77777777" w:rsidR="00381CD5" w:rsidRDefault="00381CD5"/>
          <w:p w14:paraId="078B3399" w14:textId="2FE307FA" w:rsidR="00686210" w:rsidRPr="008D6EDB" w:rsidRDefault="00686210"/>
        </w:tc>
      </w:tr>
    </w:tbl>
    <w:p w14:paraId="09CE8966" w14:textId="77777777" w:rsidR="00C77B8E" w:rsidRDefault="00C77B8E">
      <w:pPr>
        <w:spacing w:before="140" w:after="40"/>
        <w:rPr>
          <w:b/>
          <w:sz w:val="23"/>
        </w:rPr>
      </w:pPr>
    </w:p>
    <w:p w14:paraId="67B40BB2" w14:textId="2BA095A8" w:rsidR="00381CD5" w:rsidRPr="008D6EDB" w:rsidRDefault="00381CD5">
      <w:pPr>
        <w:spacing w:before="160"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84"/>
      </w:tblGrid>
      <w:tr w:rsidR="008D6EDB" w:rsidRPr="008D6EDB" w14:paraId="28F15A24" w14:textId="77777777">
        <w:tc>
          <w:tcPr>
            <w:tcW w:w="10200" w:type="dxa"/>
            <w:tcBorders>
              <w:top w:val="single" w:sz="6" w:space="0" w:color="B0B0B0"/>
              <w:left w:val="single" w:sz="6" w:space="0" w:color="B0B0B0"/>
              <w:bottom w:val="single" w:sz="6" w:space="0" w:color="B0B0B0"/>
              <w:right w:val="single" w:sz="6" w:space="0" w:color="B0B0B0"/>
            </w:tcBorders>
            <w:shd w:val="clear" w:color="auto" w:fill="F4F5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31563B" w14:textId="77777777" w:rsidR="00381CD5" w:rsidRPr="008D6EDB" w:rsidRDefault="00421E10">
            <w:r w:rsidRPr="008D6EDB">
              <w:rPr>
                <w:b/>
                <w:sz w:val="17"/>
              </w:rPr>
              <w:t xml:space="preserve">KVKK </w:t>
            </w:r>
            <w:proofErr w:type="spellStart"/>
            <w:r w:rsidRPr="008D6EDB">
              <w:rPr>
                <w:b/>
                <w:sz w:val="17"/>
              </w:rPr>
              <w:t>Bilgilendirmesi</w:t>
            </w:r>
            <w:proofErr w:type="spellEnd"/>
            <w:r w:rsidRPr="008D6EDB">
              <w:rPr>
                <w:b/>
                <w:sz w:val="17"/>
              </w:rPr>
              <w:t xml:space="preserve">: </w:t>
            </w:r>
            <w:r w:rsidRPr="008D6EDB">
              <w:rPr>
                <w:sz w:val="17"/>
              </w:rPr>
              <w:t xml:space="preserve">Bu </w:t>
            </w:r>
            <w:proofErr w:type="spellStart"/>
            <w:r w:rsidRPr="008D6EDB">
              <w:rPr>
                <w:sz w:val="17"/>
              </w:rPr>
              <w:t>formda</w:t>
            </w:r>
            <w:proofErr w:type="spellEnd"/>
            <w:r w:rsidRPr="008D6EDB">
              <w:rPr>
                <w:sz w:val="17"/>
              </w:rPr>
              <w:t xml:space="preserve"> yer alan kişisel veriler, öğrenci affı başvurusunun alınması, kapsam ve kayıt hakkının değerlendirilmesi, kayıt/intibak işlemlerinin yürütülmesi ve yasal yükümlülüklerin yerine getirilmesi amaçlarıyla ilgili mevzuat kapsamın</w:t>
            </w:r>
            <w:r w:rsidRPr="008D6EDB">
              <w:rPr>
                <w:sz w:val="17"/>
              </w:rPr>
              <w:t>da işlenir. Ayrıntılı aydınlatma metni Üniversitenin KVKK sayfasından sunulmalıdır.</w:t>
            </w:r>
          </w:p>
          <w:p w14:paraId="55C6066D" w14:textId="77777777" w:rsidR="00381CD5" w:rsidRPr="008D6EDB" w:rsidRDefault="00421E10">
            <w:pPr>
              <w:spacing w:after="0"/>
            </w:pPr>
            <w:r w:rsidRPr="008D6EDB">
              <w:rPr>
                <w:i/>
                <w:sz w:val="16"/>
              </w:rPr>
              <w:t>Doküman kodu notu: “YBÜ-FRM-___/00” alanı, BKYS/Kalite Yönetim Sistemi tarafından form numarası tahsis edildikten sonra güncellenmelidir.</w:t>
            </w:r>
          </w:p>
        </w:tc>
      </w:tr>
    </w:tbl>
    <w:p w14:paraId="1CD2D2C5" w14:textId="77777777" w:rsidR="00000000" w:rsidRPr="008D6EDB" w:rsidRDefault="00421E10"/>
    <w:sectPr w:rsidR="00000000" w:rsidRPr="008D6EDB" w:rsidSect="00300E0C">
      <w:pgSz w:w="12240" w:h="15840"/>
      <w:pgMar w:top="907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AA3BD" w14:textId="77777777" w:rsidR="00000000" w:rsidRDefault="00421E10">
      <w:pPr>
        <w:spacing w:after="0" w:line="240" w:lineRule="auto"/>
      </w:pPr>
      <w:r>
        <w:separator/>
      </w:r>
    </w:p>
  </w:endnote>
  <w:endnote w:type="continuationSeparator" w:id="0">
    <w:p w14:paraId="5C6F18B0" w14:textId="77777777" w:rsidR="00000000" w:rsidRDefault="00421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A35D0" w14:textId="77777777" w:rsidR="00000000" w:rsidRDefault="00421E10">
      <w:pPr>
        <w:spacing w:after="0" w:line="240" w:lineRule="auto"/>
      </w:pPr>
      <w:r>
        <w:separator/>
      </w:r>
    </w:p>
  </w:footnote>
  <w:footnote w:type="continuationSeparator" w:id="0">
    <w:p w14:paraId="601AAFAA" w14:textId="77777777" w:rsidR="00000000" w:rsidRDefault="00421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C21"/>
    <w:rsid w:val="000839C2"/>
    <w:rsid w:val="0015074B"/>
    <w:rsid w:val="0028772D"/>
    <w:rsid w:val="0029639D"/>
    <w:rsid w:val="002F43AE"/>
    <w:rsid w:val="00300E0C"/>
    <w:rsid w:val="00326F90"/>
    <w:rsid w:val="00381CD5"/>
    <w:rsid w:val="00421E10"/>
    <w:rsid w:val="00686210"/>
    <w:rsid w:val="00710981"/>
    <w:rsid w:val="008066B1"/>
    <w:rsid w:val="008D6EDB"/>
    <w:rsid w:val="009302ED"/>
    <w:rsid w:val="00A134C7"/>
    <w:rsid w:val="00AA1D8D"/>
    <w:rsid w:val="00B47730"/>
    <w:rsid w:val="00B769DE"/>
    <w:rsid w:val="00C77B8E"/>
    <w:rsid w:val="00CB0664"/>
    <w:rsid w:val="00FA5A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89185924-5B51-4E20-AD90-EC74B0E5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/>
      <w:b/>
      <w:bCs/>
      <w:color w:val="202020"/>
      <w:sz w:val="26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/>
      <w:b/>
      <w:bCs/>
      <w:color w:val="202020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02020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202020"/>
      <w:spacing w:val="5"/>
      <w:kern w:val="28"/>
      <w:sz w:val="34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İbrahim Önal</cp:lastModifiedBy>
  <cp:revision>5</cp:revision>
  <dcterms:created xsi:type="dcterms:W3CDTF">2026-08-17T08:01:00Z</dcterms:created>
  <dcterms:modified xsi:type="dcterms:W3CDTF">2026-08-17T08:38:00Z</dcterms:modified>
  <cp:category/>
</cp:coreProperties>
</file>