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5773" w:rsidRDefault="00B96C62">
      <w:pPr>
        <w:spacing w:after="0"/>
        <w:jc w:val="center"/>
      </w:pPr>
      <w:r>
        <w:rPr>
          <w:b/>
          <w:sz w:val="18"/>
        </w:rPr>
        <w:t>T.C.</w:t>
      </w:r>
      <w:r>
        <w:rPr>
          <w:b/>
          <w:sz w:val="18"/>
        </w:rPr>
        <w:br/>
        <w:t>YOZGAT BOZOK ÜNİVERSİTESİ</w:t>
      </w:r>
    </w:p>
    <w:p w:rsidR="00405773" w:rsidRDefault="00B96C62">
      <w:pPr>
        <w:spacing w:after="60"/>
        <w:jc w:val="center"/>
      </w:pPr>
      <w:r>
        <w:rPr>
          <w:b/>
          <w:sz w:val="15"/>
        </w:rPr>
        <w:t>Lisansüstü Eğitim Enstitüsü, İleri Malzemeler ve Nanoteknoloji Disiplinlerarası Tezli Yüksek Lisans Programı</w:t>
      </w:r>
      <w:r>
        <w:rPr>
          <w:b/>
          <w:sz w:val="15"/>
        </w:rPr>
        <w:br/>
        <w:t>2026-2027 Eğitim-Öğretim Yılı Güz Yarıyılı Ders Programı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52"/>
        <w:gridCol w:w="2126"/>
        <w:gridCol w:w="1843"/>
        <w:gridCol w:w="1843"/>
        <w:gridCol w:w="1843"/>
        <w:gridCol w:w="1843"/>
        <w:gridCol w:w="2126"/>
        <w:gridCol w:w="2126"/>
      </w:tblGrid>
      <w:tr w:rsidR="00405773">
        <w:trPr>
          <w:trHeight w:val="540"/>
          <w:jc w:val="center"/>
        </w:trPr>
        <w:tc>
          <w:tcPr>
            <w:tcW w:w="652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D9D9D9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405773" w:rsidRDefault="00B96C62">
            <w:pPr>
              <w:jc w:val="center"/>
            </w:pPr>
            <w:r>
              <w:rPr>
                <w:b/>
                <w:sz w:val="14"/>
              </w:rPr>
              <w:t>Saat</w:t>
            </w:r>
          </w:p>
        </w:tc>
        <w:tc>
          <w:tcPr>
            <w:tcW w:w="212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D9D9D9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405773" w:rsidRDefault="00B96C62">
            <w:pPr>
              <w:jc w:val="center"/>
            </w:pPr>
            <w:r>
              <w:rPr>
                <w:b/>
                <w:sz w:val="14"/>
              </w:rPr>
              <w:t>Pazartesi</w:t>
            </w:r>
          </w:p>
        </w:tc>
        <w:tc>
          <w:tcPr>
            <w:tcW w:w="3686" w:type="dxa"/>
            <w:gridSpan w:val="2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D9D9D9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405773" w:rsidRDefault="00B96C62">
            <w:pPr>
              <w:jc w:val="center"/>
            </w:pPr>
            <w:r>
              <w:rPr>
                <w:b/>
                <w:sz w:val="14"/>
              </w:rPr>
              <w:t>Salı</w:t>
            </w:r>
          </w:p>
        </w:tc>
        <w:tc>
          <w:tcPr>
            <w:tcW w:w="3686" w:type="dxa"/>
            <w:gridSpan w:val="2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D9D9D9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405773" w:rsidRDefault="00B96C62">
            <w:pPr>
              <w:jc w:val="center"/>
            </w:pPr>
            <w:r>
              <w:rPr>
                <w:b/>
                <w:sz w:val="14"/>
              </w:rPr>
              <w:t>Çarşamba</w:t>
            </w:r>
          </w:p>
        </w:tc>
        <w:tc>
          <w:tcPr>
            <w:tcW w:w="212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D9D9D9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405773" w:rsidRDefault="00B96C62">
            <w:pPr>
              <w:jc w:val="center"/>
            </w:pPr>
            <w:r>
              <w:rPr>
                <w:b/>
                <w:sz w:val="14"/>
              </w:rPr>
              <w:t>Perşembe</w:t>
            </w:r>
          </w:p>
        </w:tc>
        <w:tc>
          <w:tcPr>
            <w:tcW w:w="212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D9D9D9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405773" w:rsidRDefault="00B96C62">
            <w:pPr>
              <w:jc w:val="center"/>
            </w:pPr>
            <w:r>
              <w:rPr>
                <w:b/>
                <w:sz w:val="14"/>
              </w:rPr>
              <w:t>Cuma</w:t>
            </w:r>
          </w:p>
        </w:tc>
      </w:tr>
      <w:tr w:rsidR="00405773">
        <w:trPr>
          <w:trHeight w:val="540"/>
          <w:jc w:val="center"/>
        </w:trPr>
        <w:tc>
          <w:tcPr>
            <w:tcW w:w="652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7E6E6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405773" w:rsidRDefault="00B96C62">
            <w:pPr>
              <w:jc w:val="center"/>
            </w:pPr>
            <w:r>
              <w:rPr>
                <w:b/>
                <w:sz w:val="13"/>
              </w:rPr>
              <w:t>08:30</w:t>
            </w:r>
            <w:r>
              <w:rPr>
                <w:b/>
                <w:sz w:val="13"/>
              </w:rPr>
              <w:br/>
              <w:t>09:15</w:t>
            </w:r>
          </w:p>
        </w:tc>
        <w:tc>
          <w:tcPr>
            <w:tcW w:w="212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53ECF" w:rsidRPr="000D2F35" w:rsidRDefault="00253ECF" w:rsidP="00253ECF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cya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cyan"/>
              </w:rPr>
              <w:t>MNYL 507 TEZ DANIŞMANLIĞI         (AK**   ÖN**)</w:t>
            </w:r>
          </w:p>
          <w:p w:rsidR="00253ECF" w:rsidRPr="000D2F35" w:rsidRDefault="00253ECF" w:rsidP="00253ECF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cyan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>Esra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 xml:space="preserve"> YILDIZ</w:t>
            </w:r>
          </w:p>
          <w:p w:rsidR="00253ECF" w:rsidRPr="000D2F35" w:rsidRDefault="00253ECF" w:rsidP="00253ECF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red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red"/>
              </w:rPr>
              <w:t>MNYL 505 UZMANLIK ALAN DERSİ</w:t>
            </w:r>
          </w:p>
          <w:p w:rsidR="00253ECF" w:rsidRPr="000D2F35" w:rsidRDefault="00253ECF" w:rsidP="00253ECF">
            <w:pPr>
              <w:spacing w:after="0" w:line="192" w:lineRule="auto"/>
              <w:jc w:val="center"/>
              <w:rPr>
                <w:rFonts w:ascii="Calibri" w:hAnsi="Calibri" w:cs="Calibri"/>
                <w:b/>
                <w:sz w:val="12"/>
                <w:szCs w:val="12"/>
              </w:rPr>
            </w:pP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>Doç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 xml:space="preserve">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>Nesri̇n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 xml:space="preserve"> KORKMAZ</w:t>
            </w:r>
          </w:p>
          <w:p w:rsidR="00393DEE" w:rsidRPr="000D2F35" w:rsidRDefault="00393DEE" w:rsidP="00393DEE">
            <w:pPr>
              <w:spacing w:after="0" w:line="192" w:lineRule="auto"/>
              <w:jc w:val="center"/>
              <w:rPr>
                <w:rFonts w:ascii="Calibri" w:hAnsi="Calibri" w:cs="Calibri"/>
                <w:b/>
                <w:sz w:val="12"/>
                <w:szCs w:val="12"/>
                <w:highlight w:val="darkYellow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darkYellow"/>
              </w:rPr>
              <w:t>MNYL 505 UZMANLIK ALAN DERSİ</w:t>
            </w:r>
          </w:p>
          <w:p w:rsidR="00405773" w:rsidRPr="000D2F35" w:rsidRDefault="00393DEE" w:rsidP="000D2F35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darkYellow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>Öğr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>Üyesi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>İbrahi̇m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 KILIÇ</w:t>
            </w:r>
          </w:p>
        </w:tc>
        <w:tc>
          <w:tcPr>
            <w:tcW w:w="184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9B1148" w:rsidRPr="000D2F35" w:rsidRDefault="009B1148" w:rsidP="009B1148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red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red"/>
              </w:rPr>
              <w:t>MNYL 507 TEZ DANIŞMANLIĞI</w:t>
            </w:r>
            <w:r w:rsidR="00253ECF" w:rsidRPr="000D2F35">
              <w:rPr>
                <w:rFonts w:ascii="Calibri" w:hAnsi="Calibri" w:cs="Calibri"/>
                <w:b/>
                <w:sz w:val="12"/>
                <w:szCs w:val="12"/>
                <w:highlight w:val="red"/>
              </w:rPr>
              <w:t xml:space="preserve"> (CA***   ÇA******)</w:t>
            </w:r>
          </w:p>
          <w:p w:rsidR="009B1148" w:rsidRPr="000D2F35" w:rsidRDefault="009B1148" w:rsidP="009B1148">
            <w:pPr>
              <w:spacing w:after="0" w:line="192" w:lineRule="auto"/>
              <w:jc w:val="center"/>
              <w:rPr>
                <w:rFonts w:ascii="Calibri" w:hAnsi="Calibri" w:cs="Calibri"/>
                <w:b/>
                <w:sz w:val="12"/>
                <w:szCs w:val="12"/>
              </w:rPr>
            </w:pP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>Doç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 xml:space="preserve">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>Nesri̇n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 xml:space="preserve"> KORKMAZ</w:t>
            </w:r>
          </w:p>
          <w:p w:rsidR="00405773" w:rsidRPr="000D2F35" w:rsidRDefault="00B96C6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darkYellow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darkYellow"/>
              </w:rPr>
              <w:t>MNYL571 EKLEMELİ İMALAT VE SÜRDÜRÜLEBİLİR POLİMER KOMPOZİTLER</w:t>
            </w:r>
          </w:p>
          <w:p w:rsidR="00405773" w:rsidRPr="000D2F35" w:rsidRDefault="0037279C" w:rsidP="009B1148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>Öğr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>Üyesi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>İ</w:t>
            </w:r>
            <w:r w:rsidR="00B96C62"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>brahi̇m</w:t>
            </w:r>
            <w:proofErr w:type="spellEnd"/>
            <w:r w:rsidR="00B96C62"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 K</w:t>
            </w:r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>ILIÇ</w:t>
            </w:r>
          </w:p>
        </w:tc>
        <w:tc>
          <w:tcPr>
            <w:tcW w:w="184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405773" w:rsidRPr="000D2F35" w:rsidRDefault="00B96C6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lightGray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lightGray"/>
              </w:rPr>
              <w:t>MNYL532 KOMPOZİT MALZEMELERE GİRİŞ</w:t>
            </w:r>
          </w:p>
          <w:p w:rsidR="00405773" w:rsidRPr="000D2F35" w:rsidRDefault="0037279C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>Yekta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 xml:space="preserve"> KARADUMAN</w:t>
            </w:r>
          </w:p>
        </w:tc>
        <w:tc>
          <w:tcPr>
            <w:tcW w:w="184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E26332" w:rsidRPr="000D2F35" w:rsidRDefault="00E26332" w:rsidP="00E2633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lightGray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lightGray"/>
              </w:rPr>
              <w:t>MNYL 507 TEZ DANIŞMANLIĞI</w:t>
            </w:r>
            <w:r w:rsidR="00393DEE" w:rsidRPr="000D2F35">
              <w:rPr>
                <w:rFonts w:ascii="Calibri" w:hAnsi="Calibri" w:cs="Calibri"/>
                <w:b/>
                <w:sz w:val="12"/>
                <w:szCs w:val="12"/>
                <w:highlight w:val="lightGray"/>
              </w:rPr>
              <w:t xml:space="preserve"> (BA***   AK***)</w:t>
            </w:r>
          </w:p>
          <w:p w:rsidR="00E26332" w:rsidRPr="000D2F35" w:rsidRDefault="00E26332" w:rsidP="00E2633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>Yekta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 xml:space="preserve"> KARADUMAN</w:t>
            </w:r>
          </w:p>
          <w:p w:rsidR="00393DEE" w:rsidRPr="000D2F35" w:rsidRDefault="00393DEE" w:rsidP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darkCya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darkCyan"/>
              </w:rPr>
              <w:t>MNYL 505 UZMANLIK ALAN DERSİ</w:t>
            </w:r>
          </w:p>
          <w:p w:rsidR="00405773" w:rsidRPr="000D2F35" w:rsidRDefault="00393DEE" w:rsidP="000D2F35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 xml:space="preserve">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>Öğr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 xml:space="preserve">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>Üyesi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 xml:space="preserve"> Mustafa ERBAKAN</w:t>
            </w:r>
          </w:p>
        </w:tc>
        <w:tc>
          <w:tcPr>
            <w:tcW w:w="184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53ECF" w:rsidRPr="000D2F35" w:rsidRDefault="00253ECF" w:rsidP="00253ECF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red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red"/>
              </w:rPr>
              <w:t>MNYL 507 TEZ DANIŞMANLIĞI (NE***   AL***)</w:t>
            </w:r>
          </w:p>
          <w:p w:rsidR="00253ECF" w:rsidRPr="000D2F35" w:rsidRDefault="00253ECF" w:rsidP="00253ECF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>Doç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 xml:space="preserve">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>Nesri̇n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 xml:space="preserve"> KORKMAZ</w:t>
            </w:r>
          </w:p>
          <w:p w:rsidR="00405773" w:rsidRPr="000D2F35" w:rsidRDefault="00405773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405773" w:rsidRPr="000D2F35" w:rsidRDefault="00B96C6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lightGray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lightGray"/>
              </w:rPr>
              <w:t>MNYL 505 UZMANLIK ALAN DERSİ</w:t>
            </w:r>
          </w:p>
          <w:p w:rsidR="00405773" w:rsidRPr="000D2F35" w:rsidRDefault="0037279C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>Yekta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 xml:space="preserve"> KARADUMAN</w:t>
            </w:r>
          </w:p>
        </w:tc>
        <w:tc>
          <w:tcPr>
            <w:tcW w:w="212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405773" w:rsidRPr="000D2F35" w:rsidRDefault="00B96C6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cya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cyan"/>
              </w:rPr>
              <w:t>MNYL 505 UZMANLIK ALAN DERSİ</w:t>
            </w:r>
          </w:p>
          <w:p w:rsidR="0037279C" w:rsidRPr="000D2F35" w:rsidRDefault="0037279C" w:rsidP="0037279C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>Esra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 xml:space="preserve"> YILDIZ</w:t>
            </w:r>
          </w:p>
          <w:p w:rsidR="00405773" w:rsidRPr="000D2F35" w:rsidRDefault="00B96C6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gree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green"/>
              </w:rPr>
              <w:t>MNYL 505 UZMANLIK ALAN DERSİ</w:t>
            </w:r>
          </w:p>
          <w:p w:rsidR="0037279C" w:rsidRPr="000D2F35" w:rsidRDefault="0037279C" w:rsidP="0037279C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>Hati̇ce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 xml:space="preserve"> KANBUR ÇAVUŞ</w:t>
            </w:r>
          </w:p>
          <w:p w:rsidR="00405773" w:rsidRPr="000D2F35" w:rsidRDefault="00405773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</w:tc>
      </w:tr>
      <w:tr w:rsidR="00405773">
        <w:trPr>
          <w:trHeight w:val="540"/>
          <w:jc w:val="center"/>
        </w:trPr>
        <w:tc>
          <w:tcPr>
            <w:tcW w:w="652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7E6E6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405773" w:rsidRDefault="00B96C62">
            <w:pPr>
              <w:jc w:val="center"/>
            </w:pPr>
            <w:r>
              <w:rPr>
                <w:b/>
                <w:sz w:val="13"/>
              </w:rPr>
              <w:t>09:30</w:t>
            </w:r>
            <w:r>
              <w:rPr>
                <w:b/>
                <w:sz w:val="13"/>
              </w:rPr>
              <w:br/>
              <w:t>10:15</w:t>
            </w:r>
          </w:p>
        </w:tc>
        <w:tc>
          <w:tcPr>
            <w:tcW w:w="212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405773" w:rsidRPr="000D2F35" w:rsidRDefault="00E26332" w:rsidP="00E26332">
            <w:pPr>
              <w:spacing w:after="0"/>
              <w:jc w:val="center"/>
              <w:rPr>
                <w:rFonts w:ascii="Calibri" w:hAnsi="Calibri" w:cs="Calibri"/>
                <w:b/>
                <w:sz w:val="12"/>
                <w:szCs w:val="12"/>
                <w:highlight w:val="cya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cyan"/>
              </w:rPr>
              <w:t>MNYL503</w:t>
            </w:r>
          </w:p>
          <w:p w:rsidR="00E26332" w:rsidRPr="000D2F35" w:rsidRDefault="00E26332" w:rsidP="00E26332">
            <w:pPr>
              <w:spacing w:after="0"/>
              <w:jc w:val="center"/>
              <w:rPr>
                <w:rFonts w:ascii="Calibri" w:hAnsi="Calibri" w:cs="Calibri"/>
                <w:b/>
                <w:color w:val="000000"/>
                <w:sz w:val="12"/>
                <w:szCs w:val="12"/>
                <w:highlight w:val="cyan"/>
              </w:rPr>
            </w:pPr>
            <w:r w:rsidRPr="000D2F35">
              <w:rPr>
                <w:rFonts w:ascii="Calibri" w:hAnsi="Calibri" w:cs="Calibri"/>
                <w:b/>
                <w:color w:val="000000"/>
                <w:sz w:val="12"/>
                <w:szCs w:val="12"/>
                <w:highlight w:val="cyan"/>
              </w:rPr>
              <w:t>MALZEME YAPISI VE KARAKTERİZASYONU</w:t>
            </w:r>
          </w:p>
          <w:p w:rsidR="00E26332" w:rsidRPr="000D2F35" w:rsidRDefault="00E26332" w:rsidP="00E2633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cyan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>Esra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 xml:space="preserve"> YILDIZ</w:t>
            </w:r>
          </w:p>
          <w:p w:rsidR="00253ECF" w:rsidRPr="000D2F35" w:rsidRDefault="00253ECF" w:rsidP="00253ECF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red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red"/>
              </w:rPr>
              <w:t>MNYL 505 UZMANLIK ALAN DERSİ</w:t>
            </w:r>
          </w:p>
          <w:p w:rsidR="00253ECF" w:rsidRPr="000D2F35" w:rsidRDefault="00253ECF" w:rsidP="00253ECF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>Doç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 xml:space="preserve">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>Nesri̇n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 xml:space="preserve"> KORKMAZ</w:t>
            </w:r>
          </w:p>
          <w:p w:rsidR="00393DEE" w:rsidRPr="000D2F35" w:rsidRDefault="00393DEE" w:rsidP="00393DEE">
            <w:pPr>
              <w:spacing w:after="0" w:line="192" w:lineRule="auto"/>
              <w:jc w:val="center"/>
              <w:rPr>
                <w:rFonts w:ascii="Calibri" w:hAnsi="Calibri" w:cs="Calibri"/>
                <w:b/>
                <w:sz w:val="12"/>
                <w:szCs w:val="12"/>
                <w:highlight w:val="darkYellow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darkYellow"/>
              </w:rPr>
              <w:t>MNYL 505 UZMANLIK ALAN DERSİ</w:t>
            </w:r>
          </w:p>
          <w:p w:rsidR="00393DEE" w:rsidRPr="000D2F35" w:rsidRDefault="00393DEE" w:rsidP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darkYellow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>Öğr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>Üyesi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>İbrahi̇m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 KILIÇ</w:t>
            </w:r>
          </w:p>
          <w:p w:rsidR="00E26332" w:rsidRPr="000D2F35" w:rsidRDefault="00E26332" w:rsidP="00E26332">
            <w:pPr>
              <w:spacing w:after="0"/>
              <w:rPr>
                <w:rFonts w:ascii="Calibri" w:hAnsi="Calibri" w:cs="Calibri"/>
                <w:sz w:val="12"/>
                <w:szCs w:val="12"/>
                <w:highlight w:val="cyan"/>
              </w:rPr>
            </w:pPr>
          </w:p>
        </w:tc>
        <w:tc>
          <w:tcPr>
            <w:tcW w:w="184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405773" w:rsidRPr="000D2F35" w:rsidRDefault="00B96C6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gree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green"/>
              </w:rPr>
              <w:t>MNYL519 YARI İLETKEN MALZEMELER VE ÜRETİM TEKNİKLERİ</w:t>
            </w:r>
          </w:p>
          <w:p w:rsidR="00405773" w:rsidRPr="000D2F35" w:rsidRDefault="0037279C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 xml:space="preserve">Prof. Dr. </w:t>
            </w:r>
            <w:proofErr w:type="spellStart"/>
            <w:r w:rsidR="00B96C62"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>Hati̇ce</w:t>
            </w:r>
            <w:proofErr w:type="spellEnd"/>
            <w:r w:rsidR="00B96C62"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 xml:space="preserve"> </w:t>
            </w:r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>KANBUR ÇAVUŞ</w:t>
            </w:r>
          </w:p>
          <w:p w:rsidR="00405773" w:rsidRPr="000D2F35" w:rsidRDefault="00B96C6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red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red"/>
              </w:rPr>
              <w:t>MNYL530 NANOTEKNOLOJİ</w:t>
            </w:r>
          </w:p>
          <w:p w:rsidR="00405773" w:rsidRPr="000D2F35" w:rsidRDefault="0037279C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>Doç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 xml:space="preserve">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>Nesri̇n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 xml:space="preserve"> KORKMAZ</w:t>
            </w:r>
          </w:p>
          <w:p w:rsidR="00393DEE" w:rsidRPr="000D2F35" w:rsidRDefault="00393DEE" w:rsidP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darkYellow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darkYellow"/>
              </w:rPr>
              <w:t>MNYL571 EKLEMELİ İMALAT VE SÜRDÜRÜLEBİLİR POLİMER KOMPOZİTLER</w:t>
            </w:r>
          </w:p>
          <w:p w:rsidR="00393DEE" w:rsidRPr="000D2F35" w:rsidRDefault="00393DEE" w:rsidP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>Öğr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>Üyesi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>İbrahi̇m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 KILIÇ</w:t>
            </w:r>
          </w:p>
          <w:p w:rsidR="00393DEE" w:rsidRPr="000D2F35" w:rsidRDefault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9B1148" w:rsidRPr="000D2F35" w:rsidRDefault="009B1148" w:rsidP="009B1148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lightGray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lightGray"/>
              </w:rPr>
              <w:t>MNYL532 KOMPOZİT MALZEMELERE GİRİŞ</w:t>
            </w:r>
          </w:p>
          <w:p w:rsidR="009B1148" w:rsidRPr="000D2F35" w:rsidRDefault="009B1148" w:rsidP="009B1148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>Yekta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 xml:space="preserve"> KARADUMAN</w:t>
            </w:r>
          </w:p>
          <w:p w:rsidR="00405773" w:rsidRPr="000D2F35" w:rsidRDefault="00B96C62" w:rsidP="009B1148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darkCya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darkCyan"/>
              </w:rPr>
              <w:t>MNYL527 MALZEME BİLİMİ VE MÜHENDİSLİĞİNDE ANALİTİK YÖNTEMLER</w:t>
            </w:r>
          </w:p>
          <w:p w:rsidR="009B1148" w:rsidRPr="000D2F35" w:rsidRDefault="009B1148" w:rsidP="009B1148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 xml:space="preserve">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>Öğr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 xml:space="preserve">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>Üyesi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 xml:space="preserve"> Mustafa ERBAKAN</w:t>
            </w:r>
          </w:p>
          <w:p w:rsidR="009B1148" w:rsidRPr="000D2F35" w:rsidRDefault="009B1148" w:rsidP="009B1148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magenta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magenta"/>
              </w:rPr>
              <w:t>MNYL537 PEPTİT VE PROTEİN KİMYASI-I</w:t>
            </w:r>
          </w:p>
          <w:p w:rsidR="00405773" w:rsidRPr="000D2F35" w:rsidRDefault="009B1148" w:rsidP="000D2F35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magenta"/>
              </w:rPr>
              <w:t xml:space="preserve">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magenta"/>
              </w:rPr>
              <w:t>Öğr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magenta"/>
              </w:rPr>
              <w:t xml:space="preserve">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magenta"/>
              </w:rPr>
              <w:t>Üyesi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magenta"/>
              </w:rPr>
              <w:t xml:space="preserve">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magenta"/>
              </w:rPr>
              <w:t>Kezban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magenta"/>
              </w:rPr>
              <w:t xml:space="preserve"> UÇAR ÇİFÇİ</w:t>
            </w:r>
          </w:p>
        </w:tc>
        <w:tc>
          <w:tcPr>
            <w:tcW w:w="184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E26332" w:rsidRPr="000D2F35" w:rsidRDefault="00E26332" w:rsidP="00E2633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lightGray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lightGray"/>
              </w:rPr>
              <w:t>MNYL 507 TEZ DANIŞMANLIĞI</w:t>
            </w:r>
            <w:r w:rsidR="00393DEE" w:rsidRPr="000D2F35">
              <w:rPr>
                <w:rFonts w:ascii="Calibri" w:hAnsi="Calibri" w:cs="Calibri"/>
                <w:b/>
                <w:sz w:val="12"/>
                <w:szCs w:val="12"/>
                <w:highlight w:val="lightGray"/>
              </w:rPr>
              <w:t xml:space="preserve"> (SA**   ES****)</w:t>
            </w:r>
          </w:p>
          <w:p w:rsidR="00E26332" w:rsidRPr="000D2F35" w:rsidRDefault="00E26332" w:rsidP="00E2633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>Yekta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 xml:space="preserve"> KARADUMAN</w:t>
            </w:r>
          </w:p>
          <w:p w:rsidR="00405773" w:rsidRPr="000D2F35" w:rsidRDefault="00B96C6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yellow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yellow"/>
              </w:rPr>
              <w:t>MNYL564 POLİMER VE TEKSTİL FİZİĞİ</w:t>
            </w:r>
          </w:p>
          <w:p w:rsidR="00405773" w:rsidRPr="000D2F35" w:rsidRDefault="009B1148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yellow"/>
              </w:rPr>
              <w:t xml:space="preserve">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yellow"/>
              </w:rPr>
              <w:t>Öğr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yellow"/>
              </w:rPr>
              <w:t xml:space="preserve">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yellow"/>
              </w:rPr>
              <w:t>Üyesi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yellow"/>
              </w:rPr>
              <w:t xml:space="preserve"> </w:t>
            </w:r>
            <w:r w:rsidR="0037279C" w:rsidRPr="000D2F35">
              <w:rPr>
                <w:rFonts w:ascii="Calibri" w:hAnsi="Calibri" w:cs="Calibri"/>
                <w:sz w:val="12"/>
                <w:szCs w:val="12"/>
                <w:highlight w:val="yellow"/>
              </w:rPr>
              <w:t xml:space="preserve"> </w:t>
            </w:r>
            <w:r w:rsidR="00B96C62" w:rsidRPr="000D2F35">
              <w:rPr>
                <w:rFonts w:ascii="Calibri" w:hAnsi="Calibri" w:cs="Calibri"/>
                <w:sz w:val="12"/>
                <w:szCs w:val="12"/>
                <w:highlight w:val="yellow"/>
              </w:rPr>
              <w:t xml:space="preserve">Abdullah </w:t>
            </w:r>
            <w:r w:rsidRPr="000D2F35">
              <w:rPr>
                <w:rFonts w:ascii="Calibri" w:hAnsi="Calibri" w:cs="Calibri"/>
                <w:sz w:val="12"/>
                <w:szCs w:val="12"/>
                <w:highlight w:val="yellow"/>
              </w:rPr>
              <w:t>GÜL</w:t>
            </w:r>
          </w:p>
          <w:p w:rsidR="00405773" w:rsidRPr="000D2F35" w:rsidRDefault="00B96C6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magenta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magenta"/>
              </w:rPr>
              <w:t>MNYL525 ENDÜSTRİYEL BİYOTEKNOLOJİ</w:t>
            </w:r>
          </w:p>
          <w:p w:rsidR="0037279C" w:rsidRPr="000D2F35" w:rsidRDefault="0037279C" w:rsidP="0037279C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magenta"/>
              </w:rPr>
              <w:t xml:space="preserve">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magenta"/>
              </w:rPr>
              <w:t>Öğr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magenta"/>
              </w:rPr>
              <w:t xml:space="preserve">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magenta"/>
              </w:rPr>
              <w:t>Üyesi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magenta"/>
              </w:rPr>
              <w:t xml:space="preserve">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magenta"/>
              </w:rPr>
              <w:t>Kezban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magenta"/>
              </w:rPr>
              <w:t xml:space="preserve"> UÇAR ÇİFÇİ</w:t>
            </w:r>
          </w:p>
          <w:p w:rsidR="00393DEE" w:rsidRPr="000D2F35" w:rsidRDefault="00393DEE" w:rsidP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darkCya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darkCyan"/>
              </w:rPr>
              <w:t>MNYL 505 UZMANLIK ALAN DERSİ</w:t>
            </w:r>
          </w:p>
          <w:p w:rsidR="00405773" w:rsidRPr="000D2F35" w:rsidRDefault="00393DEE" w:rsidP="000D2F35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 xml:space="preserve">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>Öğr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 xml:space="preserve">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>Üyesi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 xml:space="preserve"> Mustafa ERBAKAN</w:t>
            </w:r>
          </w:p>
        </w:tc>
        <w:tc>
          <w:tcPr>
            <w:tcW w:w="184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405773" w:rsidRPr="000D2F35" w:rsidRDefault="00B96C6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cya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cyan"/>
              </w:rPr>
              <w:t>MNYL512 YAKIT PİLİ TEKNOLOJİSİ</w:t>
            </w:r>
          </w:p>
          <w:p w:rsidR="0037279C" w:rsidRPr="000D2F35" w:rsidRDefault="0037279C" w:rsidP="0037279C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>Esra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 xml:space="preserve"> YILDIZ</w:t>
            </w:r>
          </w:p>
          <w:p w:rsidR="00E67E61" w:rsidRPr="000D2F35" w:rsidRDefault="00E67E61" w:rsidP="00E67E61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gree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green"/>
              </w:rPr>
              <w:t>MNYL520 MALZEMELERİN YAPISAL VE FİZİKSEL ÖZELLİKLERİ</w:t>
            </w:r>
          </w:p>
          <w:p w:rsidR="00E67E61" w:rsidRPr="000D2F35" w:rsidRDefault="00E67E61" w:rsidP="00E67E61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>Hati̇ce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 xml:space="preserve"> KANBUR ÇAVUŞ</w:t>
            </w:r>
          </w:p>
          <w:p w:rsidR="00405773" w:rsidRPr="000D2F35" w:rsidRDefault="00B96C6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red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red"/>
              </w:rPr>
              <w:t>MNYL500 SEMİNER</w:t>
            </w:r>
          </w:p>
          <w:p w:rsidR="009B1148" w:rsidRPr="000D2F35" w:rsidRDefault="0037279C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>Doç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 xml:space="preserve">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>Nesri̇n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 xml:space="preserve"> KORKMAZ</w:t>
            </w:r>
          </w:p>
          <w:p w:rsidR="00E26332" w:rsidRPr="000D2F35" w:rsidRDefault="00E2633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393DEE" w:rsidRPr="000D2F35" w:rsidRDefault="00393DEE" w:rsidP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lightGray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lightGray"/>
              </w:rPr>
              <w:t>MNYL 505 UZMANLIK ALAN DERSİ</w:t>
            </w:r>
          </w:p>
          <w:p w:rsidR="00393DEE" w:rsidRPr="000D2F35" w:rsidRDefault="00393DEE" w:rsidP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lightGray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>Yekta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 xml:space="preserve"> KARADUMAN</w:t>
            </w:r>
          </w:p>
          <w:p w:rsidR="00405773" w:rsidRPr="000D2F35" w:rsidRDefault="00B96C62" w:rsidP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yellow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yellow"/>
              </w:rPr>
              <w:t>MNYL565 YÜKSEK PERFORMANSLI LİFLER</w:t>
            </w:r>
          </w:p>
          <w:p w:rsidR="009B1148" w:rsidRPr="000D2F35" w:rsidRDefault="009B1148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yellow"/>
              </w:rPr>
              <w:t xml:space="preserve">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yellow"/>
              </w:rPr>
              <w:t>Öğr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yellow"/>
              </w:rPr>
              <w:t xml:space="preserve">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yellow"/>
              </w:rPr>
              <w:t>Üyesi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yellow"/>
              </w:rPr>
              <w:t xml:space="preserve"> Abdullah GÜL</w:t>
            </w:r>
          </w:p>
          <w:p w:rsidR="00405773" w:rsidRPr="000D2F35" w:rsidRDefault="00B96C6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gree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green"/>
              </w:rPr>
              <w:t>MNYL575 BİYOKÜTLEDEN SÜRDÜRÜLEBİLİR KARBON MALZEME GELİŞTİRME VE KULLANIM ALANLARI</w:t>
            </w:r>
          </w:p>
          <w:p w:rsidR="0037279C" w:rsidRPr="000D2F35" w:rsidRDefault="0037279C" w:rsidP="0037279C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>Hati̇ce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 xml:space="preserve"> KANBUR ÇAVUŞ</w:t>
            </w:r>
          </w:p>
          <w:p w:rsidR="00405773" w:rsidRPr="000D2F35" w:rsidRDefault="00405773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405773" w:rsidRPr="000D2F35" w:rsidRDefault="00B96C6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cya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cyan"/>
              </w:rPr>
              <w:t>MNYL 505 UZMANLIK ALAN DERSİ</w:t>
            </w:r>
          </w:p>
          <w:p w:rsidR="00405773" w:rsidRPr="000D2F35" w:rsidRDefault="009B1148" w:rsidP="009B1148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>Esra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 xml:space="preserve"> YILDIZ</w:t>
            </w:r>
          </w:p>
          <w:p w:rsidR="00405773" w:rsidRPr="000D2F35" w:rsidRDefault="00B96C6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gree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green"/>
              </w:rPr>
              <w:t>MNYL 505 UZMANLIK ALAN DERSİ</w:t>
            </w:r>
          </w:p>
          <w:p w:rsidR="0037279C" w:rsidRPr="000D2F35" w:rsidRDefault="0037279C" w:rsidP="0037279C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>Hati̇ce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 xml:space="preserve"> KANBUR ÇAVUŞ</w:t>
            </w:r>
          </w:p>
          <w:p w:rsidR="00405773" w:rsidRPr="000D2F35" w:rsidRDefault="00405773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</w:tc>
      </w:tr>
      <w:tr w:rsidR="00405773">
        <w:trPr>
          <w:trHeight w:val="540"/>
          <w:jc w:val="center"/>
        </w:trPr>
        <w:tc>
          <w:tcPr>
            <w:tcW w:w="652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7E6E6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405773" w:rsidRDefault="00B96C62">
            <w:pPr>
              <w:jc w:val="center"/>
            </w:pPr>
            <w:r>
              <w:rPr>
                <w:b/>
                <w:sz w:val="13"/>
              </w:rPr>
              <w:t>10:30</w:t>
            </w:r>
            <w:r>
              <w:rPr>
                <w:b/>
                <w:sz w:val="13"/>
              </w:rPr>
              <w:br/>
              <w:t>11:15</w:t>
            </w:r>
          </w:p>
        </w:tc>
        <w:tc>
          <w:tcPr>
            <w:tcW w:w="212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E26332" w:rsidRPr="000D2F35" w:rsidRDefault="00E26332" w:rsidP="00E26332">
            <w:pPr>
              <w:spacing w:after="0"/>
              <w:jc w:val="center"/>
              <w:rPr>
                <w:rFonts w:ascii="Calibri" w:hAnsi="Calibri" w:cs="Calibri"/>
                <w:b/>
                <w:sz w:val="12"/>
                <w:szCs w:val="12"/>
                <w:highlight w:val="cya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cyan"/>
              </w:rPr>
              <w:t>MNYL503</w:t>
            </w:r>
          </w:p>
          <w:p w:rsidR="00E26332" w:rsidRPr="000D2F35" w:rsidRDefault="00E26332" w:rsidP="00E26332">
            <w:pPr>
              <w:spacing w:after="0"/>
              <w:jc w:val="center"/>
              <w:rPr>
                <w:rFonts w:ascii="Calibri" w:hAnsi="Calibri" w:cs="Calibri"/>
                <w:b/>
                <w:color w:val="000000"/>
                <w:sz w:val="12"/>
                <w:szCs w:val="12"/>
                <w:highlight w:val="cyan"/>
              </w:rPr>
            </w:pPr>
            <w:r w:rsidRPr="000D2F35">
              <w:rPr>
                <w:rFonts w:ascii="Calibri" w:hAnsi="Calibri" w:cs="Calibri"/>
                <w:b/>
                <w:color w:val="000000"/>
                <w:sz w:val="12"/>
                <w:szCs w:val="12"/>
                <w:highlight w:val="cyan"/>
              </w:rPr>
              <w:t>MALZEME YAPISI VE KARAKTERİZASYONU</w:t>
            </w:r>
          </w:p>
          <w:p w:rsidR="00E26332" w:rsidRPr="000D2F35" w:rsidRDefault="00E26332" w:rsidP="00E2633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cyan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>Esra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 xml:space="preserve"> YILDIZ</w:t>
            </w:r>
          </w:p>
          <w:p w:rsidR="00253ECF" w:rsidRPr="000D2F35" w:rsidRDefault="00253ECF" w:rsidP="00253ECF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red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red"/>
              </w:rPr>
              <w:t>MNYL 505 UZMANLIK ALAN DERSİ</w:t>
            </w:r>
          </w:p>
          <w:p w:rsidR="00253ECF" w:rsidRPr="000D2F35" w:rsidRDefault="00253ECF" w:rsidP="00253ECF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>Doç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 xml:space="preserve">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>Nesri̇n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 xml:space="preserve"> KORKMAZ</w:t>
            </w:r>
          </w:p>
          <w:p w:rsidR="00393DEE" w:rsidRPr="000D2F35" w:rsidRDefault="00393DEE" w:rsidP="00393DEE">
            <w:pPr>
              <w:spacing w:after="0" w:line="192" w:lineRule="auto"/>
              <w:jc w:val="center"/>
              <w:rPr>
                <w:rFonts w:ascii="Calibri" w:hAnsi="Calibri" w:cs="Calibri"/>
                <w:b/>
                <w:sz w:val="12"/>
                <w:szCs w:val="12"/>
                <w:highlight w:val="darkYellow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darkYellow"/>
              </w:rPr>
              <w:t>MNYL 505 UZMANLIK ALAN DERSİ</w:t>
            </w:r>
          </w:p>
          <w:p w:rsidR="00393DEE" w:rsidRPr="000D2F35" w:rsidRDefault="00393DEE" w:rsidP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darkYellow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>Öğr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>Üyesi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>İbrahi̇m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 KILIÇ</w:t>
            </w:r>
          </w:p>
          <w:p w:rsidR="00393DEE" w:rsidRPr="000D2F35" w:rsidRDefault="00393DEE" w:rsidP="00253ECF">
            <w:pPr>
              <w:spacing w:after="0" w:line="192" w:lineRule="auto"/>
              <w:jc w:val="center"/>
              <w:rPr>
                <w:rFonts w:ascii="Calibri" w:hAnsi="Calibri" w:cs="Calibri"/>
                <w:b/>
                <w:sz w:val="12"/>
                <w:szCs w:val="12"/>
              </w:rPr>
            </w:pPr>
          </w:p>
          <w:p w:rsidR="00253ECF" w:rsidRPr="000D2F35" w:rsidRDefault="00253ECF" w:rsidP="00E2633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cyan"/>
              </w:rPr>
            </w:pPr>
          </w:p>
          <w:p w:rsidR="00405773" w:rsidRPr="000D2F35" w:rsidRDefault="00405773">
            <w:pPr>
              <w:rPr>
                <w:rFonts w:ascii="Calibri" w:hAnsi="Calibri" w:cs="Calibri"/>
                <w:sz w:val="12"/>
                <w:szCs w:val="12"/>
                <w:highlight w:val="cyan"/>
              </w:rPr>
            </w:pPr>
          </w:p>
        </w:tc>
        <w:tc>
          <w:tcPr>
            <w:tcW w:w="184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405773" w:rsidRPr="000D2F35" w:rsidRDefault="00B96C6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gree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green"/>
              </w:rPr>
              <w:t>MNYL519 YARI İLETKEN MALZEMELER VE ÜRETİM TEKNİKLERİ</w:t>
            </w:r>
          </w:p>
          <w:p w:rsidR="0037279C" w:rsidRPr="000D2F35" w:rsidRDefault="0037279C" w:rsidP="0037279C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>Hati̇ce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 xml:space="preserve"> KANBUR ÇAVUŞ</w:t>
            </w:r>
          </w:p>
          <w:p w:rsidR="00405773" w:rsidRPr="000D2F35" w:rsidRDefault="00B96C6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red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red"/>
              </w:rPr>
              <w:t>MNYL530 NANOTEKNOLOJİ</w:t>
            </w:r>
          </w:p>
          <w:p w:rsidR="00405773" w:rsidRPr="000D2F35" w:rsidRDefault="0037279C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>Doç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 xml:space="preserve">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>Nesri̇n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 xml:space="preserve"> KORKMAZ</w:t>
            </w:r>
          </w:p>
          <w:p w:rsidR="00393DEE" w:rsidRPr="000D2F35" w:rsidRDefault="00393DEE" w:rsidP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darkYellow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darkYellow"/>
              </w:rPr>
              <w:t>MNYL571 EKLEMELİ İMALAT VE SÜRDÜRÜLEBİLİR POLİMER KOMPOZİTLER</w:t>
            </w:r>
          </w:p>
          <w:p w:rsidR="00393DEE" w:rsidRPr="000D2F35" w:rsidRDefault="00393DEE" w:rsidP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>Öğr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>Üyesi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>İbrahi̇m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 KILIÇ</w:t>
            </w:r>
          </w:p>
          <w:p w:rsidR="00393DEE" w:rsidRPr="000D2F35" w:rsidRDefault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9B1148" w:rsidRPr="000D2F35" w:rsidRDefault="009B1148" w:rsidP="009B1148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lightGray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lightGray"/>
              </w:rPr>
              <w:t>MNYL532 KOMPOZİT MALZEMELERE GİRİŞ</w:t>
            </w:r>
          </w:p>
          <w:p w:rsidR="009B1148" w:rsidRPr="000D2F35" w:rsidRDefault="009B1148" w:rsidP="009B1148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>Yekta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 xml:space="preserve"> KARADUMAN</w:t>
            </w:r>
          </w:p>
          <w:p w:rsidR="00405773" w:rsidRPr="000D2F35" w:rsidRDefault="00B96C62" w:rsidP="009B1148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darkCya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darkCyan"/>
              </w:rPr>
              <w:t>MNYL527 MALZEME BİLİMİ VE MÜHENDİSLİĞİNDE ANALİTİK YÖNTEMLER</w:t>
            </w:r>
          </w:p>
          <w:p w:rsidR="009B1148" w:rsidRPr="000D2F35" w:rsidRDefault="009B1148" w:rsidP="009B1148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 xml:space="preserve">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>Öğr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 xml:space="preserve">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>Üyesi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 xml:space="preserve"> Mustafa ERBAKAN</w:t>
            </w:r>
          </w:p>
          <w:p w:rsidR="009B1148" w:rsidRPr="000D2F35" w:rsidRDefault="009B1148" w:rsidP="009B1148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magenta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magenta"/>
              </w:rPr>
              <w:t>MNYL537 PEPTİT VE PROTEİN KİMYASI-I</w:t>
            </w:r>
          </w:p>
          <w:p w:rsidR="009B1148" w:rsidRPr="000D2F35" w:rsidRDefault="009B1148" w:rsidP="009B1148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magenta"/>
              </w:rPr>
              <w:t xml:space="preserve">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magenta"/>
              </w:rPr>
              <w:t>Öğr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magenta"/>
              </w:rPr>
              <w:t xml:space="preserve">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magenta"/>
              </w:rPr>
              <w:t>Üyesi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magenta"/>
              </w:rPr>
              <w:t xml:space="preserve">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magenta"/>
              </w:rPr>
              <w:t>Kezban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magenta"/>
              </w:rPr>
              <w:t xml:space="preserve"> UÇAR ÇİFÇİ</w:t>
            </w:r>
          </w:p>
          <w:p w:rsidR="009B1148" w:rsidRPr="000D2F35" w:rsidRDefault="009B1148" w:rsidP="009B1148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  <w:p w:rsidR="00405773" w:rsidRPr="000D2F35" w:rsidRDefault="00405773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E26332" w:rsidRPr="000D2F35" w:rsidRDefault="00E26332" w:rsidP="00E2633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lightGray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lightGray"/>
              </w:rPr>
              <w:t>MNYL 507 TEZ DANIŞMANLIĞI</w:t>
            </w:r>
            <w:r w:rsidR="00393DEE" w:rsidRPr="000D2F35">
              <w:rPr>
                <w:rFonts w:ascii="Calibri" w:hAnsi="Calibri" w:cs="Calibri"/>
                <w:b/>
                <w:sz w:val="12"/>
                <w:szCs w:val="12"/>
                <w:highlight w:val="lightGray"/>
              </w:rPr>
              <w:t xml:space="preserve"> (MU**********   AK***)</w:t>
            </w:r>
          </w:p>
          <w:p w:rsidR="00E26332" w:rsidRPr="000D2F35" w:rsidRDefault="00E26332" w:rsidP="00E2633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>Yekta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 xml:space="preserve"> KARADUMAN</w:t>
            </w:r>
          </w:p>
          <w:p w:rsidR="00405773" w:rsidRPr="000D2F35" w:rsidRDefault="00B96C6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yellow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yellow"/>
              </w:rPr>
              <w:t>MNYL564 POLİMER VE TEKSTİL FİZİĞİ</w:t>
            </w:r>
          </w:p>
          <w:p w:rsidR="009B1148" w:rsidRPr="000D2F35" w:rsidRDefault="009B1148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yellow"/>
              </w:rPr>
              <w:t xml:space="preserve">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yellow"/>
              </w:rPr>
              <w:t>Öğr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yellow"/>
              </w:rPr>
              <w:t xml:space="preserve">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yellow"/>
              </w:rPr>
              <w:t>Üyesi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yellow"/>
              </w:rPr>
              <w:t xml:space="preserve"> Abdullah GÜL</w:t>
            </w:r>
          </w:p>
          <w:p w:rsidR="00405773" w:rsidRPr="000D2F35" w:rsidRDefault="00B96C6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magenta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magenta"/>
              </w:rPr>
              <w:t>MNYL525 ENDÜSTRİYEL BİYOTEKNOLOJİ</w:t>
            </w:r>
          </w:p>
          <w:p w:rsidR="0037279C" w:rsidRPr="000D2F35" w:rsidRDefault="0037279C" w:rsidP="0037279C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magenta"/>
              </w:rPr>
              <w:t xml:space="preserve">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magenta"/>
              </w:rPr>
              <w:t>Öğr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magenta"/>
              </w:rPr>
              <w:t xml:space="preserve">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magenta"/>
              </w:rPr>
              <w:t>Üyesi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magenta"/>
              </w:rPr>
              <w:t xml:space="preserve">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magenta"/>
              </w:rPr>
              <w:t>Kezban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magenta"/>
              </w:rPr>
              <w:t xml:space="preserve"> UÇAR ÇİFÇİ</w:t>
            </w:r>
          </w:p>
          <w:p w:rsidR="00393DEE" w:rsidRPr="000D2F35" w:rsidRDefault="00393DEE" w:rsidP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darkCya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darkCyan"/>
              </w:rPr>
              <w:t>MNYL 505 UZMANLIK ALAN DERSİ</w:t>
            </w:r>
          </w:p>
          <w:p w:rsidR="00405773" w:rsidRPr="000D2F35" w:rsidRDefault="00393DEE" w:rsidP="000D2F35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 xml:space="preserve">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>Öğr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 xml:space="preserve">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>Üyesi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 xml:space="preserve"> Mustafa ERBAKAN</w:t>
            </w:r>
          </w:p>
        </w:tc>
        <w:tc>
          <w:tcPr>
            <w:tcW w:w="184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405773" w:rsidRPr="000D2F35" w:rsidRDefault="00B96C6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cya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cyan"/>
              </w:rPr>
              <w:t>MNYL512 YAKIT PİLİ TEKNOLOJİSİ</w:t>
            </w:r>
          </w:p>
          <w:p w:rsidR="0037279C" w:rsidRPr="000D2F35" w:rsidRDefault="0037279C" w:rsidP="0037279C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>Esra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 xml:space="preserve"> YILDIZ</w:t>
            </w:r>
          </w:p>
          <w:p w:rsidR="00E67E61" w:rsidRPr="000D2F35" w:rsidRDefault="00E67E61" w:rsidP="00E67E61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gree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green"/>
              </w:rPr>
              <w:t>MNYL520 MALZEMELERİN YAPISAL VE FİZİKSEL ÖZELLİKLERİ</w:t>
            </w:r>
          </w:p>
          <w:p w:rsidR="00E67E61" w:rsidRPr="000D2F35" w:rsidRDefault="00E67E61" w:rsidP="00E67E61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>Hati̇ce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 xml:space="preserve"> KANBUR ÇAVUŞ</w:t>
            </w:r>
          </w:p>
          <w:p w:rsidR="00405773" w:rsidRPr="000D2F35" w:rsidRDefault="00B96C6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red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red"/>
              </w:rPr>
              <w:t>MNYL500 SEMİNER</w:t>
            </w:r>
          </w:p>
          <w:p w:rsidR="009B1148" w:rsidRPr="000D2F35" w:rsidRDefault="0037279C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>Doç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 xml:space="preserve">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>Nesri̇n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 xml:space="preserve"> KORKMAZ</w:t>
            </w:r>
          </w:p>
          <w:p w:rsidR="00E26332" w:rsidRPr="000D2F35" w:rsidRDefault="00E2633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393DEE" w:rsidRPr="000D2F35" w:rsidRDefault="00393DEE" w:rsidP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lightGray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lightGray"/>
              </w:rPr>
              <w:t>MNYL 505 UZMANLIK ALAN DERSİ</w:t>
            </w:r>
          </w:p>
          <w:p w:rsidR="00393DEE" w:rsidRPr="000D2F35" w:rsidRDefault="00393DEE" w:rsidP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lightGray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>Yekta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 xml:space="preserve"> KARADUMAN</w:t>
            </w:r>
          </w:p>
          <w:p w:rsidR="00405773" w:rsidRPr="000D2F35" w:rsidRDefault="00B96C62" w:rsidP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yellow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yellow"/>
              </w:rPr>
              <w:t>MNYL565 YÜKSEK PERFORMANSLI LİFLER</w:t>
            </w:r>
          </w:p>
          <w:p w:rsidR="009B1148" w:rsidRPr="000D2F35" w:rsidRDefault="009B1148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yellow"/>
              </w:rPr>
              <w:t xml:space="preserve">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yellow"/>
              </w:rPr>
              <w:t>Öğr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yellow"/>
              </w:rPr>
              <w:t xml:space="preserve">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yellow"/>
              </w:rPr>
              <w:t>Üyesi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yellow"/>
              </w:rPr>
              <w:t xml:space="preserve"> Abdullah GÜL</w:t>
            </w:r>
          </w:p>
          <w:p w:rsidR="00405773" w:rsidRPr="000D2F35" w:rsidRDefault="00B96C6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gree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green"/>
              </w:rPr>
              <w:t>MNYL575 BİYOKÜTLEDEN SÜRDÜRÜLEBİLİR KARBON MALZEME GELİŞTİRME VE KULLANIM ALANLARI</w:t>
            </w:r>
          </w:p>
          <w:p w:rsidR="0037279C" w:rsidRPr="000D2F35" w:rsidRDefault="0037279C" w:rsidP="0037279C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>Hati̇ce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 xml:space="preserve"> KANBUR ÇAVUŞ</w:t>
            </w:r>
          </w:p>
          <w:p w:rsidR="00405773" w:rsidRPr="000D2F35" w:rsidRDefault="00405773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405773" w:rsidRPr="000D2F35" w:rsidRDefault="00B96C6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cya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cyan"/>
              </w:rPr>
              <w:t>MNYL 505 UZMANLIK ALAN DERSİ</w:t>
            </w:r>
          </w:p>
          <w:p w:rsidR="0037279C" w:rsidRPr="000D2F35" w:rsidRDefault="0037279C" w:rsidP="0037279C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>Esra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 xml:space="preserve"> YILDIZ</w:t>
            </w:r>
          </w:p>
          <w:p w:rsidR="00405773" w:rsidRPr="000D2F35" w:rsidRDefault="00B96C6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gree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green"/>
              </w:rPr>
              <w:t>MNYL 505 UZMANLIK ALAN DERSİ</w:t>
            </w:r>
          </w:p>
          <w:p w:rsidR="0037279C" w:rsidRPr="000D2F35" w:rsidRDefault="0037279C" w:rsidP="0037279C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>Hati̇ce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 xml:space="preserve"> KANBUR ÇAVUŞ</w:t>
            </w:r>
          </w:p>
          <w:p w:rsidR="00405773" w:rsidRPr="000D2F35" w:rsidRDefault="00405773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</w:tc>
      </w:tr>
      <w:tr w:rsidR="00405773">
        <w:trPr>
          <w:trHeight w:val="540"/>
          <w:jc w:val="center"/>
        </w:trPr>
        <w:tc>
          <w:tcPr>
            <w:tcW w:w="652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7E6E6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405773" w:rsidRDefault="00B96C62">
            <w:pPr>
              <w:jc w:val="center"/>
            </w:pPr>
            <w:r>
              <w:rPr>
                <w:b/>
                <w:sz w:val="13"/>
              </w:rPr>
              <w:t>11:30</w:t>
            </w:r>
            <w:r>
              <w:rPr>
                <w:b/>
                <w:sz w:val="13"/>
              </w:rPr>
              <w:br/>
              <w:t>12:15</w:t>
            </w:r>
          </w:p>
        </w:tc>
        <w:tc>
          <w:tcPr>
            <w:tcW w:w="212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E26332" w:rsidRPr="000D2F35" w:rsidRDefault="00E26332" w:rsidP="00E26332">
            <w:pPr>
              <w:spacing w:after="0"/>
              <w:jc w:val="center"/>
              <w:rPr>
                <w:rFonts w:ascii="Calibri" w:hAnsi="Calibri" w:cs="Calibri"/>
                <w:b/>
                <w:sz w:val="12"/>
                <w:szCs w:val="12"/>
                <w:highlight w:val="cya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cyan"/>
              </w:rPr>
              <w:t>MNYL503</w:t>
            </w:r>
          </w:p>
          <w:p w:rsidR="00E26332" w:rsidRPr="000D2F35" w:rsidRDefault="00E26332" w:rsidP="00E26332">
            <w:pPr>
              <w:spacing w:after="0"/>
              <w:jc w:val="center"/>
              <w:rPr>
                <w:rFonts w:ascii="Calibri" w:hAnsi="Calibri" w:cs="Calibri"/>
                <w:b/>
                <w:color w:val="000000"/>
                <w:sz w:val="12"/>
                <w:szCs w:val="12"/>
                <w:highlight w:val="cyan"/>
              </w:rPr>
            </w:pPr>
            <w:r w:rsidRPr="000D2F35">
              <w:rPr>
                <w:rFonts w:ascii="Calibri" w:hAnsi="Calibri" w:cs="Calibri"/>
                <w:b/>
                <w:color w:val="000000"/>
                <w:sz w:val="12"/>
                <w:szCs w:val="12"/>
                <w:highlight w:val="cyan"/>
              </w:rPr>
              <w:t>MALZEME YAPISI VE KARAKTERİZASYONU</w:t>
            </w:r>
          </w:p>
          <w:p w:rsidR="00E26332" w:rsidRPr="000D2F35" w:rsidRDefault="00E26332" w:rsidP="00E2633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cyan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>Esra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 xml:space="preserve"> YILDIZ</w:t>
            </w:r>
          </w:p>
          <w:p w:rsidR="00253ECF" w:rsidRPr="000D2F35" w:rsidRDefault="00253ECF" w:rsidP="00253ECF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red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red"/>
              </w:rPr>
              <w:t>MNYL 505 UZMANLIK ALAN DERSİ</w:t>
            </w:r>
          </w:p>
          <w:p w:rsidR="00253ECF" w:rsidRPr="000D2F35" w:rsidRDefault="00253ECF" w:rsidP="00253ECF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>Doç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 xml:space="preserve">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>Nesri̇n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 xml:space="preserve"> KORKMAZ</w:t>
            </w:r>
          </w:p>
          <w:p w:rsidR="00393DEE" w:rsidRPr="000D2F35" w:rsidRDefault="00393DEE" w:rsidP="00393DEE">
            <w:pPr>
              <w:spacing w:after="0" w:line="192" w:lineRule="auto"/>
              <w:jc w:val="center"/>
              <w:rPr>
                <w:rFonts w:ascii="Calibri" w:hAnsi="Calibri" w:cs="Calibri"/>
                <w:b/>
                <w:sz w:val="12"/>
                <w:szCs w:val="12"/>
                <w:highlight w:val="darkYellow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darkYellow"/>
              </w:rPr>
              <w:t>MNYL 505 UZMANLIK ALAN DERSİ</w:t>
            </w:r>
          </w:p>
          <w:p w:rsidR="00405773" w:rsidRPr="000D2F35" w:rsidRDefault="00393DEE" w:rsidP="000D2F35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darkYellow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>Öğr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>Üyesi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>İbrahi̇m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 KILIÇ</w:t>
            </w:r>
          </w:p>
        </w:tc>
        <w:tc>
          <w:tcPr>
            <w:tcW w:w="184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405773" w:rsidRPr="000D2F35" w:rsidRDefault="00B96C6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gree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green"/>
              </w:rPr>
              <w:t>MNYL519 YARI İLETKEN MALZEMELER VE ÜRETİM TEKNİKLERİ</w:t>
            </w:r>
          </w:p>
          <w:p w:rsidR="0037279C" w:rsidRPr="000D2F35" w:rsidRDefault="0037279C" w:rsidP="0037279C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>Hati̇ce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 xml:space="preserve"> KANBUR ÇAVUŞ</w:t>
            </w:r>
          </w:p>
          <w:p w:rsidR="009B1148" w:rsidRPr="000D2F35" w:rsidRDefault="009B1148" w:rsidP="009B1148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red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red"/>
              </w:rPr>
              <w:t>MNYL530 NANOTEKNOLOJİ</w:t>
            </w:r>
          </w:p>
          <w:p w:rsidR="009B1148" w:rsidRPr="000D2F35" w:rsidRDefault="009B1148" w:rsidP="009B1148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>Doç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 xml:space="preserve">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>Nesri̇n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 xml:space="preserve"> KORKMAZ</w:t>
            </w:r>
          </w:p>
          <w:p w:rsidR="00405773" w:rsidRPr="000D2F35" w:rsidRDefault="00B96C6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darkYellow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darkYellow"/>
              </w:rPr>
              <w:t>MNYL 507 TEZ DANIŞMANLIĞI</w:t>
            </w:r>
            <w:r w:rsidR="00393DEE" w:rsidRPr="000D2F35">
              <w:rPr>
                <w:rFonts w:ascii="Calibri" w:hAnsi="Calibri" w:cs="Calibri"/>
                <w:b/>
                <w:sz w:val="12"/>
                <w:szCs w:val="12"/>
                <w:highlight w:val="darkYellow"/>
              </w:rPr>
              <w:t xml:space="preserve"> (TA********   AY***)</w:t>
            </w:r>
          </w:p>
          <w:p w:rsidR="00405773" w:rsidRPr="000D2F35" w:rsidRDefault="009B1148" w:rsidP="000D2F35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>Öğr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>Üyesi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>İbrahi̇m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 KILIÇ</w:t>
            </w:r>
          </w:p>
        </w:tc>
        <w:tc>
          <w:tcPr>
            <w:tcW w:w="184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9B1148" w:rsidRPr="000D2F35" w:rsidRDefault="009B1148">
            <w:pPr>
              <w:spacing w:after="0" w:line="192" w:lineRule="auto"/>
              <w:jc w:val="center"/>
              <w:rPr>
                <w:rFonts w:ascii="Calibri" w:hAnsi="Calibri" w:cs="Calibri"/>
                <w:b/>
                <w:sz w:val="12"/>
                <w:szCs w:val="12"/>
              </w:rPr>
            </w:pPr>
          </w:p>
          <w:p w:rsidR="009B1148" w:rsidRPr="000D2F35" w:rsidRDefault="009B1148" w:rsidP="009B1148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darkCya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darkCyan"/>
              </w:rPr>
              <w:t>MNYL527 MALZEME BİLİMİ VE MÜHENDİSLİĞİNDE ANALİTİK YÖNTEMLER</w:t>
            </w:r>
          </w:p>
          <w:p w:rsidR="009B1148" w:rsidRPr="000D2F35" w:rsidRDefault="009B1148" w:rsidP="009B1148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 xml:space="preserve">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>Öğr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 xml:space="preserve">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>Üyesi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 xml:space="preserve"> Mustafa ERBAKAN</w:t>
            </w:r>
          </w:p>
          <w:p w:rsidR="00405773" w:rsidRPr="000D2F35" w:rsidRDefault="00B96C6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magenta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magenta"/>
              </w:rPr>
              <w:t>MNYL537 PEPTİT VE PROTEİN KİMYASI-I</w:t>
            </w:r>
          </w:p>
          <w:p w:rsidR="00405773" w:rsidRPr="000D2F35" w:rsidRDefault="0037279C" w:rsidP="000D2F35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magenta"/>
              </w:rPr>
              <w:t xml:space="preserve">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magenta"/>
              </w:rPr>
              <w:t>Öğr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magenta"/>
              </w:rPr>
              <w:t xml:space="preserve">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magenta"/>
              </w:rPr>
              <w:t>Üyesi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magenta"/>
              </w:rPr>
              <w:t xml:space="preserve">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magenta"/>
              </w:rPr>
              <w:t>Kezban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magenta"/>
              </w:rPr>
              <w:t xml:space="preserve"> UÇAR ÇİFÇİ</w:t>
            </w:r>
          </w:p>
        </w:tc>
        <w:tc>
          <w:tcPr>
            <w:tcW w:w="184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405773" w:rsidRPr="000D2F35" w:rsidRDefault="00B96C6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yellow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yellow"/>
              </w:rPr>
              <w:t>MNYL564 POLİMER VE TEKSTİL FİZİĞİ</w:t>
            </w:r>
          </w:p>
          <w:p w:rsidR="009B1148" w:rsidRPr="000D2F35" w:rsidRDefault="009B1148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yellow"/>
              </w:rPr>
              <w:t xml:space="preserve">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yellow"/>
              </w:rPr>
              <w:t>Öğr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yellow"/>
              </w:rPr>
              <w:t xml:space="preserve">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yellow"/>
              </w:rPr>
              <w:t>Üyesi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yellow"/>
              </w:rPr>
              <w:t xml:space="preserve"> Abdullah GÜL</w:t>
            </w:r>
          </w:p>
          <w:p w:rsidR="00405773" w:rsidRPr="000D2F35" w:rsidRDefault="00B96C6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magenta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magenta"/>
              </w:rPr>
              <w:t>MNYL525 ENDÜSTRİYEL BİYOTEKNOLOJİ</w:t>
            </w:r>
          </w:p>
          <w:p w:rsidR="0037279C" w:rsidRPr="000D2F35" w:rsidRDefault="0037279C" w:rsidP="0037279C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magenta"/>
              </w:rPr>
              <w:t xml:space="preserve">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magenta"/>
              </w:rPr>
              <w:t>Öğr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magenta"/>
              </w:rPr>
              <w:t xml:space="preserve">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magenta"/>
              </w:rPr>
              <w:t>Üyesi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magenta"/>
              </w:rPr>
              <w:t xml:space="preserve">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magenta"/>
              </w:rPr>
              <w:t>Kezban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magenta"/>
              </w:rPr>
              <w:t xml:space="preserve"> UÇAR ÇİFÇİ</w:t>
            </w:r>
          </w:p>
          <w:p w:rsidR="00393DEE" w:rsidRPr="000D2F35" w:rsidRDefault="00393DEE" w:rsidP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darkCya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darkCyan"/>
              </w:rPr>
              <w:t>MNYL 505 UZMANLIK ALAN DERSİ</w:t>
            </w:r>
          </w:p>
          <w:p w:rsidR="00405773" w:rsidRPr="000D2F35" w:rsidRDefault="00393DEE" w:rsidP="000D2F35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 xml:space="preserve">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>Öğr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 xml:space="preserve">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>Üyesi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 xml:space="preserve"> Mustafa ERBAKAN</w:t>
            </w:r>
          </w:p>
        </w:tc>
        <w:tc>
          <w:tcPr>
            <w:tcW w:w="184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405773" w:rsidRPr="000D2F35" w:rsidRDefault="00B96C6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cya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cyan"/>
              </w:rPr>
              <w:t>MNYL512 YAKIT PİLİ TEKNOLOJİSİ</w:t>
            </w:r>
          </w:p>
          <w:p w:rsidR="0037279C" w:rsidRPr="000D2F35" w:rsidRDefault="0037279C" w:rsidP="0037279C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>Esra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 xml:space="preserve"> YILDIZ</w:t>
            </w:r>
          </w:p>
          <w:p w:rsidR="00E67E61" w:rsidRPr="000D2F35" w:rsidRDefault="00E67E61" w:rsidP="00E67E61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gree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green"/>
              </w:rPr>
              <w:t>MNYL520 MALZEMELERİN YAPISAL VE FİZİKSEL ÖZELLİKLERİ</w:t>
            </w:r>
          </w:p>
          <w:p w:rsidR="00E67E61" w:rsidRPr="000D2F35" w:rsidRDefault="00E67E61" w:rsidP="00E67E61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>Hati̇ce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 xml:space="preserve"> KANBUR ÇAVUŞ</w:t>
            </w:r>
          </w:p>
          <w:p w:rsidR="00405773" w:rsidRPr="000D2F35" w:rsidRDefault="00B96C6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red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red"/>
              </w:rPr>
              <w:t>MNYL500 SEMİNER</w:t>
            </w:r>
          </w:p>
          <w:p w:rsidR="00E26332" w:rsidRPr="000D2F35" w:rsidRDefault="0037279C" w:rsidP="000D2F35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>Doç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 xml:space="preserve">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>Nesri̇n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 xml:space="preserve"> KORKMAZ</w:t>
            </w:r>
          </w:p>
        </w:tc>
        <w:tc>
          <w:tcPr>
            <w:tcW w:w="212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393DEE" w:rsidRPr="000D2F35" w:rsidRDefault="00393DEE" w:rsidP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lightGray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lightGray"/>
              </w:rPr>
              <w:t>MNYL 505 UZMANLIK ALAN DERSİ</w:t>
            </w:r>
          </w:p>
          <w:p w:rsidR="00393DEE" w:rsidRPr="000D2F35" w:rsidRDefault="00393DEE" w:rsidP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lightGray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>Yekta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 xml:space="preserve"> KARADUMAN</w:t>
            </w:r>
          </w:p>
          <w:p w:rsidR="00405773" w:rsidRPr="000D2F35" w:rsidRDefault="00B96C62" w:rsidP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yellow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yellow"/>
              </w:rPr>
              <w:t>MNYL565 YÜKSEK PERFORMANSLI LİFLER</w:t>
            </w:r>
          </w:p>
          <w:p w:rsidR="009B1148" w:rsidRPr="000D2F35" w:rsidRDefault="009B1148" w:rsidP="009B1148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yellow"/>
              </w:rPr>
              <w:t xml:space="preserve">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yellow"/>
              </w:rPr>
              <w:t>Öğr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yellow"/>
              </w:rPr>
              <w:t xml:space="preserve">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yellow"/>
              </w:rPr>
              <w:t>Üyesi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yellow"/>
              </w:rPr>
              <w:t xml:space="preserve"> Abdullah GÜL</w:t>
            </w:r>
          </w:p>
          <w:p w:rsidR="00405773" w:rsidRPr="000D2F35" w:rsidRDefault="00B96C6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gree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green"/>
              </w:rPr>
              <w:t>MNYL575 BİYOKÜTLEDEN SÜRDÜRÜLEBİLİR KARBON MALZEME GELİŞTİRME VE KULLANIM ALANLARI</w:t>
            </w:r>
          </w:p>
          <w:p w:rsidR="00405773" w:rsidRPr="000D2F35" w:rsidRDefault="0037279C" w:rsidP="000D2F35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>Hati̇ce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 xml:space="preserve"> KANBUR ÇAVUŞ</w:t>
            </w:r>
          </w:p>
        </w:tc>
        <w:tc>
          <w:tcPr>
            <w:tcW w:w="212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405773" w:rsidRPr="000D2F35" w:rsidRDefault="00B96C6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cya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cyan"/>
              </w:rPr>
              <w:t>MNYL 505 UZMANLIK ALAN DERSİ</w:t>
            </w:r>
          </w:p>
          <w:p w:rsidR="0037279C" w:rsidRPr="000D2F35" w:rsidRDefault="0037279C" w:rsidP="0037279C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>Esra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 xml:space="preserve"> YILDIZ</w:t>
            </w:r>
          </w:p>
          <w:p w:rsidR="00405773" w:rsidRPr="000D2F35" w:rsidRDefault="00B96C6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gree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green"/>
              </w:rPr>
              <w:t>MNYL 505 UZMANLIK ALAN DERSİ</w:t>
            </w:r>
          </w:p>
          <w:p w:rsidR="0037279C" w:rsidRPr="000D2F35" w:rsidRDefault="0037279C" w:rsidP="0037279C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>Hati̇ce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 xml:space="preserve"> KANBUR ÇAVUŞ</w:t>
            </w:r>
          </w:p>
          <w:p w:rsidR="00405773" w:rsidRPr="000D2F35" w:rsidRDefault="00405773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</w:tc>
      </w:tr>
      <w:tr w:rsidR="00405773">
        <w:trPr>
          <w:trHeight w:val="540"/>
          <w:jc w:val="center"/>
        </w:trPr>
        <w:tc>
          <w:tcPr>
            <w:tcW w:w="652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7E6E6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405773" w:rsidRDefault="00B96C62">
            <w:pPr>
              <w:jc w:val="center"/>
            </w:pPr>
            <w:r>
              <w:rPr>
                <w:b/>
                <w:sz w:val="13"/>
              </w:rPr>
              <w:t>13:30</w:t>
            </w:r>
            <w:r>
              <w:rPr>
                <w:b/>
                <w:sz w:val="13"/>
              </w:rPr>
              <w:br/>
              <w:t>14:15</w:t>
            </w:r>
          </w:p>
        </w:tc>
        <w:tc>
          <w:tcPr>
            <w:tcW w:w="212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E26332" w:rsidRPr="000D2F35" w:rsidRDefault="00E26332" w:rsidP="00E26332">
            <w:pPr>
              <w:spacing w:after="0"/>
              <w:jc w:val="center"/>
              <w:rPr>
                <w:rFonts w:ascii="Calibri" w:hAnsi="Calibri" w:cs="Calibri"/>
                <w:b/>
                <w:color w:val="000000"/>
                <w:sz w:val="12"/>
                <w:szCs w:val="12"/>
                <w:highlight w:val="cyan"/>
              </w:rPr>
            </w:pPr>
            <w:r w:rsidRPr="000D2F35">
              <w:rPr>
                <w:rFonts w:ascii="Calibri" w:hAnsi="Calibri" w:cs="Calibri"/>
                <w:b/>
                <w:color w:val="000000"/>
                <w:sz w:val="12"/>
                <w:szCs w:val="12"/>
                <w:highlight w:val="cyan"/>
              </w:rPr>
              <w:t>MNYL514</w:t>
            </w:r>
          </w:p>
          <w:p w:rsidR="00E26332" w:rsidRPr="000D2F35" w:rsidRDefault="00E26332" w:rsidP="00E26332">
            <w:pPr>
              <w:spacing w:after="0"/>
              <w:jc w:val="center"/>
              <w:rPr>
                <w:rFonts w:ascii="Calibri" w:hAnsi="Calibri" w:cs="Calibri"/>
                <w:b/>
                <w:color w:val="000000"/>
                <w:sz w:val="12"/>
                <w:szCs w:val="12"/>
                <w:highlight w:val="cyan"/>
              </w:rPr>
            </w:pPr>
            <w:r w:rsidRPr="000D2F35">
              <w:rPr>
                <w:rFonts w:ascii="Calibri" w:hAnsi="Calibri" w:cs="Calibri"/>
                <w:b/>
                <w:color w:val="000000"/>
                <w:sz w:val="12"/>
                <w:szCs w:val="12"/>
                <w:highlight w:val="cyan"/>
              </w:rPr>
              <w:t>PROJE YAZMA TEKNİKLERİ</w:t>
            </w:r>
          </w:p>
          <w:p w:rsidR="00E26332" w:rsidRPr="000D2F35" w:rsidRDefault="00E26332" w:rsidP="00E2633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cyan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>Esra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 xml:space="preserve"> YILDIZ</w:t>
            </w:r>
          </w:p>
          <w:p w:rsidR="00253ECF" w:rsidRPr="000D2F35" w:rsidRDefault="00253ECF" w:rsidP="00253ECF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red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red"/>
              </w:rPr>
              <w:t>MNYL 505 UZMANLIK ALAN DERSİ</w:t>
            </w:r>
          </w:p>
          <w:p w:rsidR="00253ECF" w:rsidRPr="000D2F35" w:rsidRDefault="00253ECF" w:rsidP="00253ECF">
            <w:pPr>
              <w:spacing w:after="0" w:line="192" w:lineRule="auto"/>
              <w:jc w:val="center"/>
              <w:rPr>
                <w:rFonts w:ascii="Calibri" w:hAnsi="Calibri" w:cs="Calibri"/>
                <w:b/>
                <w:sz w:val="12"/>
                <w:szCs w:val="12"/>
              </w:rPr>
            </w:pP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>Doç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 xml:space="preserve">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>Nesri̇n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 xml:space="preserve"> KORKMAZ</w:t>
            </w:r>
          </w:p>
          <w:p w:rsidR="00393DEE" w:rsidRPr="000D2F35" w:rsidRDefault="00393DEE" w:rsidP="00393DEE">
            <w:pPr>
              <w:spacing w:after="0" w:line="192" w:lineRule="auto"/>
              <w:jc w:val="center"/>
              <w:rPr>
                <w:rFonts w:ascii="Calibri" w:hAnsi="Calibri" w:cs="Calibri"/>
                <w:b/>
                <w:sz w:val="12"/>
                <w:szCs w:val="12"/>
                <w:highlight w:val="darkYellow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darkYellow"/>
              </w:rPr>
              <w:t>MNYL 505 UZMANLIK ALAN DERSİ</w:t>
            </w:r>
          </w:p>
          <w:p w:rsidR="00405773" w:rsidRPr="000D2F35" w:rsidRDefault="00393DEE" w:rsidP="000D2F35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darkYellow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>Öğr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>Üyesi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>İbrahi̇m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 KILIÇ</w:t>
            </w:r>
          </w:p>
        </w:tc>
        <w:tc>
          <w:tcPr>
            <w:tcW w:w="184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9B1148" w:rsidRPr="000D2F35" w:rsidRDefault="009B1148" w:rsidP="009B1148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red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red"/>
              </w:rPr>
              <w:t>MNYL553 ENSTRÜMENTAL KİMYA VE ANALİZ</w:t>
            </w:r>
          </w:p>
          <w:p w:rsidR="009B1148" w:rsidRPr="000D2F35" w:rsidRDefault="009B1148" w:rsidP="009B1148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>Doç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 xml:space="preserve">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>Nesri̇n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 xml:space="preserve"> KORKMAZ</w:t>
            </w:r>
          </w:p>
          <w:p w:rsidR="00405773" w:rsidRPr="000D2F35" w:rsidRDefault="00B96C6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darkYellow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darkYellow"/>
              </w:rPr>
              <w:t>MNYL574 EKSTRÜZYON KALIPLAMA VE SÜRDÜRÜLEBİLİR KOMPOZİTLER</w:t>
            </w:r>
          </w:p>
          <w:p w:rsidR="00405773" w:rsidRPr="000D2F35" w:rsidRDefault="009B1148" w:rsidP="000D2F35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>Öğr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>Üyesi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>İbrahi̇m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 KILIÇ</w:t>
            </w:r>
          </w:p>
        </w:tc>
        <w:tc>
          <w:tcPr>
            <w:tcW w:w="184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9B1148" w:rsidRPr="000D2F35" w:rsidRDefault="009B1148" w:rsidP="009B1148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lightGray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lightGray"/>
              </w:rPr>
              <w:t>MNYL533 TEKSTİL MALZEMELERİ</w:t>
            </w:r>
          </w:p>
          <w:p w:rsidR="009B1148" w:rsidRPr="000D2F35" w:rsidRDefault="009B1148" w:rsidP="009B1148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>Yekta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 xml:space="preserve"> KARADUMAN</w:t>
            </w:r>
          </w:p>
          <w:p w:rsidR="00405773" w:rsidRPr="000D2F35" w:rsidRDefault="00B96C62" w:rsidP="009B1148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darkCya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darkCyan"/>
              </w:rPr>
              <w:t>MNYL 507 TEZ DANIŞMANLIĞI</w:t>
            </w:r>
            <w:r w:rsidR="00E67E61" w:rsidRPr="000D2F35">
              <w:rPr>
                <w:rFonts w:ascii="Calibri" w:hAnsi="Calibri" w:cs="Calibri"/>
                <w:b/>
                <w:sz w:val="12"/>
                <w:szCs w:val="12"/>
                <w:highlight w:val="darkCyan"/>
              </w:rPr>
              <w:t xml:space="preserve"> (VA***   CO*********)</w:t>
            </w:r>
          </w:p>
          <w:p w:rsidR="0037279C" w:rsidRPr="000D2F35" w:rsidRDefault="0037279C" w:rsidP="0037279C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 xml:space="preserve">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>Öğr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 xml:space="preserve">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>Üyesi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 xml:space="preserve"> Mustafa ERBAKAN</w:t>
            </w:r>
          </w:p>
          <w:p w:rsidR="00405773" w:rsidRPr="000D2F35" w:rsidRDefault="00405773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393DEE" w:rsidRPr="000D2F35" w:rsidRDefault="00393DEE" w:rsidP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darkCya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darkCyan"/>
              </w:rPr>
              <w:t>MNYL 505 UZMANLIK ALAN DERSİ</w:t>
            </w:r>
          </w:p>
          <w:p w:rsidR="00393DEE" w:rsidRPr="000D2F35" w:rsidRDefault="00393DEE" w:rsidP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 xml:space="preserve">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>Öğr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 xml:space="preserve">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>Üyesi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 xml:space="preserve"> Mustafa ERBAKAN</w:t>
            </w:r>
          </w:p>
          <w:p w:rsidR="00393DEE" w:rsidRPr="000D2F35" w:rsidRDefault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E26332" w:rsidRPr="000D2F35" w:rsidRDefault="00E26332" w:rsidP="00E2633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cya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cyan"/>
              </w:rPr>
              <w:t>MNYL501 BİLİMSEL ARAŞTIRMA YÖNTEMLERİ VE ETİK</w:t>
            </w:r>
          </w:p>
          <w:p w:rsidR="00E26332" w:rsidRPr="000D2F35" w:rsidRDefault="00E26332" w:rsidP="00E2633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>Esra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 xml:space="preserve"> YILDIZ</w:t>
            </w:r>
          </w:p>
          <w:p w:rsidR="00393DEE" w:rsidRPr="000D2F35" w:rsidRDefault="00393DEE" w:rsidP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red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red"/>
              </w:rPr>
              <w:t>MNYL555 NANOBİYOMALZEMELER</w:t>
            </w:r>
          </w:p>
          <w:p w:rsidR="00393DEE" w:rsidRPr="000D2F35" w:rsidRDefault="00393DEE" w:rsidP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>Doç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 xml:space="preserve">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>Nesri̇n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 xml:space="preserve"> KORKMAZ</w:t>
            </w:r>
          </w:p>
          <w:p w:rsidR="00405773" w:rsidRPr="000D2F35" w:rsidRDefault="00405773" w:rsidP="000D2F35">
            <w:pPr>
              <w:spacing w:after="0" w:line="192" w:lineRule="auto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393DEE" w:rsidRPr="000D2F35" w:rsidRDefault="00393DEE" w:rsidP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lightGray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lightGray"/>
              </w:rPr>
              <w:t>MNYL 505 UZMANLIK ALAN DERSİ</w:t>
            </w:r>
          </w:p>
          <w:p w:rsidR="00393DEE" w:rsidRPr="000D2F35" w:rsidRDefault="00393DEE" w:rsidP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>Yekta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 xml:space="preserve"> KARADUMAN</w:t>
            </w:r>
          </w:p>
          <w:p w:rsidR="00405773" w:rsidRPr="000D2F35" w:rsidRDefault="00B96C62" w:rsidP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blue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blue"/>
              </w:rPr>
              <w:t>MNYL541 KOMPOZİT MALZEMELERİN MEKANİĞİ</w:t>
            </w:r>
          </w:p>
          <w:p w:rsidR="00405773" w:rsidRPr="000D2F35" w:rsidRDefault="00E2633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blue"/>
              </w:rPr>
              <w:t xml:space="preserve">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blue"/>
              </w:rPr>
              <w:t>Öğr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blue"/>
              </w:rPr>
              <w:t xml:space="preserve">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blue"/>
              </w:rPr>
              <w:t>Üyesi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blue"/>
              </w:rPr>
              <w:t xml:space="preserve"> </w:t>
            </w:r>
            <w:r w:rsidR="00B96C62" w:rsidRPr="000D2F35">
              <w:rPr>
                <w:rFonts w:ascii="Calibri" w:hAnsi="Calibri" w:cs="Calibri"/>
                <w:sz w:val="12"/>
                <w:szCs w:val="12"/>
                <w:highlight w:val="blue"/>
              </w:rPr>
              <w:t xml:space="preserve">Mehmet </w:t>
            </w:r>
            <w:proofErr w:type="spellStart"/>
            <w:r w:rsidR="00B96C62" w:rsidRPr="000D2F35">
              <w:rPr>
                <w:rFonts w:ascii="Calibri" w:hAnsi="Calibri" w:cs="Calibri"/>
                <w:sz w:val="12"/>
                <w:szCs w:val="12"/>
                <w:highlight w:val="blue"/>
              </w:rPr>
              <w:t>Aki̇f</w:t>
            </w:r>
            <w:proofErr w:type="spellEnd"/>
            <w:r w:rsidR="00B96C62" w:rsidRPr="000D2F35">
              <w:rPr>
                <w:rFonts w:ascii="Calibri" w:hAnsi="Calibri" w:cs="Calibri"/>
                <w:sz w:val="12"/>
                <w:szCs w:val="12"/>
                <w:highlight w:val="blue"/>
              </w:rPr>
              <w:t xml:space="preserve"> D</w:t>
            </w:r>
            <w:r w:rsidR="00E67E61" w:rsidRPr="000D2F35">
              <w:rPr>
                <w:rFonts w:ascii="Calibri" w:hAnsi="Calibri" w:cs="Calibri"/>
                <w:sz w:val="12"/>
                <w:szCs w:val="12"/>
                <w:highlight w:val="blue"/>
              </w:rPr>
              <w:t>ÜNDAR</w:t>
            </w:r>
          </w:p>
          <w:p w:rsidR="00405773" w:rsidRPr="000D2F35" w:rsidRDefault="00405773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405773" w:rsidRPr="000D2F35" w:rsidRDefault="00B96C6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cya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cyan"/>
              </w:rPr>
              <w:t>MNYL 505 UZMANLIK ALAN DERSİ</w:t>
            </w:r>
          </w:p>
          <w:p w:rsidR="0037279C" w:rsidRPr="000D2F35" w:rsidRDefault="0037279C" w:rsidP="0037279C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>Esra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 xml:space="preserve"> YILDIZ</w:t>
            </w:r>
          </w:p>
          <w:p w:rsidR="00405773" w:rsidRPr="000D2F35" w:rsidRDefault="00B96C6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gree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green"/>
              </w:rPr>
              <w:t>MNYL 505 UZMANLIK ALAN DERSİ</w:t>
            </w:r>
          </w:p>
          <w:p w:rsidR="0037279C" w:rsidRPr="000D2F35" w:rsidRDefault="0037279C" w:rsidP="0037279C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>Hati̇ce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 xml:space="preserve"> KANBUR ÇAVUŞ</w:t>
            </w:r>
          </w:p>
          <w:p w:rsidR="00405773" w:rsidRPr="000D2F35" w:rsidRDefault="00405773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</w:tc>
      </w:tr>
      <w:tr w:rsidR="00405773">
        <w:trPr>
          <w:trHeight w:val="540"/>
          <w:jc w:val="center"/>
        </w:trPr>
        <w:tc>
          <w:tcPr>
            <w:tcW w:w="652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7E6E6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405773" w:rsidRDefault="00B96C62">
            <w:pPr>
              <w:jc w:val="center"/>
            </w:pPr>
            <w:r>
              <w:rPr>
                <w:b/>
                <w:sz w:val="13"/>
              </w:rPr>
              <w:t>14:30</w:t>
            </w:r>
            <w:r>
              <w:rPr>
                <w:b/>
                <w:sz w:val="13"/>
              </w:rPr>
              <w:br/>
              <w:t>15:15</w:t>
            </w:r>
          </w:p>
        </w:tc>
        <w:tc>
          <w:tcPr>
            <w:tcW w:w="212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E26332" w:rsidRPr="000D2F35" w:rsidRDefault="00E26332" w:rsidP="00E26332">
            <w:pPr>
              <w:spacing w:after="0"/>
              <w:jc w:val="center"/>
              <w:rPr>
                <w:rFonts w:ascii="Calibri" w:hAnsi="Calibri" w:cs="Calibri"/>
                <w:b/>
                <w:color w:val="000000"/>
                <w:sz w:val="12"/>
                <w:szCs w:val="12"/>
                <w:highlight w:val="cyan"/>
              </w:rPr>
            </w:pPr>
            <w:r w:rsidRPr="000D2F35">
              <w:rPr>
                <w:rFonts w:ascii="Calibri" w:hAnsi="Calibri" w:cs="Calibri"/>
                <w:b/>
                <w:color w:val="000000"/>
                <w:sz w:val="12"/>
                <w:szCs w:val="12"/>
                <w:highlight w:val="cyan"/>
              </w:rPr>
              <w:t>MNYL514</w:t>
            </w:r>
          </w:p>
          <w:p w:rsidR="00E26332" w:rsidRPr="000D2F35" w:rsidRDefault="00E26332" w:rsidP="00E26332">
            <w:pPr>
              <w:spacing w:after="0"/>
              <w:jc w:val="center"/>
              <w:rPr>
                <w:rFonts w:ascii="Calibri" w:hAnsi="Calibri" w:cs="Calibri"/>
                <w:b/>
                <w:color w:val="000000"/>
                <w:sz w:val="12"/>
                <w:szCs w:val="12"/>
                <w:highlight w:val="cyan"/>
              </w:rPr>
            </w:pPr>
            <w:r w:rsidRPr="000D2F35">
              <w:rPr>
                <w:rFonts w:ascii="Calibri" w:hAnsi="Calibri" w:cs="Calibri"/>
                <w:b/>
                <w:color w:val="000000"/>
                <w:sz w:val="12"/>
                <w:szCs w:val="12"/>
                <w:highlight w:val="cyan"/>
              </w:rPr>
              <w:t>PROJE YAZMA TEKNİKLERİ</w:t>
            </w:r>
          </w:p>
          <w:p w:rsidR="00E26332" w:rsidRPr="000D2F35" w:rsidRDefault="00E26332" w:rsidP="00E2633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cyan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>Esra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 xml:space="preserve"> YILDIZ</w:t>
            </w:r>
          </w:p>
          <w:p w:rsidR="00253ECF" w:rsidRPr="000D2F35" w:rsidRDefault="00253ECF" w:rsidP="00253ECF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red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red"/>
              </w:rPr>
              <w:t>MNYL 505 UZMANLIK ALAN DERSİ</w:t>
            </w:r>
          </w:p>
          <w:p w:rsidR="00253ECF" w:rsidRPr="000D2F35" w:rsidRDefault="00253ECF" w:rsidP="00393DEE">
            <w:pPr>
              <w:spacing w:after="0" w:line="192" w:lineRule="auto"/>
              <w:jc w:val="center"/>
              <w:rPr>
                <w:rFonts w:ascii="Calibri" w:hAnsi="Calibri" w:cs="Calibri"/>
                <w:b/>
                <w:sz w:val="12"/>
                <w:szCs w:val="12"/>
              </w:rPr>
            </w:pP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>Doç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 xml:space="preserve">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>Nesri̇n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 xml:space="preserve"> KORKMAZ</w:t>
            </w:r>
          </w:p>
          <w:p w:rsidR="00393DEE" w:rsidRPr="000D2F35" w:rsidRDefault="00393DEE" w:rsidP="00393DEE">
            <w:pPr>
              <w:spacing w:after="0" w:line="192" w:lineRule="auto"/>
              <w:jc w:val="center"/>
              <w:rPr>
                <w:rFonts w:ascii="Calibri" w:hAnsi="Calibri" w:cs="Calibri"/>
                <w:b/>
                <w:sz w:val="12"/>
                <w:szCs w:val="12"/>
                <w:highlight w:val="darkYellow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darkYellow"/>
              </w:rPr>
              <w:t>MNYL 505 UZMANLIK ALAN DERSİ</w:t>
            </w:r>
          </w:p>
          <w:p w:rsidR="00405773" w:rsidRPr="000D2F35" w:rsidRDefault="00393DEE" w:rsidP="000D2F35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darkYellow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>Öğr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>Üyesi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>İbrahi̇m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 KILIÇ</w:t>
            </w:r>
          </w:p>
        </w:tc>
        <w:tc>
          <w:tcPr>
            <w:tcW w:w="184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E26332" w:rsidRPr="000D2F35" w:rsidRDefault="00E26332" w:rsidP="00E2633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red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red"/>
              </w:rPr>
              <w:t>MNYL553 ENSTRÜMENTAL KİMYA VE ANALİZ</w:t>
            </w:r>
          </w:p>
          <w:p w:rsidR="00E26332" w:rsidRPr="000D2F35" w:rsidRDefault="00E26332" w:rsidP="00E2633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>Doç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 xml:space="preserve">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>Nesri̇n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 xml:space="preserve"> KORKMAZ</w:t>
            </w:r>
          </w:p>
          <w:p w:rsidR="00405773" w:rsidRPr="000D2F35" w:rsidRDefault="00B96C6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darkYellow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darkYellow"/>
              </w:rPr>
              <w:t>MNYL574 EKSTRÜZYON KALIPLAMA VE SÜRDÜRÜLEBİLİR KOMPOZİTLER</w:t>
            </w:r>
          </w:p>
          <w:p w:rsidR="00405773" w:rsidRPr="000D2F35" w:rsidRDefault="009B1148" w:rsidP="000D2F35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>Öğr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>Üyesi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>İbrahi̇m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 KILIÇ</w:t>
            </w:r>
          </w:p>
        </w:tc>
        <w:tc>
          <w:tcPr>
            <w:tcW w:w="184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E26332" w:rsidRPr="000D2F35" w:rsidRDefault="00E26332" w:rsidP="00E2633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lightGray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lightGray"/>
              </w:rPr>
              <w:t>MNYL533 TEKSTİL MALZEMELERİ</w:t>
            </w:r>
          </w:p>
          <w:p w:rsidR="00E26332" w:rsidRPr="000D2F35" w:rsidRDefault="00E26332" w:rsidP="00E2633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>Yekta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 xml:space="preserve"> KARADUMAN</w:t>
            </w:r>
          </w:p>
          <w:p w:rsidR="00405773" w:rsidRPr="000D2F35" w:rsidRDefault="00B96C6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darkCya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darkCyan"/>
              </w:rPr>
              <w:t>MNYL 507 TEZ DANIŞMANLIĞI</w:t>
            </w:r>
            <w:r w:rsidR="00024ABC">
              <w:rPr>
                <w:rFonts w:ascii="Calibri" w:hAnsi="Calibri" w:cs="Calibri"/>
                <w:b/>
                <w:sz w:val="12"/>
                <w:szCs w:val="12"/>
                <w:highlight w:val="darkCyan"/>
              </w:rPr>
              <w:t xml:space="preserve"> (ME*** BO</w:t>
            </w:r>
            <w:bookmarkStart w:id="0" w:name="_GoBack"/>
            <w:bookmarkEnd w:id="0"/>
            <w:r w:rsidR="00E67E61" w:rsidRPr="000D2F35">
              <w:rPr>
                <w:rFonts w:ascii="Calibri" w:hAnsi="Calibri" w:cs="Calibri"/>
                <w:b/>
                <w:sz w:val="12"/>
                <w:szCs w:val="12"/>
                <w:highlight w:val="darkCyan"/>
              </w:rPr>
              <w:t>****)</w:t>
            </w:r>
          </w:p>
          <w:p w:rsidR="0037279C" w:rsidRPr="000D2F35" w:rsidRDefault="0037279C" w:rsidP="0037279C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 xml:space="preserve">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>Öğr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 xml:space="preserve">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>Üyesi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 xml:space="preserve"> Mustafa ERBAKAN</w:t>
            </w:r>
          </w:p>
          <w:p w:rsidR="00405773" w:rsidRPr="000D2F35" w:rsidRDefault="00405773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393DEE" w:rsidRPr="000D2F35" w:rsidRDefault="00393DEE" w:rsidP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darkCya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darkCyan"/>
              </w:rPr>
              <w:t>MNYL 505 UZMANLIK ALAN DERSİ</w:t>
            </w:r>
          </w:p>
          <w:p w:rsidR="00393DEE" w:rsidRPr="000D2F35" w:rsidRDefault="00393DEE" w:rsidP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 xml:space="preserve">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>Öğr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 xml:space="preserve">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>Üyesi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 xml:space="preserve"> Mustafa ERBAKAN</w:t>
            </w:r>
          </w:p>
          <w:p w:rsidR="00393DEE" w:rsidRPr="000D2F35" w:rsidRDefault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E26332" w:rsidRPr="000D2F35" w:rsidRDefault="00E26332" w:rsidP="00E2633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cya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cyan"/>
              </w:rPr>
              <w:t>MNYL501 BİLİMSEL</w:t>
            </w:r>
            <w:r w:rsidRPr="000D2F35">
              <w:rPr>
                <w:rFonts w:ascii="Calibri" w:hAnsi="Calibri" w:cs="Calibri"/>
                <w:b/>
                <w:sz w:val="12"/>
                <w:szCs w:val="12"/>
              </w:rPr>
              <w:t xml:space="preserve"> </w:t>
            </w:r>
            <w:r w:rsidRPr="000D2F35">
              <w:rPr>
                <w:rFonts w:ascii="Calibri" w:hAnsi="Calibri" w:cs="Calibri"/>
                <w:b/>
                <w:sz w:val="12"/>
                <w:szCs w:val="12"/>
                <w:highlight w:val="cyan"/>
              </w:rPr>
              <w:t>ARAŞTIRMA YÖNTEMLERİ VE ETİK</w:t>
            </w:r>
          </w:p>
          <w:p w:rsidR="00E26332" w:rsidRPr="000D2F35" w:rsidRDefault="00E26332" w:rsidP="00E2633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>Esra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 xml:space="preserve"> YILDIZ</w:t>
            </w:r>
          </w:p>
          <w:p w:rsidR="00393DEE" w:rsidRPr="000D2F35" w:rsidRDefault="00393DEE" w:rsidP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red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red"/>
              </w:rPr>
              <w:t>MNYL555 NANOBİYOMALZEMELER</w:t>
            </w:r>
          </w:p>
          <w:p w:rsidR="00405773" w:rsidRPr="000D2F35" w:rsidRDefault="00393DEE" w:rsidP="000D2F35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>Doç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 xml:space="preserve">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>Nesri̇n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 xml:space="preserve"> KORKMAZ</w:t>
            </w:r>
          </w:p>
        </w:tc>
        <w:tc>
          <w:tcPr>
            <w:tcW w:w="212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393DEE" w:rsidRPr="000D2F35" w:rsidRDefault="00393DEE" w:rsidP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lightGray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lightGray"/>
              </w:rPr>
              <w:t>MNYL 505 UZMANLIK ALAN DERSİ</w:t>
            </w:r>
          </w:p>
          <w:p w:rsidR="00393DEE" w:rsidRPr="000D2F35" w:rsidRDefault="00393DEE" w:rsidP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>Yekta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 xml:space="preserve"> KARADUMAN</w:t>
            </w:r>
          </w:p>
          <w:p w:rsidR="00405773" w:rsidRPr="000D2F35" w:rsidRDefault="00B96C62" w:rsidP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blue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blue"/>
              </w:rPr>
              <w:t>MNYL541 KOMPOZİT MALZEMELERİN MEKANİĞİ</w:t>
            </w:r>
          </w:p>
          <w:p w:rsidR="00405773" w:rsidRPr="000D2F35" w:rsidRDefault="00E26332" w:rsidP="000D2F35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blue"/>
              </w:rPr>
              <w:t xml:space="preserve">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blue"/>
              </w:rPr>
              <w:t>Öğr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blue"/>
              </w:rPr>
              <w:t xml:space="preserve">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blue"/>
              </w:rPr>
              <w:t>Üyesi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blue"/>
              </w:rPr>
              <w:t xml:space="preserve"> </w:t>
            </w:r>
            <w:r w:rsidR="00B96C62" w:rsidRPr="000D2F35">
              <w:rPr>
                <w:rFonts w:ascii="Calibri" w:hAnsi="Calibri" w:cs="Calibri"/>
                <w:sz w:val="12"/>
                <w:szCs w:val="12"/>
                <w:highlight w:val="blue"/>
              </w:rPr>
              <w:t xml:space="preserve">Mehmet </w:t>
            </w:r>
            <w:proofErr w:type="spellStart"/>
            <w:r w:rsidR="00B96C62" w:rsidRPr="000D2F35">
              <w:rPr>
                <w:rFonts w:ascii="Calibri" w:hAnsi="Calibri" w:cs="Calibri"/>
                <w:sz w:val="12"/>
                <w:szCs w:val="12"/>
                <w:highlight w:val="blue"/>
              </w:rPr>
              <w:t>Aki̇f</w:t>
            </w:r>
            <w:proofErr w:type="spellEnd"/>
            <w:r w:rsidR="00B96C62" w:rsidRPr="000D2F35">
              <w:rPr>
                <w:rFonts w:ascii="Calibri" w:hAnsi="Calibri" w:cs="Calibri"/>
                <w:sz w:val="12"/>
                <w:szCs w:val="12"/>
                <w:highlight w:val="blue"/>
              </w:rPr>
              <w:t xml:space="preserve"> </w:t>
            </w:r>
            <w:r w:rsidR="00E67E61" w:rsidRPr="000D2F35">
              <w:rPr>
                <w:rFonts w:ascii="Calibri" w:hAnsi="Calibri" w:cs="Calibri"/>
                <w:sz w:val="12"/>
                <w:szCs w:val="12"/>
                <w:highlight w:val="blue"/>
              </w:rPr>
              <w:t>DÜNDAR</w:t>
            </w:r>
          </w:p>
        </w:tc>
        <w:tc>
          <w:tcPr>
            <w:tcW w:w="212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405773" w:rsidRPr="000D2F35" w:rsidRDefault="00B96C6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cya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cyan"/>
              </w:rPr>
              <w:t>MNYL 505 UZMANLIK ALAN DERSİ</w:t>
            </w:r>
          </w:p>
          <w:p w:rsidR="00405773" w:rsidRPr="000D2F35" w:rsidRDefault="00B96C6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>Esra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 xml:space="preserve"> </w:t>
            </w:r>
            <w:r w:rsidR="0037279C"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>YILDIZ</w:t>
            </w:r>
          </w:p>
          <w:p w:rsidR="00405773" w:rsidRPr="000D2F35" w:rsidRDefault="00B96C6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gree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green"/>
              </w:rPr>
              <w:t>MNYL 505 UZMANLIK ALAN DERSİ</w:t>
            </w:r>
          </w:p>
          <w:p w:rsidR="0037279C" w:rsidRPr="000D2F35" w:rsidRDefault="0037279C" w:rsidP="0037279C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>Hati̇ce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 xml:space="preserve"> KANBUR ÇAVUŞ</w:t>
            </w:r>
          </w:p>
          <w:p w:rsidR="00405773" w:rsidRPr="000D2F35" w:rsidRDefault="00405773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</w:tc>
      </w:tr>
      <w:tr w:rsidR="00405773">
        <w:trPr>
          <w:trHeight w:val="540"/>
          <w:jc w:val="center"/>
        </w:trPr>
        <w:tc>
          <w:tcPr>
            <w:tcW w:w="652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7E6E6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405773" w:rsidRDefault="00B96C62">
            <w:pPr>
              <w:jc w:val="center"/>
            </w:pPr>
            <w:r>
              <w:rPr>
                <w:b/>
                <w:sz w:val="13"/>
              </w:rPr>
              <w:t>15:30</w:t>
            </w:r>
            <w:r>
              <w:rPr>
                <w:b/>
                <w:sz w:val="13"/>
              </w:rPr>
              <w:br/>
              <w:t>16:15</w:t>
            </w:r>
          </w:p>
        </w:tc>
        <w:tc>
          <w:tcPr>
            <w:tcW w:w="212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E26332" w:rsidRPr="000D2F35" w:rsidRDefault="00E26332" w:rsidP="00E26332">
            <w:pPr>
              <w:spacing w:after="0"/>
              <w:jc w:val="center"/>
              <w:rPr>
                <w:rFonts w:ascii="Calibri" w:hAnsi="Calibri" w:cs="Calibri"/>
                <w:b/>
                <w:color w:val="000000"/>
                <w:sz w:val="12"/>
                <w:szCs w:val="12"/>
                <w:highlight w:val="cyan"/>
              </w:rPr>
            </w:pPr>
            <w:r w:rsidRPr="000D2F35">
              <w:rPr>
                <w:rFonts w:ascii="Calibri" w:hAnsi="Calibri" w:cs="Calibri"/>
                <w:b/>
                <w:color w:val="000000"/>
                <w:sz w:val="12"/>
                <w:szCs w:val="12"/>
                <w:highlight w:val="cyan"/>
              </w:rPr>
              <w:t>MNYL514</w:t>
            </w:r>
          </w:p>
          <w:p w:rsidR="00E26332" w:rsidRPr="000D2F35" w:rsidRDefault="00E26332" w:rsidP="00E26332">
            <w:pPr>
              <w:spacing w:after="0"/>
              <w:jc w:val="center"/>
              <w:rPr>
                <w:rFonts w:ascii="Calibri" w:hAnsi="Calibri" w:cs="Calibri"/>
                <w:b/>
                <w:color w:val="000000"/>
                <w:sz w:val="12"/>
                <w:szCs w:val="12"/>
                <w:highlight w:val="cyan"/>
              </w:rPr>
            </w:pPr>
            <w:r w:rsidRPr="000D2F35">
              <w:rPr>
                <w:rFonts w:ascii="Calibri" w:hAnsi="Calibri" w:cs="Calibri"/>
                <w:b/>
                <w:color w:val="000000"/>
                <w:sz w:val="12"/>
                <w:szCs w:val="12"/>
                <w:highlight w:val="cyan"/>
              </w:rPr>
              <w:t>PROJE YAZMA TEKNİKLERİ</w:t>
            </w:r>
          </w:p>
          <w:p w:rsidR="00E26332" w:rsidRPr="000D2F35" w:rsidRDefault="00E26332" w:rsidP="00E2633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cyan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>Esra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 xml:space="preserve"> YILDIZ</w:t>
            </w:r>
          </w:p>
          <w:p w:rsidR="00253ECF" w:rsidRPr="000D2F35" w:rsidRDefault="00253ECF" w:rsidP="00253ECF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red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red"/>
              </w:rPr>
              <w:t>MNYL 505 UZMANLIK ALAN DERSİ</w:t>
            </w:r>
          </w:p>
          <w:p w:rsidR="00253ECF" w:rsidRPr="000D2F35" w:rsidRDefault="00253ECF" w:rsidP="00253ECF">
            <w:pPr>
              <w:spacing w:after="0" w:line="192" w:lineRule="auto"/>
              <w:jc w:val="center"/>
              <w:rPr>
                <w:rFonts w:ascii="Calibri" w:hAnsi="Calibri" w:cs="Calibri"/>
                <w:b/>
                <w:sz w:val="12"/>
                <w:szCs w:val="12"/>
              </w:rPr>
            </w:pP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>Doç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 xml:space="preserve">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>Nesri̇n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 xml:space="preserve"> KORKMAZ</w:t>
            </w:r>
          </w:p>
          <w:p w:rsidR="00393DEE" w:rsidRPr="000D2F35" w:rsidRDefault="00393DEE" w:rsidP="00393DEE">
            <w:pPr>
              <w:spacing w:after="0" w:line="192" w:lineRule="auto"/>
              <w:jc w:val="center"/>
              <w:rPr>
                <w:rFonts w:ascii="Calibri" w:hAnsi="Calibri" w:cs="Calibri"/>
                <w:b/>
                <w:sz w:val="12"/>
                <w:szCs w:val="12"/>
                <w:highlight w:val="darkYellow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darkYellow"/>
              </w:rPr>
              <w:t>MNYL 505 UZMANLIK ALAN DERSİ</w:t>
            </w:r>
          </w:p>
          <w:p w:rsidR="00253ECF" w:rsidRPr="000D2F35" w:rsidRDefault="00393DEE" w:rsidP="000D2F35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darkYellow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>Öğr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>Üyesi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>İbrahi̇m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 KILIÇ</w:t>
            </w:r>
          </w:p>
          <w:p w:rsidR="00405773" w:rsidRPr="000D2F35" w:rsidRDefault="00405773">
            <w:pPr>
              <w:rPr>
                <w:rFonts w:ascii="Calibri" w:hAnsi="Calibri" w:cs="Calibri"/>
                <w:sz w:val="12"/>
                <w:szCs w:val="12"/>
                <w:highlight w:val="cyan"/>
              </w:rPr>
            </w:pPr>
          </w:p>
        </w:tc>
        <w:tc>
          <w:tcPr>
            <w:tcW w:w="184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393DEE" w:rsidRPr="000D2F35" w:rsidRDefault="00393DEE" w:rsidP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red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red"/>
              </w:rPr>
              <w:t>MNYL553 ENSTRÜMENTAL KİMYA VE ANALİZ</w:t>
            </w:r>
          </w:p>
          <w:p w:rsidR="00393DEE" w:rsidRPr="000D2F35" w:rsidRDefault="00393DEE" w:rsidP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>Doç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 xml:space="preserve">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>Nesri̇n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 xml:space="preserve"> KORKMAZ</w:t>
            </w:r>
          </w:p>
          <w:p w:rsidR="00405773" w:rsidRPr="000D2F35" w:rsidRDefault="00B96C6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darkYellow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darkYellow"/>
              </w:rPr>
              <w:t>MNYL574 EKSTRÜZYON KALIPLAMA VE SÜRDÜRÜLEBİLİR KOMPOZİTLER</w:t>
            </w:r>
          </w:p>
          <w:p w:rsidR="009B1148" w:rsidRPr="000D2F35" w:rsidRDefault="009B1148" w:rsidP="009B1148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>Öğr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>Üyesi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>İbrahi̇m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 KILIÇ</w:t>
            </w:r>
          </w:p>
          <w:p w:rsidR="00405773" w:rsidRPr="000D2F35" w:rsidRDefault="00405773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E26332" w:rsidRPr="000D2F35" w:rsidRDefault="00E26332" w:rsidP="00E2633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lightGray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lightGray"/>
              </w:rPr>
              <w:t>MNYL533 TEKSTİL MALZEMELERİ</w:t>
            </w:r>
          </w:p>
          <w:p w:rsidR="00E26332" w:rsidRPr="000D2F35" w:rsidRDefault="00E26332" w:rsidP="00E2633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>Yekta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 xml:space="preserve"> KARADUMAN</w:t>
            </w:r>
          </w:p>
          <w:p w:rsidR="00405773" w:rsidRPr="000D2F35" w:rsidRDefault="00405773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393DEE" w:rsidRPr="000D2F35" w:rsidRDefault="00393DEE" w:rsidP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darkCya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darkCyan"/>
              </w:rPr>
              <w:t>MNYL 505 UZMANLIK ALAN DERSİ</w:t>
            </w:r>
          </w:p>
          <w:p w:rsidR="00393DEE" w:rsidRPr="000D2F35" w:rsidRDefault="00393DEE" w:rsidP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 xml:space="preserve">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>Öğr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 xml:space="preserve">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>Üyesi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 xml:space="preserve"> Mustafa ERBAKAN</w:t>
            </w:r>
          </w:p>
          <w:p w:rsidR="00393DEE" w:rsidRPr="000D2F35" w:rsidRDefault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E26332" w:rsidRPr="000D2F35" w:rsidRDefault="00E26332" w:rsidP="00E2633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cya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cyan"/>
              </w:rPr>
              <w:t>MNYL501 BİLİMSEL ARAŞTIRMA YÖNTEMLERİ VE ETİK</w:t>
            </w:r>
          </w:p>
          <w:p w:rsidR="00E26332" w:rsidRPr="000D2F35" w:rsidRDefault="00E26332" w:rsidP="00E2633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>Esra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 xml:space="preserve"> YILDIZ</w:t>
            </w:r>
          </w:p>
          <w:p w:rsidR="00393DEE" w:rsidRPr="000D2F35" w:rsidRDefault="00393DEE" w:rsidP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red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red"/>
              </w:rPr>
              <w:t>MNYL555 NANOBİYOMALZEMELER</w:t>
            </w:r>
          </w:p>
          <w:p w:rsidR="00393DEE" w:rsidRPr="000D2F35" w:rsidRDefault="00393DEE" w:rsidP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>Doç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 xml:space="preserve">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>Nesri̇n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 xml:space="preserve"> KORKMAZ</w:t>
            </w:r>
          </w:p>
          <w:p w:rsidR="00405773" w:rsidRPr="000D2F35" w:rsidRDefault="00405773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393DEE" w:rsidRPr="000D2F35" w:rsidRDefault="00393DEE" w:rsidP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lightGray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lightGray"/>
              </w:rPr>
              <w:t>MNYL 505 UZMANLIK ALAN DERSİ</w:t>
            </w:r>
          </w:p>
          <w:p w:rsidR="00393DEE" w:rsidRPr="000D2F35" w:rsidRDefault="00393DEE" w:rsidP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>Yekta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 xml:space="preserve"> KARADUMAN</w:t>
            </w:r>
          </w:p>
          <w:p w:rsidR="00405773" w:rsidRPr="000D2F35" w:rsidRDefault="00B96C62" w:rsidP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blue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blue"/>
              </w:rPr>
              <w:t>MNYL541 KOMPOZİT MALZEMELERİN MEKANİĞİ</w:t>
            </w:r>
          </w:p>
          <w:p w:rsidR="00405773" w:rsidRPr="000D2F35" w:rsidRDefault="00E2633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blue"/>
              </w:rPr>
              <w:t xml:space="preserve">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blue"/>
              </w:rPr>
              <w:t>Öğr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blue"/>
              </w:rPr>
              <w:t xml:space="preserve">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blue"/>
              </w:rPr>
              <w:t>Üyesi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blue"/>
              </w:rPr>
              <w:t xml:space="preserve"> </w:t>
            </w:r>
            <w:r w:rsidR="00B96C62" w:rsidRPr="000D2F35">
              <w:rPr>
                <w:rFonts w:ascii="Calibri" w:hAnsi="Calibri" w:cs="Calibri"/>
                <w:sz w:val="12"/>
                <w:szCs w:val="12"/>
                <w:highlight w:val="blue"/>
              </w:rPr>
              <w:t xml:space="preserve">Mehmet </w:t>
            </w:r>
            <w:proofErr w:type="spellStart"/>
            <w:r w:rsidR="00B96C62" w:rsidRPr="000D2F35">
              <w:rPr>
                <w:rFonts w:ascii="Calibri" w:hAnsi="Calibri" w:cs="Calibri"/>
                <w:sz w:val="12"/>
                <w:szCs w:val="12"/>
                <w:highlight w:val="blue"/>
              </w:rPr>
              <w:t>Aki̇f</w:t>
            </w:r>
            <w:proofErr w:type="spellEnd"/>
            <w:r w:rsidR="00B96C62" w:rsidRPr="000D2F35">
              <w:rPr>
                <w:rFonts w:ascii="Calibri" w:hAnsi="Calibri" w:cs="Calibri"/>
                <w:sz w:val="12"/>
                <w:szCs w:val="12"/>
                <w:highlight w:val="blue"/>
              </w:rPr>
              <w:t xml:space="preserve"> </w:t>
            </w:r>
            <w:r w:rsidR="00E67E61" w:rsidRPr="000D2F35">
              <w:rPr>
                <w:rFonts w:ascii="Calibri" w:hAnsi="Calibri" w:cs="Calibri"/>
                <w:sz w:val="12"/>
                <w:szCs w:val="12"/>
                <w:highlight w:val="blue"/>
              </w:rPr>
              <w:t>DÜNDAR</w:t>
            </w:r>
          </w:p>
          <w:p w:rsidR="00405773" w:rsidRPr="000D2F35" w:rsidRDefault="00405773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405773" w:rsidRPr="000D2F35" w:rsidRDefault="00B96C6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cya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cyan"/>
              </w:rPr>
              <w:t>MNYL 505 UZMANLIK ALAN DERSİ</w:t>
            </w:r>
          </w:p>
          <w:p w:rsidR="0037279C" w:rsidRPr="000D2F35" w:rsidRDefault="0037279C" w:rsidP="0037279C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>Esra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 xml:space="preserve"> YILDIZ</w:t>
            </w:r>
          </w:p>
          <w:p w:rsidR="00405773" w:rsidRPr="000D2F35" w:rsidRDefault="00B96C6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gree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green"/>
              </w:rPr>
              <w:t>MNYL 505 UZMANLIK ALAN DERSİ</w:t>
            </w:r>
          </w:p>
          <w:p w:rsidR="0037279C" w:rsidRPr="000D2F35" w:rsidRDefault="0037279C" w:rsidP="0037279C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>Hati̇ce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 xml:space="preserve"> KANBUR ÇAVUŞ</w:t>
            </w:r>
          </w:p>
          <w:p w:rsidR="00405773" w:rsidRPr="000D2F35" w:rsidRDefault="00405773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</w:tc>
      </w:tr>
      <w:tr w:rsidR="00405773" w:rsidTr="000D2F35">
        <w:trPr>
          <w:trHeight w:val="918"/>
          <w:jc w:val="center"/>
        </w:trPr>
        <w:tc>
          <w:tcPr>
            <w:tcW w:w="652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7E6E6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405773" w:rsidRDefault="00B96C62">
            <w:pPr>
              <w:jc w:val="center"/>
            </w:pPr>
            <w:r>
              <w:rPr>
                <w:b/>
                <w:sz w:val="13"/>
              </w:rPr>
              <w:t>16:30</w:t>
            </w:r>
            <w:r>
              <w:rPr>
                <w:b/>
                <w:sz w:val="13"/>
              </w:rPr>
              <w:br/>
              <w:t>17:15</w:t>
            </w:r>
          </w:p>
        </w:tc>
        <w:tc>
          <w:tcPr>
            <w:tcW w:w="212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393DEE" w:rsidRPr="000D2F35" w:rsidRDefault="00393DEE" w:rsidP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red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red"/>
              </w:rPr>
              <w:t>MNYL 505 UZMANLIK ALAN DERSİ</w:t>
            </w:r>
          </w:p>
          <w:p w:rsidR="00393DEE" w:rsidRPr="000D2F35" w:rsidRDefault="00393DEE" w:rsidP="00393DEE">
            <w:pPr>
              <w:spacing w:after="0" w:line="192" w:lineRule="auto"/>
              <w:jc w:val="center"/>
              <w:rPr>
                <w:rFonts w:ascii="Calibri" w:hAnsi="Calibri" w:cs="Calibri"/>
                <w:b/>
                <w:sz w:val="12"/>
                <w:szCs w:val="12"/>
              </w:rPr>
            </w:pP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>Doç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 xml:space="preserve">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>Nesri̇n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red"/>
              </w:rPr>
              <w:t xml:space="preserve"> KORKMAZ</w:t>
            </w:r>
          </w:p>
          <w:p w:rsidR="00393DEE" w:rsidRPr="000D2F35" w:rsidRDefault="00393DEE" w:rsidP="00393DEE">
            <w:pPr>
              <w:spacing w:after="0" w:line="192" w:lineRule="auto"/>
              <w:jc w:val="center"/>
              <w:rPr>
                <w:rFonts w:ascii="Calibri" w:hAnsi="Calibri" w:cs="Calibri"/>
                <w:b/>
                <w:sz w:val="12"/>
                <w:szCs w:val="12"/>
                <w:highlight w:val="darkYellow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darkYellow"/>
              </w:rPr>
              <w:t>MNYL 505 UZMANLIK ALAN DERSİ</w:t>
            </w:r>
          </w:p>
          <w:p w:rsidR="00393DEE" w:rsidRPr="000D2F35" w:rsidRDefault="00393DEE" w:rsidP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darkYellow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>Öğr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>Üyesi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>İbrahi̇m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Yellow"/>
              </w:rPr>
              <w:t xml:space="preserve"> KILIÇ</w:t>
            </w:r>
          </w:p>
          <w:p w:rsidR="00253ECF" w:rsidRPr="000D2F35" w:rsidRDefault="00253ECF" w:rsidP="00253ECF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gree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green"/>
              </w:rPr>
              <w:t>MNYL 507 TEZ DANIŞMANLIĞI</w:t>
            </w:r>
          </w:p>
          <w:p w:rsidR="00405773" w:rsidRPr="000D2F35" w:rsidRDefault="00253ECF" w:rsidP="000D2F35">
            <w:pPr>
              <w:spacing w:after="0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>Hati̇ce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 xml:space="preserve"> KANBUR ÇAVUŞ</w:t>
            </w:r>
          </w:p>
        </w:tc>
        <w:tc>
          <w:tcPr>
            <w:tcW w:w="184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405773" w:rsidRPr="000D2F35" w:rsidRDefault="00405773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405773" w:rsidRPr="000D2F35" w:rsidRDefault="00405773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393DEE" w:rsidRPr="000D2F35" w:rsidRDefault="00393DEE" w:rsidP="00393DEE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darkCya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darkCyan"/>
              </w:rPr>
              <w:t>MNYL 505 UZMANLIK ALAN DERSİ</w:t>
            </w:r>
          </w:p>
          <w:p w:rsidR="00405773" w:rsidRPr="000D2F35" w:rsidRDefault="00393DEE" w:rsidP="000D2F35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 xml:space="preserve">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>Öğr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 xml:space="preserve">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>Üyesi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darkCyan"/>
              </w:rPr>
              <w:t xml:space="preserve"> Mustafa ERBAKAN</w:t>
            </w:r>
          </w:p>
        </w:tc>
        <w:tc>
          <w:tcPr>
            <w:tcW w:w="184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405773" w:rsidRPr="000D2F35" w:rsidRDefault="00405773" w:rsidP="00E2633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405773" w:rsidRPr="000D2F35" w:rsidRDefault="00B96C6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lightGray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lightGray"/>
              </w:rPr>
              <w:t>MNYL 505 UZMANLIK ALAN DERSİ</w:t>
            </w:r>
          </w:p>
          <w:p w:rsidR="00405773" w:rsidRPr="000D2F35" w:rsidRDefault="0037279C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>Yekta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lightGray"/>
              </w:rPr>
              <w:t xml:space="preserve"> KARADUMAN</w:t>
            </w:r>
          </w:p>
        </w:tc>
        <w:tc>
          <w:tcPr>
            <w:tcW w:w="212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405773" w:rsidRPr="000D2F35" w:rsidRDefault="00B96C6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cya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  <w:highlight w:val="cyan"/>
              </w:rPr>
              <w:t>MNYL 505 UZMANLIK ALAN DERSİ</w:t>
            </w:r>
          </w:p>
          <w:p w:rsidR="0037279C" w:rsidRPr="000D2F35" w:rsidRDefault="0037279C" w:rsidP="0037279C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>Esra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cyan"/>
              </w:rPr>
              <w:t xml:space="preserve"> YILDIZ</w:t>
            </w:r>
          </w:p>
          <w:p w:rsidR="00405773" w:rsidRPr="000D2F35" w:rsidRDefault="00B96C62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  <w:highlight w:val="green"/>
              </w:rPr>
            </w:pPr>
            <w:r w:rsidRPr="000D2F35">
              <w:rPr>
                <w:rFonts w:ascii="Calibri" w:hAnsi="Calibri" w:cs="Calibri"/>
                <w:b/>
                <w:sz w:val="12"/>
                <w:szCs w:val="12"/>
              </w:rPr>
              <w:t>M</w:t>
            </w:r>
            <w:r w:rsidRPr="000D2F35">
              <w:rPr>
                <w:rFonts w:ascii="Calibri" w:hAnsi="Calibri" w:cs="Calibri"/>
                <w:b/>
                <w:sz w:val="12"/>
                <w:szCs w:val="12"/>
                <w:highlight w:val="green"/>
              </w:rPr>
              <w:t>NYL 505 UZMANLIK ALAN DERSİ</w:t>
            </w:r>
          </w:p>
          <w:p w:rsidR="00405773" w:rsidRPr="000D2F35" w:rsidRDefault="0037279C" w:rsidP="000D2F35">
            <w:pPr>
              <w:spacing w:after="0" w:line="192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 xml:space="preserve">Prof. Dr. </w:t>
            </w:r>
            <w:proofErr w:type="spellStart"/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>Hati̇ce</w:t>
            </w:r>
            <w:proofErr w:type="spellEnd"/>
            <w:r w:rsidRPr="000D2F35">
              <w:rPr>
                <w:rFonts w:ascii="Calibri" w:hAnsi="Calibri" w:cs="Calibri"/>
                <w:sz w:val="12"/>
                <w:szCs w:val="12"/>
                <w:highlight w:val="green"/>
              </w:rPr>
              <w:t xml:space="preserve"> KANBUR ÇAVUŞ</w:t>
            </w:r>
          </w:p>
        </w:tc>
      </w:tr>
    </w:tbl>
    <w:p w:rsidR="00B96C62" w:rsidRDefault="00B96C62"/>
    <w:sectPr w:rsidR="00B96C62" w:rsidSect="00034616">
      <w:pgSz w:w="15840" w:h="12240" w:orient="landscape"/>
      <w:pgMar w:top="255" w:right="255" w:bottom="255" w:left="25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24ABC"/>
    <w:rsid w:val="00034616"/>
    <w:rsid w:val="0006063C"/>
    <w:rsid w:val="000D2F35"/>
    <w:rsid w:val="0015074B"/>
    <w:rsid w:val="00253ECF"/>
    <w:rsid w:val="0029639D"/>
    <w:rsid w:val="00326F90"/>
    <w:rsid w:val="0037279C"/>
    <w:rsid w:val="00393DEE"/>
    <w:rsid w:val="00405773"/>
    <w:rsid w:val="006D4B0F"/>
    <w:rsid w:val="009B1148"/>
    <w:rsid w:val="00AA1D8D"/>
    <w:rsid w:val="00B47730"/>
    <w:rsid w:val="00B96C62"/>
    <w:rsid w:val="00CB0664"/>
    <w:rsid w:val="00CE03DB"/>
    <w:rsid w:val="00E26332"/>
    <w:rsid w:val="00E67E6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E946B4E7-066A-496D-B2D3-06F3CEE28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6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2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575EB41-BC73-4760-B7EA-A0FAC9901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1216</Words>
  <Characters>6932</Characters>
  <Application>Microsoft Office Word</Application>
  <DocSecurity>0</DocSecurity>
  <Lines>57</Lines>
  <Paragraphs>16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8132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ÖZGE</cp:lastModifiedBy>
  <cp:revision>5</cp:revision>
  <dcterms:created xsi:type="dcterms:W3CDTF">2013-12-23T23:15:00Z</dcterms:created>
  <dcterms:modified xsi:type="dcterms:W3CDTF">2026-09-10T08:54:00Z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5ec17dbe-37c6-4d98-be87-1a44a8a4c272</vt:lpwstr>
  </property>
</Properties>
</file>